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工作流  ·  独立经验分享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AI Coding 笔试怎么做？我的 6 步解题法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一份可以在考场直接复制的做题清单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六步做题清单  ·  短 Prompt  ·  逐项验收</w:t>
      </w:r>
    </w:p>
    <w:p>
      <w:r>
        <w:rPr>
          <w:rFonts w:ascii="Calibri" w:hAnsi="Calibri" w:eastAsia="Microsoft YaHei"/>
        </w:rPr>
        <w:t>下次遇到 AI Coding 笔试，按下面六步做。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804160"/>
            <wp:docPr id="1" name="Picture 1" descr="六步做题流程：读文件、拆 Task、逐项实现与人工验收，最后运行完整测试并提交评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six-step-loo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804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六步做题流程：读文件、拆 Task、逐项实现与人工验收，最后运行完整测试并提交评测</w:t>
      </w:r>
    </w:p>
    <w:p>
      <w:pPr>
        <w:pStyle w:val="Heading1"/>
      </w:pPr>
      <w:r>
        <w:rPr>
          <w:rFonts w:ascii="Calibri" w:hAnsi="Calibri" w:eastAsia="Microsoft YaHei"/>
        </w:rPr>
        <w:t>六步做题清单</w:t>
      </w:r>
    </w:p>
    <w:p>
      <w:pPr>
        <w:pStyle w:val="Heading2"/>
      </w:pPr>
      <w:r>
        <w:rPr>
          <w:rFonts w:ascii="Calibri" w:hAnsi="Calibri" w:eastAsia="Microsoft YaHei"/>
        </w:rPr>
        <w:t>第一步：读关键文件，写 spec.md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阅读 @README.md 和 @关键文件，整理任务。你创建新文件 spec.md，并把下面内容写入！</w:t>
        <w:br/>
        <w:t>1. 最终交付物</w:t>
        <w:br/>
        <w:t>2. 硬约束</w:t>
        <w:br/>
        <w:t>3. 隐含要求</w:t>
        <w:br/>
        <w:t>4. 完成标准</w:t>
        <w:br/>
        <w:t>5. 风险点</w:t>
        <w:br/>
        <w:t>不要写代码。</w:t>
      </w:r>
    </w:p>
    <w:p>
      <w:pPr>
        <w:pStyle w:val="Heading2"/>
      </w:pPr>
      <w:r>
        <w:rPr>
          <w:rFonts w:ascii="Calibri" w:hAnsi="Calibri" w:eastAsia="Microsoft YaHei"/>
        </w:rPr>
        <w:t>第二步：拆 Task，写 task.md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根据 spec.md 拆分 Task。你创建新文件 task.md，并把拆解结果写入！</w:t>
        <w:br/>
        <w:t>每个 Task 只写：目标、验收标准。</w:t>
        <w:br/>
        <w:t>使用 [ ] 标记未完成项，验收后改成 [x]。</w:t>
      </w:r>
    </w:p>
    <w:p>
      <w:pPr>
        <w:pStyle w:val="Heading2"/>
      </w:pPr>
      <w:r>
        <w:rPr>
          <w:rFonts w:ascii="Calibri" w:hAnsi="Calibri" w:eastAsia="Microsoft YaHei"/>
        </w:rPr>
        <w:t>第三步：只完成当前 Task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只完成 task.md 中当前一个 Task。</w:t>
        <w:br/>
        <w:t>先写注释，标明对应的 Task 和实现逻辑，再在注释下面写代码。</w:t>
        <w:br/>
        <w:t>完成后停下，等我验收；不要提前做后面的 Task。</w:t>
      </w:r>
    </w:p>
    <w:p>
      <w:pPr>
        <w:pStyle w:val="Heading2"/>
      </w:pPr>
      <w:r>
        <w:rPr>
          <w:rFonts w:ascii="Calibri" w:hAnsi="Calibri" w:eastAsia="Microsoft YaHei"/>
        </w:rPr>
        <w:t>第四步：验收并打钩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当前 Task 已通过验收。</w:t>
        <w:br/>
        <w:t>总结已完成的逻辑，把 task.md 对应项改成 [x]。</w:t>
        <w:br/>
        <w:t>告诉我下一个 Task；不要开始写代码。</w:t>
      </w:r>
    </w:p>
    <w:p>
      <w:r>
        <w:rPr>
          <w:rFonts w:ascii="Calibri" w:hAnsi="Calibri" w:eastAsia="Microsoft YaHei"/>
        </w:rPr>
        <w:t>验收通过后回到第三步，继续下一个 Task。所有 Task 都打钩后，进入第五步。</w:t>
      </w:r>
    </w:p>
    <w:p>
      <w:pPr>
        <w:pStyle w:val="Heading2"/>
      </w:pPr>
      <w:r>
        <w:rPr>
          <w:rFonts w:ascii="Calibri" w:hAnsi="Calibri" w:eastAsia="Microsoft YaHei"/>
        </w:rPr>
        <w:t>第五步：跑完整测试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所有 Task 已完成。以下是完整测试结果：</w:t>
        <w:br/>
        <w:t>[粘贴测试结果]</w:t>
        <w:br/>
        <w:br/>
        <w:t>根据失败项做一次最小修复，然后重跑完整测试。</w:t>
      </w:r>
    </w:p>
    <w:p>
      <w:pPr>
        <w:pStyle w:val="Heading2"/>
      </w:pPr>
      <w:r>
        <w:rPr>
          <w:rFonts w:ascii="Calibri" w:hAnsi="Calibri" w:eastAsia="Microsoft YaHei"/>
        </w:rPr>
        <w:t>第六步：提交评测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检查：Task 全部完成、完整测试通过、没有修改禁改文件。</w:t>
        <w:br/>
        <w:t>没问题只回复“可以提交”，不要再改代码。</w:t>
      </w:r>
    </w:p>
    <w:p>
      <w:r>
        <w:rPr>
          <w:rFonts w:ascii="Calibri" w:hAnsi="Calibri" w:eastAsia="Microsoft YaHei"/>
        </w:rPr>
        <w:t>AI 回复“可以提交”后，提交评测。</w:t>
      </w:r>
    </w:p>
    <w:p>
      <w:pPr>
        <w:pStyle w:val="Heading1"/>
      </w:pPr>
      <w:r>
        <w:rPr>
          <w:rFonts w:ascii="Calibri" w:hAnsi="Calibri" w:eastAsia="Microsoft YaHei"/>
        </w:rPr>
        <w:t>为什么这样做？</w:t>
      </w:r>
    </w:p>
    <w:p>
      <w:pPr>
        <w:pStyle w:val="Heading2"/>
      </w:pPr>
      <w:r>
        <w:rPr>
          <w:rFonts w:ascii="Calibri" w:hAnsi="Calibri" w:eastAsia="Microsoft YaHei"/>
        </w:rPr>
        <w:t>1. AI Coding 不只看最后一份代码</w:t>
      </w:r>
    </w:p>
    <w:p>
      <w:r>
        <w:rPr>
          <w:rFonts w:ascii="Calibri" w:hAnsi="Calibri" w:eastAsia="Microsoft YaHei"/>
        </w:rPr>
        <w:t>以</w:t>
      </w:r>
      <w:hyperlink r:id="rId12">
        <w:r>
          <w:rPr>
            <w:color w:val="2E74B5"/>
            <w:u w:val="single"/>
          </w:rPr>
          <w:t>牛客官方推出的 AI Coding 考试</w:t>
        </w:r>
      </w:hyperlink>
      <w:r>
        <w:rPr>
          <w:rFonts w:ascii="Calibri" w:hAnsi="Calibri" w:eastAsia="Microsoft YaHei"/>
        </w:rPr>
        <w:t>为例，评分分成结果分和过程分。结果分看任务完成度，过程分看和 AI 协作的质量；如果结果分不达标，过程分也不计入总分。</w:t>
      </w:r>
    </w:p>
    <w:p>
      <w:r>
        <w:rPr>
          <w:rFonts w:ascii="Calibri" w:hAnsi="Calibri" w:eastAsia="Microsoft YaHei"/>
        </w:rPr>
        <w:t>答题时，最终代码和对话轨迹都要管。开局只说“帮我做完”，AI 容易自行补全需求，漏掉约束。先读关键文件，再整理问题和拆 Task，才能把任务理解和纠偏过程留清楚。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3154680"/>
            <wp:docPr id="2" name="Picture 2" descr="AI Coding 工作台把题目规则、项目文件、AI 助手和测试评测放在一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workbench-ma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3154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AI Coding 工作台把题目规则、项目文件、AI 助手和测试评测放在一起</w:t>
      </w:r>
    </w:p>
    <w:p>
      <w:pPr>
        <w:pStyle w:val="Heading2"/>
      </w:pPr>
      <w:r>
        <w:rPr>
          <w:rFonts w:ascii="Calibri" w:hAnsi="Calibri" w:eastAsia="Microsoft YaHei"/>
        </w:rPr>
        <w:t>2. 为什么要把总结写进文件</w:t>
      </w:r>
    </w:p>
    <w:p>
      <w:r>
        <w:rPr>
          <w:rFonts w:ascii="Calibri" w:hAnsi="Calibri" w:eastAsia="Microsoft YaHei"/>
        </w:rPr>
        <w:t xml:space="preserve">限时考试里的模型上下文通常不宽裕。对话拉长后，早期约束和待办可能逐渐淡出。我把稳定信息放进 </w:t>
      </w:r>
      <w:r>
        <w:rPr>
          <w:rFonts w:ascii="Consolas" w:hAnsi="Consolas" w:eastAsia="Microsoft YaHei"/>
          <w:color w:val="1F4D78"/>
          <w:sz w:val="18"/>
        </w:rPr>
        <w:t>spec.md</w:t>
      </w:r>
      <w:r>
        <w:rPr>
          <w:rFonts w:ascii="Calibri" w:hAnsi="Calibri" w:eastAsia="Microsoft YaHei"/>
        </w:rPr>
        <w:t xml:space="preserve">，把进度放进 </w:t>
      </w:r>
      <w:r>
        <w:rPr>
          <w:rFonts w:ascii="Consolas" w:hAnsi="Consolas" w:eastAsia="Microsoft YaHei"/>
          <w:color w:val="1F4D78"/>
          <w:sz w:val="18"/>
        </w:rPr>
        <w:t>task.md</w:t>
      </w:r>
      <w:r>
        <w:rPr>
          <w:rFonts w:ascii="Calibri" w:hAnsi="Calibri" w:eastAsia="Microsoft YaHei"/>
        </w:rPr>
        <w:t>。</w:t>
      </w:r>
    </w:p>
    <w:p>
      <w:r>
        <w:rPr>
          <w:rFonts w:ascii="Consolas" w:hAnsi="Consolas" w:eastAsia="Microsoft YaHei"/>
          <w:color w:val="1F4D78"/>
          <w:sz w:val="18"/>
        </w:rPr>
        <w:t>spec.md</w:t>
      </w:r>
      <w:r>
        <w:rPr>
          <w:rFonts w:ascii="Calibri" w:hAnsi="Calibri" w:eastAsia="Microsoft YaHei"/>
        </w:rPr>
        <w:t xml:space="preserve"> 保存交付物、硬约束和完成标准；</w:t>
      </w:r>
      <w:r>
        <w:rPr>
          <w:rFonts w:ascii="Consolas" w:hAnsi="Consolas" w:eastAsia="Microsoft YaHei"/>
          <w:color w:val="1F4D78"/>
          <w:sz w:val="18"/>
        </w:rPr>
        <w:t>task.md</w:t>
      </w:r>
      <w:r>
        <w:rPr>
          <w:rFonts w:ascii="Calibri" w:hAnsi="Calibri" w:eastAsia="Microsoft YaHei"/>
        </w:rPr>
        <w:t xml:space="preserve"> 保存当前做到哪一项、怎样验收、哪些已经打钩。AI 偏离方向时，重新读取文件就能找回状态。</w:t>
      </w:r>
    </w:p>
    <w:p>
      <w:r>
        <w:rPr>
          <w:rFonts w:ascii="Calibri" w:hAnsi="Calibri" w:eastAsia="Microsoft YaHei"/>
        </w:rPr>
        <w:t>Prompt 里要明确说“你创建新文件，并把内容写入”。只说“写入 spec.md”时，AI 有时只会回复聊天框。文件真正出现后，这份外部记忆才算建立。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804160"/>
            <wp:docPr id="3" name="Picture 3" descr="spec.md 保存问题定义，task.md 保存任务与验收，完整测试结果原样交给 A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external-memory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804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spec.md 保存问题定义，task.md 保存任务与验收，完整测试结果原样交给 AI</w:t>
      </w:r>
    </w:p>
    <w:p>
      <w:pPr>
        <w:pStyle w:val="Heading2"/>
      </w:pPr>
      <w:r>
        <w:rPr>
          <w:rFonts w:ascii="Calibri" w:hAnsi="Calibri" w:eastAsia="Microsoft YaHei"/>
        </w:rPr>
        <w:t>3. 为什么一次只做一个 Task</w:t>
      </w:r>
    </w:p>
    <w:p>
      <w:r>
        <w:rPr>
          <w:rFonts w:ascii="Calibri" w:hAnsi="Calibri" w:eastAsia="Microsoft YaHei"/>
        </w:rPr>
        <w:t>一次改很多模块，测试失败时很难定位。每次只完成一个 Task，改动范围更小，验收边界也更清楚。</w:t>
      </w:r>
    </w:p>
    <w:p>
      <w:r>
        <w:rPr>
          <w:rFonts w:ascii="Calibri" w:hAnsi="Calibri" w:eastAsia="Microsoft YaHei"/>
        </w:rPr>
        <w:t>当前 Task 通过人工验收后再打钩。下一个 Task 出错时，排查范围基本就在上次验收之后。第三步和第四步的循环，会留下一串可以定位问题的检查点。</w:t>
      </w:r>
    </w:p>
    <w:p>
      <w:pPr>
        <w:pStyle w:val="Heading2"/>
      </w:pPr>
      <w:r>
        <w:rPr>
          <w:rFonts w:ascii="Calibri" w:hAnsi="Calibri" w:eastAsia="Microsoft YaHei"/>
        </w:rPr>
        <w:t>4. 为什么验收权要留在人手里</w:t>
      </w:r>
    </w:p>
    <w:p>
      <w:r>
        <w:rPr>
          <w:rFonts w:ascii="Calibri" w:hAnsi="Calibri" w:eastAsia="Microsoft YaHei"/>
        </w:rPr>
        <w:t>AI 说“完成了”，通常只说明代码已经生成。题目规则、页面行为和测试结果是否正确，仍然要由人判断。</w:t>
      </w:r>
    </w:p>
    <w:p>
      <w:r>
        <w:rPr>
          <w:rFonts w:ascii="Calibri" w:hAnsi="Calibri" w:eastAsia="Microsoft YaHei"/>
        </w:rPr>
        <w:t xml:space="preserve">所以第四步要等人工验收通过，再让 AI 把对应项改成 </w:t>
      </w:r>
      <w:r>
        <w:rPr>
          <w:rFonts w:ascii="Consolas" w:hAnsi="Consolas" w:eastAsia="Microsoft YaHei"/>
          <w:color w:val="1F4D78"/>
          <w:sz w:val="18"/>
        </w:rPr>
        <w:t>[x]</w:t>
      </w:r>
      <w:r>
        <w:rPr>
          <w:rFonts w:ascii="Calibri" w:hAnsi="Calibri" w:eastAsia="Microsoft YaHei"/>
        </w:rPr>
        <w:t>。AI 负责实现和记录状态，人负责决定能不能进入下一步。</w:t>
      </w:r>
    </w:p>
    <w:p>
      <w:pPr>
        <w:pStyle w:val="Heading2"/>
      </w:pPr>
      <w:r>
        <w:rPr>
          <w:rFonts w:ascii="Calibri" w:hAnsi="Calibri" w:eastAsia="Microsoft YaHei"/>
        </w:rPr>
        <w:t>5. 为什么最后只做最小修复</w:t>
      </w:r>
    </w:p>
    <w:p>
      <w:r>
        <w:rPr>
          <w:rFonts w:ascii="Calibri" w:hAnsi="Calibri" w:eastAsia="Microsoft YaHei"/>
        </w:rPr>
        <w:t>每个 Task 单独通过，组合起来仍可能失败。全部完成后要跑完整测试，并把输出原样交给 AI，让它看到具体失败项。</w:t>
      </w:r>
    </w:p>
    <w:p>
      <w:r>
        <w:rPr>
          <w:rFonts w:ascii="Calibri" w:hAnsi="Calibri" w:eastAsia="Microsoft YaHei"/>
        </w:rPr>
        <w:t>临近提交时大范围重构，容易改坏已经通过的部分。根据失败项做最小修复，再跑一次完整测试；全部通过就停手提交。</w:t>
      </w:r>
    </w:p>
    <w:p>
      <w:r>
        <w:rPr>
          <w:rFonts w:ascii="Calibri" w:hAnsi="Calibri" w:eastAsia="Microsoft YaHei"/>
        </w:rPr>
        <w:t>这套流程把目标写进文件，把进度拆成小项，每一步留下验收结果。前面的六段 Prompt，就是这些判断在考场里的执行版本。</w:t>
      </w:r>
    </w:p>
    <w:p>
      <w:r>
        <w:rPr>
          <w:rFonts w:ascii="Calibri" w:hAnsi="Calibri" w:eastAsia="Microsoft YaHei"/>
        </w:rPr>
        <w:t>实测题目：</w:t>
      </w:r>
      <w:hyperlink r:id="rId15">
        <w:r>
          <w:rPr>
            <w:color w:val="2E74B5"/>
            <w:u w:val="single"/>
          </w:rPr>
          <w:t>牛客五子棋 AI Coding 题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工作流  ·  独立经验分享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hr.nowcoder.com/article/18646?urlSource=home-api" TargetMode="Externa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hyperlink" Target="https://www.nowcoder.com/problem/aicoding/problem?questionId=11781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Coding 笔试怎么做？我的 6 步解题法</dc:title>
  <dc:subject>AI 工作流</dc:subject>
  <dc:creator>独立实战教程</dc:creator>
  <cp:keywords>AI Coding, 笔试, 校招, Prompt, 任务拆解, 上下文管理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