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/>
        <w:jc w:val="center"/>
      </w:pPr>
      <w:r>
        <w:rPr>
          <w:rFonts w:ascii="Calibri" w:hAnsi="Calibri" w:eastAsia="Microsoft YaHei"/>
          <w:b/>
          <w:color w:val="4F9E8B"/>
          <w:sz w:val="20"/>
        </w:rPr>
        <w:t>AI 应用架构演进实践 · 第 4 集</w:t>
      </w:r>
    </w:p>
    <w:p>
      <w:pPr>
        <w:spacing w:before="0" w:after="160"/>
        <w:jc w:val="center"/>
      </w:pPr>
      <w:r>
        <w:rPr>
          <w:rFonts w:ascii="Calibri" w:hAnsi="Calibri" w:eastAsia="Microsoft YaHei"/>
          <w:b/>
          <w:color w:val="496A76"/>
          <w:sz w:val="56"/>
        </w:rPr>
        <w:t>把模型搬回电脑：用 Ollama 跑通本地对话与 API</w:t>
      </w:r>
    </w:p>
    <w:p>
      <w:pPr>
        <w:spacing w:after="360"/>
        <w:jc w:val="center"/>
      </w:pPr>
      <w:r>
        <w:rPr>
          <w:rFonts w:ascii="Calibri" w:hAnsi="Calibri" w:eastAsia="Microsoft YaHei"/>
          <w:color w:val="68707D"/>
          <w:sz w:val="25"/>
        </w:rPr>
        <w:t>前三集里，工具虽然装在电脑上，真正负责回答的模型却一直在云端。今天只升级一件事：把模型下载到自己的电脑，让它不调用云端模型也能回复。</w:t>
      </w:r>
    </w:p>
    <w:p>
      <w:pPr>
        <w:spacing w:after="320"/>
        <w:jc w:val="center"/>
      </w:pPr>
      <w:r>
        <w:rPr>
          <w:rFonts w:ascii="Calibri" w:hAnsi="Calibri" w:eastAsia="Microsoft YaHei"/>
          <w:b/>
          <w:color w:val="68707D"/>
          <w:sz w:val="19"/>
        </w:rPr>
        <w:t>入门实验  ·  Ollama  ·  核心 20～30 分钟  ·  约 398 MB 起步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1" name="Picture 1" descr="本集主线：安装 Ollama、让轻量模型开口、再用本地 API 调用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episod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本集主线：安装 Ollama、让轻量模型开口、再用本地 API 调用它</w:t>
      </w:r>
    </w:p>
    <w:p>
      <w:r>
        <w:rPr>
          <w:rFonts w:ascii="Calibri" w:hAnsi="Calibri" w:eastAsia="Microsoft YaHei"/>
          <w:b/>
        </w:rPr>
        <w:t>这一集，只做一件事</w:t>
      </w:r>
    </w:p>
    <w:p>
      <w:r>
        <w:rPr>
          <w:rFonts w:ascii="Calibri" w:hAnsi="Calibri" w:eastAsia="Microsoft YaHei"/>
        </w:rPr>
        <w:t>让一个轻量模型在 Ollama 应用、终端和本地 API 中都回复我们。</w:t>
      </w:r>
    </w:p>
    <w:p>
      <w:pPr>
        <w:pStyle w:val="ListBullet"/>
      </w:pPr>
      <w:r>
        <w:rPr>
          <w:rFonts w:ascii="Calibri" w:hAnsi="Calibri" w:eastAsia="Microsoft YaHei"/>
          <w:b/>
        </w:rPr>
        <w:t>预计用时</w:t>
      </w:r>
      <w:r>
        <w:rPr>
          <w:rFonts w:ascii="Calibri" w:hAnsi="Calibri" w:eastAsia="Microsoft YaHei"/>
        </w:rPr>
        <w:t>：约 20～30 分钟，模型下载时间另算。</w:t>
      </w:r>
    </w:p>
    <w:p>
      <w:pPr>
        <w:pStyle w:val="ListBullet"/>
      </w:pPr>
      <w:r>
        <w:rPr>
          <w:rFonts w:ascii="Calibri" w:hAnsi="Calibri" w:eastAsia="Microsoft YaHei"/>
          <w:b/>
        </w:rPr>
        <w:t>你要准备</w:t>
      </w:r>
      <w:r>
        <w:rPr>
          <w:rFonts w:ascii="Calibri" w:hAnsi="Calibri" w:eastAsia="Microsoft YaHei"/>
        </w:rPr>
        <w:t>：Windows 10 22H2 或更新版本、稳定网络，以及至少约 5 GB 可用磁盘空间。</w:t>
      </w:r>
    </w:p>
    <w:p>
      <w:pPr>
        <w:pStyle w:val="ListBullet"/>
      </w:pPr>
      <w:r>
        <w:rPr>
          <w:rFonts w:ascii="Calibri" w:hAnsi="Calibri" w:eastAsia="Microsoft YaHei"/>
          <w:b/>
        </w:rPr>
        <w:t>通关标志</w:t>
      </w:r>
      <w:r>
        <w:rPr>
          <w:rFonts w:ascii="Calibri" w:hAnsi="Calibri" w:eastAsia="Microsoft YaHei"/>
        </w:rPr>
        <w:t>：聊天窗口、终端和 API 都收到本地模型的回复。</w:t>
      </w:r>
    </w:p>
    <w:p>
      <w:pPr>
        <w:pStyle w:val="ListBullet"/>
      </w:pPr>
      <w:r>
        <w:rPr>
          <w:rFonts w:ascii="Calibri" w:hAnsi="Calibri" w:eastAsia="Microsoft YaHei"/>
          <w:b/>
        </w:rPr>
        <w:t>电脑配置有限也没关系</w:t>
      </w:r>
      <w:r>
        <w:rPr>
          <w:rFonts w:ascii="Calibri" w:hAnsi="Calibri" w:eastAsia="Microsoft YaHei"/>
        </w:rPr>
        <w:t>：主线只下载一个约 398 MB 的轻量模型。</w:t>
      </w:r>
    </w:p>
    <w:p>
      <w:r>
        <w:rPr>
          <w:rFonts w:ascii="Calibri" w:hAnsi="Calibri" w:eastAsia="Microsoft YaHei"/>
        </w:rPr>
        <w:t>先让这个小家伙开口，其他复杂玩法全部放到通关以后。</w:t>
      </w:r>
    </w:p>
    <w:p>
      <w:r>
        <w:rPr>
          <w:rFonts w:ascii="Calibri" w:hAnsi="Calibri" w:eastAsia="Microsoft YaHei"/>
          <w:b/>
        </w:rPr>
        <w:t>完全新手先看这里：</w:t>
      </w:r>
      <w:r>
        <w:rPr>
          <w:rFonts w:ascii="Calibri" w:hAnsi="Calibri" w:eastAsia="Microsoft YaHei"/>
        </w:rPr>
        <w:t xml:space="preserve"> 主线只使用 Ollama 应用和 Windows 自带的 PowerShell，不需要 VS Code、Python、Claude Code 或 WorkBuddy。后面看到这些名字时都属于选做，可以放心跳过。</w:t>
      </w:r>
    </w:p>
    <w:p>
      <w:pPr>
        <w:pStyle w:val="ListBullet"/>
      </w:pPr>
      <w:r>
        <w:rPr>
          <w:rFonts w:ascii="Calibri" w:hAnsi="Calibri" w:eastAsia="Microsoft YaHei"/>
        </w:rPr>
        <w:t>Ollama：负责下载和运行本地模型。</w:t>
      </w:r>
    </w:p>
    <w:p>
      <w:pPr>
        <w:pStyle w:val="ListBullet"/>
      </w:pPr>
      <w:r>
        <w:rPr>
          <w:rFonts w:ascii="Calibri" w:hAnsi="Calibri" w:eastAsia="Microsoft YaHei"/>
        </w:rPr>
        <w:t>PowerShell：Windows 自带的命令窗口，本篇也把它叫作“终端”。</w:t>
      </w:r>
    </w:p>
    <w:p>
      <w:pPr>
        <w:pStyle w:val="ListBullet"/>
      </w:pPr>
      <w:r>
        <w:rPr>
          <w:rFonts w:ascii="Calibri" w:hAnsi="Calibri" w:eastAsia="Microsoft YaHei"/>
        </w:rPr>
        <w:t>浏览器：只用于打开官方下载页，Windows 自带的 Edge 就够用。</w:t>
      </w:r>
    </w:p>
    <w:p>
      <w:hyperlink r:id="rId12">
        <w:r>
          <w:rPr>
            <w:color w:val="4F9E8B"/>
            <w:u w:val="single"/>
          </w:rPr>
          <w:t>Ollama Windows 文档</w:t>
        </w:r>
      </w:hyperlink>
      <w:r>
        <w:rPr>
          <w:rFonts w:ascii="Calibri" w:hAnsi="Calibri" w:eastAsia="Microsoft YaHei"/>
        </w:rPr>
        <w:t>说明程序安装至少需要约 4 GB，模型文件还会额外占空间；加上本集约 398 MB 的轻量模型，建议先预留至少约 5 GB。</w:t>
      </w:r>
    </w:p>
    <w:p>
      <w:pPr>
        <w:pStyle w:val="Heading1"/>
      </w:pPr>
      <w:r>
        <w:rPr>
          <w:rFonts w:ascii="Calibri" w:hAnsi="Calibri" w:eastAsia="Microsoft YaHei"/>
        </w:rPr>
        <w:t>1. 安装 Ollama：先请来一位“本地模型管家”</w:t>
      </w:r>
    </w:p>
    <w:p>
      <w:r>
        <w:rPr>
          <w:rFonts w:ascii="Calibri" w:hAnsi="Calibri" w:eastAsia="Microsoft YaHei"/>
        </w:rPr>
        <w:t xml:space="preserve">今天要用的工具叫 </w:t>
      </w:r>
      <w:r>
        <w:rPr>
          <w:rFonts w:ascii="Calibri" w:hAnsi="Calibri" w:eastAsia="Microsoft YaHei"/>
          <w:b/>
        </w:rPr>
        <w:t>Ollama</w:t>
      </w:r>
      <w:r>
        <w:rPr>
          <w:rFonts w:ascii="Calibri" w:hAnsi="Calibri" w:eastAsia="Microsoft YaHei"/>
        </w:rPr>
        <w:t>。可以先把它理解成“本地模型管家”：它负责下载、保存和运行模型，并给程序留一个调用入口。</w:t>
      </w:r>
    </w:p>
    <w:p>
      <w:r>
        <w:rPr>
          <w:rFonts w:ascii="Calibri" w:hAnsi="Calibri" w:eastAsia="Microsoft YaHei"/>
        </w:rPr>
        <w:t xml:space="preserve">从 </w:t>
      </w:r>
      <w:hyperlink r:id="rId13">
        <w:r>
          <w:rPr>
            <w:color w:val="4F9E8B"/>
            <w:u w:val="single"/>
          </w:rPr>
          <w:t>Ollama 官方网站</w:t>
        </w:r>
      </w:hyperlink>
      <w:r>
        <w:rPr>
          <w:rFonts w:ascii="Calibri" w:hAnsi="Calibri" w:eastAsia="Microsoft YaHei"/>
        </w:rPr>
        <w:t>进入下载，不要从不明镜像、网盘或第三方软件站获取安装包。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510408"/>
            <wp:docPr id="2" name="Picture 2" descr="从 Ollama 官方网站下载 Windows 安装程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ollama-download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104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 Ollama 官方网站下载 Windows 安装程序</w:t>
      </w:r>
    </w:p>
    <w:p>
      <w:r>
        <w:rPr>
          <w:rFonts w:ascii="Calibri" w:hAnsi="Calibri" w:eastAsia="Microsoft YaHei"/>
        </w:rPr>
        <w:t xml:space="preserve">Windows 用户直接下载安装程序即可。根据 </w:t>
      </w:r>
      <w:hyperlink r:id="rId12">
        <w:r>
          <w:rPr>
            <w:color w:val="4F9E8B"/>
            <w:u w:val="single"/>
          </w:rPr>
          <w:t>Ollama Windows 文档</w:t>
        </w:r>
      </w:hyperlink>
      <w:r>
        <w:rPr>
          <w:rFonts w:ascii="Calibri" w:hAnsi="Calibri" w:eastAsia="Microsoft YaHei"/>
        </w:rPr>
        <w:t>，当前要求 Windows 10 22H2 或更新版本；安装程序不要求管理员权限，安装后 Ollama 会在后台运行。</w:t>
      </w:r>
    </w:p>
    <w:p>
      <w:r>
        <w:rPr>
          <w:rFonts w:ascii="Calibri" w:hAnsi="Calibri" w:eastAsia="Microsoft YaHei"/>
        </w:rPr>
        <w:t xml:space="preserve">安装完成后，按 Windows 键，搜索 </w:t>
      </w:r>
      <w:r>
        <w:rPr>
          <w:rFonts w:ascii="Consolas" w:hAnsi="Consolas" w:eastAsia="Consolas"/>
          <w:color w:val="496A76"/>
          <w:sz w:val="19"/>
        </w:rPr>
        <w:t>PowerShell</w:t>
      </w:r>
      <w:r>
        <w:rPr>
          <w:rFonts w:ascii="Calibri" w:hAnsi="Calibri" w:eastAsia="Microsoft YaHei"/>
        </w:rPr>
        <w:t xml:space="preserve"> 并普通打开，不要选择“以管理员身份运行”。如果打开的是 Windows Terminal，只要命令行前面有 </w:t>
      </w:r>
      <w:r>
        <w:rPr>
          <w:rFonts w:ascii="Consolas" w:hAnsi="Consolas" w:eastAsia="Consolas"/>
          <w:color w:val="496A76"/>
          <w:sz w:val="19"/>
        </w:rPr>
        <w:t>PS</w:t>
      </w:r>
      <w:r>
        <w:rPr>
          <w:rFonts w:ascii="Calibri" w:hAnsi="Calibri" w:eastAsia="Microsoft YaHei"/>
        </w:rPr>
        <w:t xml:space="preserve"> 也可以；可参考 </w:t>
      </w:r>
      <w:hyperlink r:id="rId15">
        <w:r>
          <w:rPr>
            <w:color w:val="4F9E8B"/>
            <w:u w:val="single"/>
          </w:rPr>
          <w:t>Microsoft PowerShell 入门</w:t>
        </w:r>
      </w:hyperlink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第一次只做两条自检：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$PSVersionTable.PSVersion</w:t>
        <w:br/>
        <w:t>Get-Command Invoke-RestMethod</w:t>
      </w:r>
    </w:p>
    <w:p>
      <w:r>
        <w:rPr>
          <w:rFonts w:ascii="Calibri" w:hAnsi="Calibri" w:eastAsia="Microsoft YaHei"/>
        </w:rPr>
        <w:t xml:space="preserve">两条都有输出，说明本篇需要的 PowerShell 已经准备好，不用另外安装 PowerShell 7。教程代码框上方的 </w:t>
      </w:r>
      <w:r>
        <w:rPr>
          <w:rFonts w:ascii="Consolas" w:hAnsi="Consolas" w:eastAsia="Consolas"/>
          <w:color w:val="496A76"/>
          <w:sz w:val="19"/>
        </w:rPr>
        <w:t>powershell</w:t>
      </w:r>
      <w:r>
        <w:rPr>
          <w:rFonts w:ascii="Calibri" w:hAnsi="Calibri" w:eastAsia="Microsoft YaHei"/>
        </w:rPr>
        <w:t xml:space="preserve"> 是语言标签，命令行前面的 </w:t>
      </w:r>
      <w:r>
        <w:rPr>
          <w:rFonts w:ascii="Consolas" w:hAnsi="Consolas" w:eastAsia="Consolas"/>
          <w:color w:val="496A76"/>
          <w:sz w:val="19"/>
        </w:rPr>
        <w:t>PS C:\...&gt;</w:t>
      </w:r>
      <w:r>
        <w:rPr>
          <w:rFonts w:ascii="Calibri" w:hAnsi="Calibri" w:eastAsia="Microsoft YaHei"/>
        </w:rPr>
        <w:t xml:space="preserve"> 是提示符，都不用复制。</w:t>
      </w:r>
    </w:p>
    <w:p>
      <w:r>
        <w:rPr>
          <w:rFonts w:ascii="Calibri" w:hAnsi="Calibri" w:eastAsia="Microsoft YaHei"/>
        </w:rPr>
        <w:t>关闭旧终端，再打开一个新的 PowerShell，执行：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ollama --version</w:t>
        <w:br/>
        <w:t>ollama list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第一条命令显示版本号；第二条命令即使没有模型，也能正常返回列表。</w:t>
      </w:r>
    </w:p>
    <w:p>
      <w:r>
        <w:rPr>
          <w:rFonts w:ascii="Calibri" w:hAnsi="Calibri" w:eastAsia="Microsoft YaHei"/>
          <w:b/>
        </w:rPr>
        <w:t>如果提示找不到 `ollama`：</w:t>
      </w:r>
      <w:r>
        <w:rPr>
          <w:rFonts w:ascii="Calibri" w:hAnsi="Calibri" w:eastAsia="Microsoft YaHei"/>
        </w:rPr>
        <w:t xml:space="preserve"> 先重新打开终端，再从开始菜单启动一次 Ollama。</w:t>
      </w:r>
    </w:p>
    <w:p>
      <w:pPr>
        <w:pStyle w:val="Heading1"/>
      </w:pPr>
      <w:r>
        <w:rPr>
          <w:rFonts w:ascii="Calibri" w:hAnsi="Calibri" w:eastAsia="Microsoft YaHei"/>
        </w:rPr>
        <w:t>2. 选择今天的小模型：先轻装上阵</w:t>
      </w:r>
    </w:p>
    <w:p>
      <w:r>
        <w:rPr>
          <w:rFonts w:ascii="Calibri" w:hAnsi="Calibri" w:eastAsia="Microsoft YaHei"/>
        </w:rPr>
        <w:t>现在才需要认识模型名：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qwen2.5:0.5b</w:t>
      </w:r>
    </w:p>
    <w:p>
      <w:r>
        <w:rPr>
          <w:rFonts w:ascii="Calibri" w:hAnsi="Calibri" w:eastAsia="Microsoft YaHei"/>
        </w:rPr>
        <w:t xml:space="preserve">不用背，也不用先理解名字。根据 </w:t>
      </w:r>
      <w:hyperlink r:id="rId16">
        <w:r>
          <w:rPr>
            <w:color w:val="4F9E8B"/>
            <w:u w:val="single"/>
          </w:rPr>
          <w:t>Ollama 的 Qwen2.5 模型页</w:t>
        </w:r>
      </w:hyperlink>
      <w:r>
        <w:rPr>
          <w:rFonts w:ascii="Calibri" w:hAnsi="Calibri" w:eastAsia="Microsoft YaHei"/>
        </w:rPr>
        <w:t>，这个版本下载体积约 398 MB，适合先验证链路。</w:t>
      </w:r>
    </w:p>
    <w:p>
      <w:r>
        <w:rPr>
          <w:rFonts w:ascii="Calibri" w:hAnsi="Calibri" w:eastAsia="Microsoft YaHei"/>
        </w:rPr>
        <w:t>打开 Ollama 应用，在模型选择器中搜索并选择它：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578281"/>
            <wp:docPr id="3" name="Picture 3" descr="在模型选择器中搜索并选择 qwen2.5:0.5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small-model-selec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578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在模型选择器中搜索并选择 qwen2.5:0.5b</w:t>
      </w:r>
    </w:p>
    <w:p>
      <w:r>
        <w:rPr>
          <w:rFonts w:ascii="Calibri" w:hAnsi="Calibri" w:eastAsia="Microsoft YaHei"/>
        </w:rPr>
        <w:t>第一次发送消息时，Ollama 会先下载模型。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997992"/>
            <wp:docPr id="4" name="Picture 4" descr="第一次使用时，Ollama 会先把模型下载到本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small-model-download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9979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第一次使用时，Ollama 会先把模型下载到本地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下载进度持续前进，最后进入可输入消息的对话界面。</w:t>
      </w:r>
    </w:p>
    <w:p>
      <w:r>
        <w:rPr>
          <w:rFonts w:ascii="Calibri" w:hAnsi="Calibri" w:eastAsia="Microsoft YaHei"/>
        </w:rPr>
        <w:t>模型库和下载界面显示的数字可能略有差异，只要下载正常完成，不必追求每个数字完全一致。</w:t>
      </w:r>
    </w:p>
    <w:p>
      <w:pPr>
        <w:pStyle w:val="Heading1"/>
      </w:pPr>
      <w:r>
        <w:rPr>
          <w:rFonts w:ascii="Calibri" w:hAnsi="Calibri" w:eastAsia="Microsoft YaHei"/>
        </w:rPr>
        <w:t>3. 第一次成功：让电脑自己回一句话</w:t>
      </w:r>
    </w:p>
    <w:p>
      <w:r>
        <w:rPr>
          <w:rFonts w:ascii="Calibri" w:hAnsi="Calibri" w:eastAsia="Microsoft YaHei"/>
        </w:rPr>
        <w:t>输入一个很短的问题：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写一首关于程序员的短诗。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55267"/>
            <wp:docPr id="5" name="Picture 5" descr="Ollama 应用已经能完成一轮基础对话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small-model-cha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552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Ollama 应用已经能完成一轮基础对话</w:t>
      </w:r>
    </w:p>
    <w:p>
      <w:r>
        <w:rPr>
          <w:rFonts w:ascii="Calibri" w:hAnsi="Calibri" w:eastAsia="Microsoft YaHei"/>
        </w:rPr>
        <w:t>只要收到回复，第一个里程碑就完成了：模型文件已经下载到电脑，Ollama 能在本机加载并调用它。</w:t>
      </w:r>
    </w:p>
    <w:p>
      <w:r>
        <w:rPr>
          <w:rFonts w:ascii="Calibri" w:hAnsi="Calibri" w:eastAsia="Microsoft YaHei"/>
        </w:rPr>
        <w:t>回复和截图不完全一样很正常，大模型不是复读机。这里不评诗，只确认它已经开口。</w:t>
      </w:r>
    </w:p>
    <w:p>
      <w:r>
        <w:rPr>
          <w:rFonts w:ascii="Calibri" w:hAnsi="Calibri" w:eastAsia="Microsoft YaHei"/>
        </w:rPr>
        <w:t>现在再看名字：</w:t>
      </w:r>
      <w:r>
        <w:rPr>
          <w:rFonts w:ascii="Consolas" w:hAnsi="Consolas" w:eastAsia="Consolas"/>
          <w:color w:val="496A76"/>
          <w:sz w:val="19"/>
        </w:rPr>
        <w:t>qwen2.5</w:t>
      </w:r>
      <w:r>
        <w:rPr>
          <w:rFonts w:ascii="Calibri" w:hAnsi="Calibri" w:eastAsia="Microsoft YaHei"/>
        </w:rPr>
        <w:t xml:space="preserve"> 是模型家族，</w:t>
      </w:r>
      <w:r>
        <w:rPr>
          <w:rFonts w:ascii="Consolas" w:hAnsi="Consolas" w:eastAsia="Consolas"/>
          <w:color w:val="496A76"/>
          <w:sz w:val="19"/>
        </w:rPr>
        <w:t>0.5b</w:t>
      </w:r>
      <w:r>
        <w:rPr>
          <w:rFonts w:ascii="Calibri" w:hAnsi="Calibri" w:eastAsia="Microsoft YaHei"/>
        </w:rPr>
        <w:t xml:space="preserve"> 表示它大约有 5 亿参数。这只是帮助你识别轻量版本，不需要记忆。</w:t>
      </w:r>
    </w:p>
    <w:p>
      <w:pPr>
        <w:pStyle w:val="Heading1"/>
      </w:pPr>
      <w:r>
        <w:rPr>
          <w:rFonts w:ascii="Calibri" w:hAnsi="Calibri" w:eastAsia="Microsoft YaHei"/>
        </w:rPr>
        <w:t>4. 再走一步：在终端里和同一个模型说话</w:t>
      </w:r>
    </w:p>
    <w:p>
      <w:r>
        <w:rPr>
          <w:rFonts w:ascii="Calibri" w:hAnsi="Calibri" w:eastAsia="Microsoft YaHei"/>
        </w:rPr>
        <w:t>打开 PowerShell，先查看已经下载的模型：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ollama list</w:t>
      </w:r>
    </w:p>
    <w:p>
      <w:r>
        <w:rPr>
          <w:rFonts w:ascii="Calibri" w:hAnsi="Calibri" w:eastAsia="Microsoft YaHei"/>
        </w:rPr>
        <w:t xml:space="preserve">确认列表中出现 </w:t>
      </w:r>
      <w:r>
        <w:rPr>
          <w:rFonts w:ascii="Consolas" w:hAnsi="Consolas" w:eastAsia="Consolas"/>
          <w:color w:val="496A76"/>
          <w:sz w:val="19"/>
        </w:rPr>
        <w:t>qwen2.5:0.5b</w:t>
      </w:r>
      <w:r>
        <w:rPr>
          <w:rFonts w:ascii="Calibri" w:hAnsi="Calibri" w:eastAsia="Microsoft YaHei"/>
        </w:rPr>
        <w:t>，再执行：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ollama run qwen2.5:0.5b</w:t>
      </w:r>
    </w:p>
    <w:p>
      <w:r>
        <w:rPr>
          <w:rFonts w:ascii="Calibri" w:hAnsi="Calibri" w:eastAsia="Microsoft YaHei"/>
        </w:rPr>
        <w:t>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只回复：终端也连接成功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031409"/>
            <wp:docPr id="6" name="Picture 6" descr="终端列出本地模型并运行 qwen2.5:0.5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small-model-cli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0314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终端列出本地模型并运行 qwen2.5:0.5b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终端中出现模型回复。</w:t>
      </w:r>
    </w:p>
    <w:p>
      <w:r>
        <w:rPr>
          <w:rFonts w:ascii="Calibri" w:hAnsi="Calibri" w:eastAsia="Microsoft YaHei"/>
        </w:rPr>
        <w:t>这说明同一个本地模型不只会在聊天窗口工作，也能被命令行调用。退出对话输入：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/bye</w:t>
      </w:r>
    </w:p>
    <w:p>
      <w:r>
        <w:rPr>
          <w:rFonts w:ascii="Calibri" w:hAnsi="Calibri" w:eastAsia="Microsoft YaHei"/>
        </w:rPr>
        <w:t>今天只需要记住两个命令：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ollama run 模型名</w:t>
      </w:r>
      <w:r>
        <w:rPr>
          <w:rFonts w:ascii="Calibri" w:hAnsi="Calibri" w:eastAsia="Microsoft YaHei"/>
        </w:rPr>
        <w:t>：运行模型并进入对话。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ollama list</w:t>
      </w:r>
      <w:r>
        <w:rPr>
          <w:rFonts w:ascii="Calibri" w:hAnsi="Calibri" w:eastAsia="Microsoft YaHei"/>
        </w:rPr>
        <w:t>：查看已经下载的模型。</w:t>
      </w:r>
    </w:p>
    <w:p>
      <w:r>
        <w:rPr>
          <w:rFonts w:ascii="Calibri" w:hAnsi="Calibri" w:eastAsia="Microsoft YaHei"/>
        </w:rPr>
        <w:t>其他命令真正需要时再查，不用现在背命令表。</w:t>
      </w:r>
    </w:p>
    <w:p>
      <w:pPr>
        <w:pStyle w:val="Heading1"/>
      </w:pPr>
      <w:r>
        <w:rPr>
          <w:rFonts w:ascii="Calibri" w:hAnsi="Calibri" w:eastAsia="Microsoft YaHei"/>
        </w:rPr>
        <w:t>5. 核心通关：让程序调用本地模型</w:t>
      </w:r>
    </w:p>
    <w:p>
      <w:r>
        <w:rPr>
          <w:rFonts w:ascii="Calibri" w:hAnsi="Calibri" w:eastAsia="Microsoft YaHei"/>
        </w:rPr>
        <w:t>第一集里我们把 API 理解为“程序之间传话的窗口”。Ollama 也在电脑上开了这样一个窗口，默认地址是：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http://localhost:11434</w:t>
      </w:r>
    </w:p>
    <w:p>
      <w:r>
        <w:rPr>
          <w:rFonts w:ascii="Consolas" w:hAnsi="Consolas" w:eastAsia="Consolas"/>
          <w:color w:val="496A76"/>
          <w:sz w:val="19"/>
        </w:rPr>
        <w:t>localhost</w:t>
      </w:r>
      <w:r>
        <w:rPr>
          <w:rFonts w:ascii="Calibri" w:hAnsi="Calibri" w:eastAsia="Microsoft YaHei"/>
        </w:rPr>
        <w:t xml:space="preserve"> 就是“这台电脑自己”。先在 PowerShell 检查窗口是否打开：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Invoke-RestMethod http://localhost:11434/api/version</w:t>
        <w:br/>
        <w:t>Invoke-RestMethod http://localhost:11434/api/tags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返回版本信息，并在模型列表中看到 </w:t>
      </w:r>
      <w:r>
        <w:rPr>
          <w:rFonts w:ascii="Consolas" w:hAnsi="Consolas" w:eastAsia="Consolas"/>
          <w:color w:val="496A76"/>
          <w:sz w:val="19"/>
        </w:rPr>
        <w:t>qwen2.5:0.5b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接着复制下面这段请求。第一次不用逐行看懂，先跑通：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$body = @{</w:t>
        <w:br/>
        <w:t xml:space="preserve">    model = "qwen2.5:0.5b"</w:t>
        <w:br/>
        <w:t xml:space="preserve">    messages = @(</w:t>
        <w:br/>
        <w:t xml:space="preserve">        @{</w:t>
        <w:br/>
        <w:t xml:space="preserve">            role = "user"</w:t>
        <w:br/>
        <w:t xml:space="preserve">            content = "只回复：Ollama 本地调用成功"</w:t>
        <w:br/>
        <w:t xml:space="preserve">        }</w:t>
        <w:br/>
        <w:t xml:space="preserve">    )</w:t>
        <w:br/>
        <w:t xml:space="preserve">    stream = $false</w:t>
        <w:br/>
        <w:t>} | ConvertTo-Json -Depth 5</w:t>
        <w:br/>
        <w:br/>
        <w:t>$result = Invoke-RestMethod `</w:t>
        <w:br/>
        <w:t xml:space="preserve">    -Uri "http://localhost:11434/api/chat" `</w:t>
        <w:br/>
        <w:t xml:space="preserve">    -Method Post `</w:t>
        <w:br/>
        <w:t xml:space="preserve">    -ContentType "application/json; charset=utf-8" `</w:t>
        <w:br/>
        <w:t xml:space="preserve">    -Body $body</w:t>
        <w:br/>
        <w:br/>
        <w:t>$result.message.content</w:t>
      </w:r>
    </w:p>
    <w:p>
      <w:r>
        <w:rPr>
          <w:rFonts w:ascii="Calibri" w:hAnsi="Calibri" w:eastAsia="Microsoft YaHei"/>
        </w:rPr>
        <w:t>本次实验返回：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Ollama 本地调用成功。</w:t>
      </w:r>
    </w:p>
    <w:p>
      <w:r>
        <w:rPr>
          <w:rFonts w:ascii="Calibri" w:hAnsi="Calibri" w:eastAsia="Microsoft YaHei"/>
          <w:b/>
        </w:rPr>
        <w:t>看到这个就算通关：</w:t>
      </w:r>
      <w:r>
        <w:rPr>
          <w:rFonts w:ascii="Calibri" w:hAnsi="Calibri" w:eastAsia="Microsoft YaHei"/>
        </w:rPr>
        <w:t xml:space="preserve"> 最后一行打印出模型回复。</w:t>
      </w:r>
    </w:p>
    <w:p>
      <w:hyperlink r:id="rId21">
        <w:r>
          <w:rPr>
            <w:color w:val="4F9E8B"/>
            <w:u w:val="single"/>
          </w:rPr>
          <w:t>Ollama Chat API 文档</w:t>
        </w:r>
      </w:hyperlink>
      <w:r>
        <w:rPr>
          <w:rFonts w:ascii="Calibri" w:hAnsi="Calibri" w:eastAsia="Microsoft YaHei"/>
        </w:rPr>
        <w:t xml:space="preserve">要求请求里提供模型名和消息数组。这里把 </w:t>
      </w:r>
      <w:r>
        <w:rPr>
          <w:rFonts w:ascii="Consolas" w:hAnsi="Consolas" w:eastAsia="Consolas"/>
          <w:color w:val="496A76"/>
          <w:sz w:val="19"/>
        </w:rPr>
        <w:t>stream</w:t>
      </w:r>
      <w:r>
        <w:rPr>
          <w:rFonts w:ascii="Calibri" w:hAnsi="Calibri" w:eastAsia="Microsoft YaHei"/>
        </w:rPr>
        <w:t xml:space="preserve"> 设为 </w:t>
      </w:r>
      <w:r>
        <w:rPr>
          <w:rFonts w:ascii="Consolas" w:hAnsi="Consolas" w:eastAsia="Consolas"/>
          <w:color w:val="496A76"/>
          <w:sz w:val="19"/>
        </w:rPr>
        <w:t>false</w:t>
      </w:r>
      <w:r>
        <w:rPr>
          <w:rFonts w:ascii="Calibri" w:hAnsi="Calibri" w:eastAsia="Microsoft YaHei"/>
        </w:rPr>
        <w:t>，只是为了让 PowerShell 一次拿到完整结果。</w:t>
      </w:r>
    </w:p>
    <w:p>
      <w:r>
        <w:rPr>
          <w:rFonts w:ascii="Calibri" w:hAnsi="Calibri" w:eastAsia="Microsoft YaHei"/>
          <w:b/>
        </w:rPr>
        <w:t>如果访问失败：</w:t>
      </w:r>
      <w:r>
        <w:rPr>
          <w:rFonts w:ascii="Calibri" w:hAnsi="Calibri" w:eastAsia="Microsoft YaHei"/>
        </w:rPr>
        <w:t xml:space="preserve"> 先确认 Ollama 正在运行，再重新执行版本检查命令。不要一上来改防火墙或重装软件。</w:t>
      </w:r>
    </w:p>
    <w:p>
      <w:pPr>
        <w:pStyle w:val="Heading1"/>
      </w:pPr>
      <w:r>
        <w:rPr>
          <w:rFonts w:ascii="Calibri" w:hAnsi="Calibri" w:eastAsia="Microsoft YaHei"/>
        </w:rPr>
        <w:t>6. 到这里，本集已经完成</w:t>
      </w:r>
    </w:p>
    <w:p>
      <w:r>
        <w:rPr>
          <w:rFonts w:ascii="Calibri" w:hAnsi="Calibri" w:eastAsia="Microsoft YaHei"/>
        </w:rPr>
        <w:t>现在核对三项：</w:t>
      </w:r>
    </w:p>
    <w:p>
      <w:pPr>
        <w:pStyle w:val="ListNumber"/>
      </w:pPr>
      <w:r>
        <w:rPr>
          <w:rFonts w:ascii="Calibri" w:hAnsi="Calibri" w:eastAsia="Microsoft YaHei"/>
        </w:rPr>
        <w:t>Ollama 应用能让轻量模型回复。</w:t>
      </w:r>
    </w:p>
    <w:p>
      <w:pPr>
        <w:pStyle w:val="ListNumber"/>
      </w:pPr>
      <w:r>
        <w:rPr>
          <w:rFonts w:ascii="Consolas" w:hAnsi="Consolas" w:eastAsia="Consolas"/>
          <w:color w:val="496A76"/>
          <w:sz w:val="19"/>
        </w:rPr>
        <w:t>ollama run</w:t>
      </w:r>
      <w:r>
        <w:rPr>
          <w:rFonts w:ascii="Calibri" w:hAnsi="Calibri" w:eastAsia="Microsoft YaHei"/>
        </w:rPr>
        <w:t xml:space="preserve"> 能在终端收到回复。</w:t>
      </w:r>
    </w:p>
    <w:p>
      <w:pPr>
        <w:pStyle w:val="ListNumber"/>
      </w:pPr>
      <w:r>
        <w:rPr>
          <w:rFonts w:ascii="Consolas" w:hAnsi="Consolas" w:eastAsia="Consolas"/>
          <w:color w:val="496A76"/>
          <w:sz w:val="19"/>
        </w:rPr>
        <w:t>/api/chat</w:t>
      </w:r>
      <w:r>
        <w:rPr>
          <w:rFonts w:ascii="Calibri" w:hAnsi="Calibri" w:eastAsia="Microsoft YaHei"/>
        </w:rPr>
        <w:t xml:space="preserve"> 能把回复交给 PowerShell。</w:t>
      </w:r>
    </w:p>
    <w:p>
      <w:r>
        <w:rPr>
          <w:rFonts w:ascii="Calibri" w:hAnsi="Calibri" w:eastAsia="Microsoft YaHei"/>
        </w:rPr>
        <w:t>三项都完成，就可以放心收工。你已经把“云端模型 API”换成了“电脑里的模型 API”。</w:t>
      </w:r>
    </w:p>
    <w:p>
      <w:r>
        <w:rPr>
          <w:rFonts w:ascii="Calibri" w:hAnsi="Calibri" w:eastAsia="Microsoft YaHei"/>
        </w:rPr>
        <w:t>现在回头看，刚才的链路其实很简单：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7" name="Picture 7" descr="刚才的主链路：程序通过 Ollama 调用电脑里的模型；联网能力是另一条支线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local-inference-diagram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刚才的主链路：程序通过 Ollama 调用电脑里的模型；联网能力是另一条支线</w:t>
      </w:r>
    </w:p>
    <w:p>
      <w:pPr>
        <w:pStyle w:val="ListBullet"/>
      </w:pPr>
      <w:r>
        <w:rPr>
          <w:rFonts w:ascii="Calibri" w:hAnsi="Calibri" w:eastAsia="Microsoft YaHei"/>
          <w:b/>
        </w:rPr>
        <w:t>模型文件</w:t>
      </w:r>
      <w:r>
        <w:rPr>
          <w:rFonts w:ascii="Calibri" w:hAnsi="Calibri" w:eastAsia="Microsoft YaHei"/>
        </w:rPr>
        <w:t>：真正负责理解和生成。</w:t>
      </w:r>
    </w:p>
    <w:p>
      <w:pPr>
        <w:pStyle w:val="ListBullet"/>
      </w:pPr>
      <w:r>
        <w:rPr>
          <w:rFonts w:ascii="Calibri" w:hAnsi="Calibri" w:eastAsia="Microsoft YaHei"/>
          <w:b/>
        </w:rPr>
        <w:t>Ollama</w:t>
      </w:r>
      <w:r>
        <w:rPr>
          <w:rFonts w:ascii="Calibri" w:hAnsi="Calibri" w:eastAsia="Microsoft YaHei"/>
        </w:rPr>
        <w:t>：负责下载、加载模型，并提供调用入口。</w:t>
      </w:r>
    </w:p>
    <w:p>
      <w:pPr>
        <w:pStyle w:val="ListBullet"/>
      </w:pPr>
      <w:r>
        <w:rPr>
          <w:rFonts w:ascii="Calibri" w:hAnsi="Calibri" w:eastAsia="Microsoft YaHei"/>
          <w:b/>
        </w:rPr>
        <w:t>你的程序</w:t>
      </w:r>
      <w:r>
        <w:rPr>
          <w:rFonts w:ascii="Calibri" w:hAnsi="Calibri" w:eastAsia="Microsoft YaHei"/>
        </w:rPr>
        <w:t>：把问题发给 Ollama，再接住回复。</w:t>
      </w:r>
    </w:p>
    <w:p>
      <w:r>
        <w:rPr>
          <w:rFonts w:ascii="Calibri" w:hAnsi="Calibri" w:eastAsia="Microsoft YaHei"/>
        </w:rPr>
        <w:t xml:space="preserve">根据 </w:t>
      </w:r>
      <w:hyperlink r:id="rId23">
        <w:r>
          <w:rPr>
            <w:color w:val="4F9E8B"/>
            <w:u w:val="single"/>
          </w:rPr>
          <w:t>Ollama API 认证说明</w:t>
        </w:r>
      </w:hyperlink>
      <w:r>
        <w:rPr>
          <w:rFonts w:ascii="Calibri" w:hAnsi="Calibri" w:eastAsia="Microsoft YaHei"/>
        </w:rPr>
        <w:t xml:space="preserve">，本机访问 </w:t>
      </w:r>
      <w:r>
        <w:rPr>
          <w:rFonts w:ascii="Consolas" w:hAnsi="Consolas" w:eastAsia="Consolas"/>
          <w:color w:val="496A76"/>
          <w:sz w:val="19"/>
        </w:rPr>
        <w:t>http://localhost:11434</w:t>
      </w:r>
      <w:r>
        <w:rPr>
          <w:rFonts w:ascii="Calibri" w:hAnsi="Calibri" w:eastAsia="Microsoft YaHei"/>
        </w:rPr>
        <w:t xml:space="preserve"> 不需要 API Key。正因为如此，不要把 11434 端口直接开放到公网。</w:t>
      </w:r>
    </w:p>
    <w:p>
      <w:r>
        <w:rPr>
          <w:rFonts w:ascii="Calibri" w:hAnsi="Calibri" w:eastAsia="Microsoft YaHei"/>
        </w:rPr>
        <w:t>还要记住一个边界：</w:t>
      </w:r>
      <w:r>
        <w:rPr>
          <w:rFonts w:ascii="Calibri" w:hAnsi="Calibri" w:eastAsia="Microsoft YaHei"/>
          <w:b/>
        </w:rPr>
        <w:t>“本地模型”描述的是推理发生在哪里，不代表下载模型、更新软件、网页搜索和第三方工具都不需要联网。</w:t>
      </w:r>
    </w:p>
    <w:p>
      <w:pPr>
        <w:pStyle w:val="Heading2"/>
      </w:pPr>
      <w:r>
        <w:rPr>
          <w:rFonts w:ascii="Calibri" w:hAnsi="Calibri" w:eastAsia="Microsoft YaHei"/>
        </w:rPr>
        <w:t>6.1 选做一分钟：复用第一集的 Python 代码</w:t>
      </w:r>
    </w:p>
    <w:p>
      <w:r>
        <w:rPr>
          <w:rFonts w:ascii="Calibri" w:hAnsi="Calibri" w:eastAsia="Microsoft YaHei"/>
        </w:rPr>
        <w:t xml:space="preserve">只有做过第一集，并且下面的检查打印 </w:t>
      </w:r>
      <w:r>
        <w:rPr>
          <w:rFonts w:ascii="Consolas" w:hAnsi="Consolas" w:eastAsia="Consolas"/>
          <w:color w:val="496A76"/>
          <w:sz w:val="19"/>
        </w:rPr>
        <w:t>OK</w:t>
      </w:r>
      <w:r>
        <w:rPr>
          <w:rFonts w:ascii="Calibri" w:hAnsi="Calibri" w:eastAsia="Microsoft YaHei"/>
        </w:rPr>
        <w:t>，才继续这一小节；否则直接跳过，不影响本集通关。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python -c "from openai import OpenAI; print('OK')"</w:t>
      </w:r>
    </w:p>
    <w:p>
      <w:r>
        <w:rPr>
          <w:rFonts w:ascii="Calibri" w:hAnsi="Calibri" w:eastAsia="Microsoft YaHei"/>
        </w:rPr>
        <w:t>检查通过后，可以把 OpenAI SDK 的地址换成本机：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PYTHON</w:t>
        <w:br/>
      </w:r>
      <w:r>
        <w:rPr>
          <w:rFonts w:ascii="Consolas" w:hAnsi="Consolas" w:eastAsia="Consolas"/>
          <w:color w:val="20242A"/>
          <w:sz w:val="18"/>
        </w:rPr>
        <w:t>from openai import OpenAI</w:t>
        <w:br/>
        <w:br/>
        <w:t>client = OpenAI(</w:t>
        <w:br/>
        <w:t xml:space="preserve">    base_url="http://localhost:11434/v1/",</w:t>
        <w:br/>
        <w:t xml:space="preserve">    api_key="ollama",</w:t>
        <w:br/>
        <w:t>)</w:t>
        <w:br/>
        <w:br/>
        <w:t>response = client.chat.completions.create(</w:t>
        <w:br/>
        <w:t xml:space="preserve">    model="qwen2.5:0.5b",</w:t>
        <w:br/>
        <w:t xml:space="preserve">    messages=[</w:t>
        <w:br/>
        <w:t xml:space="preserve">        {"role": "user", "content": "只回复：本地模型已连接"}</w:t>
        <w:br/>
        <w:t xml:space="preserve">    ],</w:t>
        <w:br/>
        <w:t>)</w:t>
        <w:br/>
        <w:br/>
        <w:t>print(response.choices[0].message.content)</w:t>
      </w:r>
    </w:p>
    <w:p>
      <w:r>
        <w:rPr>
          <w:rFonts w:ascii="Calibri" w:hAnsi="Calibri" w:eastAsia="Microsoft YaHei"/>
        </w:rPr>
        <w:t xml:space="preserve">Ollama 提供 </w:t>
      </w:r>
      <w:hyperlink r:id="rId24">
        <w:r>
          <w:rPr>
            <w:color w:val="4F9E8B"/>
            <w:u w:val="single"/>
          </w:rPr>
          <w:t>OpenAI 兼容接口</w:t>
        </w:r>
      </w:hyperlink>
      <w:r>
        <w:rPr>
          <w:rFonts w:ascii="Calibri" w:hAnsi="Calibri" w:eastAsia="Microsoft YaHei"/>
        </w:rPr>
        <w:t xml:space="preserve">。这里的 </w:t>
      </w:r>
      <w:r>
        <w:rPr>
          <w:rFonts w:ascii="Consolas" w:hAnsi="Consolas" w:eastAsia="Consolas"/>
          <w:color w:val="496A76"/>
          <w:sz w:val="19"/>
        </w:rPr>
        <w:t>api_key="ollama"</w:t>
      </w:r>
      <w:r>
        <w:rPr>
          <w:rFonts w:ascii="Calibri" w:hAnsi="Calibri" w:eastAsia="Microsoft YaHei"/>
        </w:rPr>
        <w:t xml:space="preserve"> 只是满足 SDK 的参数形式，本地 Ollama 会忽略它，它不是真实密钥。</w:t>
      </w:r>
    </w:p>
    <w:p>
      <w:pPr>
        <w:pStyle w:val="Heading1"/>
      </w:pPr>
      <w:r>
        <w:rPr>
          <w:rFonts w:ascii="Calibri" w:hAnsi="Calibri" w:eastAsia="Microsoft YaHei"/>
        </w:rPr>
        <w:t>7. 选做挑战：把本地模型接进 AI 工具</w:t>
      </w:r>
    </w:p>
    <w:p>
      <w:pPr>
        <w:spacing w:before="120" w:after="200"/>
        <w:ind w:left="173" w:right="115"/>
        <w:shd w:fill="FFF7E8"/>
        <w:pBdr>
          <w:left w:val="single" w:sz="18" w:space="10" w:color="4F9E8B"/>
        </w:pBdr>
      </w:pPr>
      <w:r>
        <w:rPr>
          <w:rFonts w:ascii="Calibri" w:hAnsi="Calibri" w:eastAsia="Microsoft YaHei"/>
        </w:rPr>
        <w:t>下面已经不是通关必需项。它会多下载约 7.6 GB 的模型，也更吃内存和显存。电脑空间紧张，或只想理解本地 API，可以直接跳到第 11 节看总结。</w:t>
      </w:r>
    </w:p>
    <w:p>
      <w:r>
        <w:rPr>
          <w:rFonts w:ascii="Calibri" w:hAnsi="Calibri" w:eastAsia="Microsoft YaHei"/>
        </w:rPr>
        <w:t>能聊天，不代表能稳定写文件、调用工具。为了验证这条边界，本次实验又用了一个更强的模型：</w:t>
      </w:r>
      <w:r>
        <w:rPr>
          <w:rFonts w:ascii="Consolas" w:hAnsi="Consolas" w:eastAsia="Consolas"/>
          <w:color w:val="496A76"/>
          <w:sz w:val="19"/>
        </w:rPr>
        <w:t>gemma4:12b</w:t>
      </w:r>
      <w:r>
        <w:rPr>
          <w:rFonts w:ascii="Calibri" w:hAnsi="Calibri" w:eastAsia="Microsoft YaHei"/>
        </w:rPr>
        <w:t>。</w:t>
      </w:r>
    </w:p>
    <w:p>
      <w:hyperlink r:id="rId25">
        <w:r>
          <w:rPr>
            <w:color w:val="4F9E8B"/>
            <w:u w:val="single"/>
          </w:rPr>
          <w:t>Gemma 4 模型页</w:t>
        </w:r>
      </w:hyperlink>
      <w:r>
        <w:rPr>
          <w:rFonts w:ascii="Calibri" w:hAnsi="Calibri" w:eastAsia="Microsoft YaHei"/>
        </w:rPr>
        <w:t>显示，</w:t>
      </w:r>
      <w:r>
        <w:rPr>
          <w:rFonts w:ascii="Consolas" w:hAnsi="Consolas" w:eastAsia="Consolas"/>
          <w:color w:val="496A76"/>
          <w:sz w:val="19"/>
        </w:rPr>
        <w:t>gemma4:12b</w:t>
      </w:r>
      <w:r>
        <w:rPr>
          <w:rFonts w:ascii="Calibri" w:hAnsi="Calibri" w:eastAsia="Microsoft YaHei"/>
        </w:rPr>
        <w:t xml:space="preserve"> 下载体积约 7.6 GB，并支持工具调用等能力。模型文件 7.6 GB 不等于只需要 7.6 GB 内存；运行时还要给系统、上下文和客户端留空间。</w:t>
      </w:r>
    </w:p>
    <w:p>
      <w:r>
        <w:rPr>
          <w:rFonts w:ascii="Calibri" w:hAnsi="Calibri" w:eastAsia="Microsoft YaHei"/>
        </w:rPr>
        <w:t>下载并运行：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ollama pull gemma4:12b</w:t>
        <w:br/>
        <w:t>ollama run gemma4:12b</w:t>
      </w:r>
    </w:p>
    <w:p>
      <w:r>
        <w:rPr>
          <w:rFonts w:ascii="Calibri" w:hAnsi="Calibri" w:eastAsia="Microsoft YaHei"/>
        </w:rPr>
        <w:t>本次实验环境是 Windows 11、Intel i7-10700、32 GB 内存和 RTX 3060 12 GB。这只是实验记录，不是官方最低配置。</w:t>
      </w:r>
    </w:p>
    <w:p>
      <w:pPr>
        <w:pStyle w:val="Heading2"/>
      </w:pPr>
      <w:r>
        <w:rPr>
          <w:rFonts w:ascii="Calibri" w:hAnsi="Calibri" w:eastAsia="Microsoft YaHei"/>
        </w:rPr>
        <w:t>7.1 先用 Claude Code 做连接测试</w:t>
      </w:r>
    </w:p>
    <w:p>
      <w:r>
        <w:rPr>
          <w:rFonts w:ascii="Calibri" w:hAnsi="Calibri" w:eastAsia="Microsoft YaHei"/>
        </w:rPr>
        <w:t xml:space="preserve">Claude Code 是能读取代码、编辑文件和运行命令的终端工具。先执行 </w:t>
      </w:r>
      <w:r>
        <w:rPr>
          <w:rFonts w:ascii="Consolas" w:hAnsi="Consolas" w:eastAsia="Consolas"/>
          <w:color w:val="496A76"/>
          <w:sz w:val="19"/>
        </w:rPr>
        <w:t>claude --version</w:t>
      </w:r>
      <w:r>
        <w:rPr>
          <w:rFonts w:ascii="Calibri" w:hAnsi="Calibri" w:eastAsia="Microsoft YaHei"/>
        </w:rPr>
        <w:t xml:space="preserve">：看到版本号再继续；没有版本号时，可以按 </w:t>
      </w:r>
      <w:hyperlink r:id="rId26">
        <w:r>
          <w:rPr>
            <w:color w:val="4F9E8B"/>
            <w:u w:val="single"/>
          </w:rPr>
          <w:t>Claude Code 官方安装文档</w:t>
        </w:r>
      </w:hyperlink>
      <w:r>
        <w:rPr>
          <w:rFonts w:ascii="Calibri" w:hAnsi="Calibri" w:eastAsia="Microsoft YaHei"/>
        </w:rPr>
        <w:t>安装，也可以直接跳过 7.1。</w:t>
      </w:r>
    </w:p>
    <w:p>
      <w:r>
        <w:rPr>
          <w:rFonts w:ascii="Calibri" w:hAnsi="Calibri" w:eastAsia="Microsoft YaHei"/>
        </w:rPr>
        <w:t>在一个新建的空文件夹里打开终端，执行：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ollama launch claude --model gemma4:12b</w:t>
      </w:r>
    </w:p>
    <w:p>
      <w:hyperlink r:id="rId27">
        <w:r>
          <w:rPr>
            <w:color w:val="4F9E8B"/>
            <w:u w:val="single"/>
          </w:rPr>
          <w:t>Ollama 的 Claude Code 集成文档</w:t>
        </w:r>
      </w:hyperlink>
      <w:r>
        <w:rPr>
          <w:rFonts w:ascii="Calibri" w:hAnsi="Calibri" w:eastAsia="Microsoft YaHei"/>
        </w:rPr>
        <w:t xml:space="preserve">把 </w:t>
      </w:r>
      <w:r>
        <w:rPr>
          <w:rFonts w:ascii="Consolas" w:hAnsi="Consolas" w:eastAsia="Consolas"/>
          <w:color w:val="496A76"/>
          <w:sz w:val="19"/>
        </w:rPr>
        <w:t>ollama launch claude</w:t>
      </w:r>
      <w:r>
        <w:rPr>
          <w:rFonts w:ascii="Calibri" w:hAnsi="Calibri" w:eastAsia="Microsoft YaHei"/>
        </w:rPr>
        <w:t xml:space="preserve"> 作为当前快速启动方式。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1520564"/>
            <wp:docPr id="8" name="Picture 8" descr="Ollama 的 Launch 菜单给出了 Claude Code 的启动命令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ollama-launch-menu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5205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Ollama 的 Launch 菜单给出了 Claude Code 的启动命令</w:t>
      </w:r>
    </w:p>
    <w:p>
      <w:r>
        <w:rPr>
          <w:rFonts w:ascii="Calibri" w:hAnsi="Calibri" w:eastAsia="Microsoft YaHei"/>
        </w:rPr>
        <w:t>素材截图来自早期实验，当时在 home directory 中启动。正式复现请使用空实验目录，避免把过大的文件范围交给工具。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932044"/>
            <wp:docPr id="9" name="Picture 9" descr="Claude Code 已通过 Ollama 识别 gemma4:12b 并完成基础对话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claude-local-result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320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Claude Code 已通过 Ollama 识别 gemma4:12b 并完成基础对话</w:t>
      </w:r>
    </w:p>
    <w:p>
      <w:r>
        <w:rPr>
          <w:rFonts w:ascii="Calibri" w:hAnsi="Calibri" w:eastAsia="Microsoft YaHei"/>
        </w:rPr>
        <w:t>看到模型名并收到普通回复，只能证明连接层成功：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Claude Code → Ollama → gemma4:12b</w:t>
      </w:r>
    </w:p>
    <w:p>
      <w:r>
        <w:rPr>
          <w:rFonts w:ascii="Calibri" w:hAnsi="Calibri" w:eastAsia="Microsoft YaHei"/>
        </w:rPr>
        <w:t xml:space="preserve">能回复 </w:t>
      </w:r>
      <w:r>
        <w:rPr>
          <w:rFonts w:ascii="Consolas" w:hAnsi="Consolas" w:eastAsia="Consolas"/>
          <w:color w:val="496A76"/>
          <w:sz w:val="19"/>
        </w:rPr>
        <w:t>hi</w:t>
      </w:r>
      <w:r>
        <w:rPr>
          <w:rFonts w:ascii="Calibri" w:hAnsi="Calibri" w:eastAsia="Microsoft YaHei"/>
        </w:rPr>
        <w:t>，只能证明它来上班了；会不会干活，还得派一个小任务。</w:t>
      </w:r>
    </w:p>
    <w:p>
      <w:r>
        <w:rPr>
          <w:rFonts w:ascii="Calibri" w:hAnsi="Calibri" w:eastAsia="Microsoft YaHei"/>
        </w:rPr>
        <w:t>实验继续要求它写文件时，出现了：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Invalid tool parameters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336199"/>
            <wp:docPr id="10" name="Picture 10" descr="一次工具参数未通过客户端校验；当前证据不足以判断具体根因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laude-tool-error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361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一次工具参数未通过客户端校验；当前证据不足以判断具体根因</w:t>
      </w:r>
    </w:p>
    <w:p>
      <w:r>
        <w:rPr>
          <w:rFonts w:ascii="Calibri" w:hAnsi="Calibri" w:eastAsia="Microsoft YaHei"/>
        </w:rPr>
        <w:t>这张失败图不能证明“Ollama 失败”或“模型一定不支持工具”。它只能确认：文本连接已经成功，但这一次工具参数没有被成功接受或执行；具体原因还可能涉及模型输出、上下文、兼容层或客户端实现。</w:t>
      </w:r>
    </w:p>
    <w:p>
      <w:pPr>
        <w:pStyle w:val="Heading2"/>
      </w:pPr>
      <w:r>
        <w:rPr>
          <w:rFonts w:ascii="Calibri" w:hAnsi="Calibri" w:eastAsia="Microsoft YaHei"/>
        </w:rPr>
        <w:t>7.2 再用 WorkBuddy 做最小连接测试</w:t>
      </w:r>
    </w:p>
    <w:p>
      <w:r>
        <w:rPr>
          <w:rFonts w:ascii="Calibri" w:hAnsi="Calibri" w:eastAsia="Microsoft YaHei"/>
        </w:rPr>
        <w:t>只有 WorkBuddy 已安装、已登录，并且能打开模型设置页时才做这一节；否则直接跳过，不影响 Ollama 主线通关。</w:t>
      </w:r>
    </w:p>
    <w:p>
      <w:r>
        <w:rPr>
          <w:rFonts w:ascii="Calibri" w:hAnsi="Calibri" w:eastAsia="Microsoft YaHei"/>
        </w:rPr>
        <w:t>进入 WorkBuddy：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系统设置 → 模型 → 添加模型 → Ollama 本地</w:t>
      </w:r>
    </w:p>
    <w:p>
      <w:r>
        <w:rPr>
          <w:rFonts w:ascii="Calibri" w:hAnsi="Calibri" w:eastAsia="Microsoft YaHei"/>
        </w:rPr>
        <w:t>填写或确认：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接口地址：http://localhost:11434/v1/chat/completions</w:t>
        <w:br/>
        <w:t>模型名称：gemma4:12b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743888"/>
            <wp:docPr id="11" name="Picture 11" descr="WorkBuddy 使用 localhost 的 OpenAI 兼容地址接入 gemma4:12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workbuddy-ollama-config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7438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WorkBuddy 使用 localhost 的 OpenAI 兼容地址接入 gemma4:12b</w:t>
      </w:r>
    </w:p>
    <w:p>
      <w:r>
        <w:rPr>
          <w:rFonts w:ascii="Calibri" w:hAnsi="Calibri" w:eastAsia="Microsoft YaHei"/>
        </w:rPr>
        <w:t xml:space="preserve">模型名必须与 </w:t>
      </w:r>
      <w:r>
        <w:rPr>
          <w:rFonts w:ascii="Consolas" w:hAnsi="Consolas" w:eastAsia="Consolas"/>
          <w:color w:val="496A76"/>
          <w:sz w:val="19"/>
        </w:rPr>
        <w:t>ollama list</w:t>
      </w:r>
      <w:r>
        <w:rPr>
          <w:rFonts w:ascii="Calibri" w:hAnsi="Calibri" w:eastAsia="Microsoft YaHei"/>
        </w:rPr>
        <w:t xml:space="preserve"> 中显示的完整标签一致。</w:t>
      </w:r>
    </w:p>
    <w:p>
      <w:r>
        <w:rPr>
          <w:rFonts w:ascii="Calibri" w:hAnsi="Calibri" w:eastAsia="Microsoft YaHei"/>
        </w:rPr>
        <w:t xml:space="preserve">WorkBuddy 不同版本的地址字段可能要求填写 </w:t>
      </w:r>
      <w:r>
        <w:rPr>
          <w:rFonts w:ascii="Consolas" w:hAnsi="Consolas" w:eastAsia="Consolas"/>
          <w:color w:val="496A76"/>
          <w:sz w:val="19"/>
        </w:rPr>
        <w:t>localhost</w:t>
      </w:r>
      <w:r>
        <w:rPr>
          <w:rFonts w:ascii="Calibri" w:hAnsi="Calibri" w:eastAsia="Microsoft YaHei"/>
        </w:rPr>
        <w:t xml:space="preserve"> 基础地址，也可能自动补全 </w:t>
      </w:r>
      <w:r>
        <w:rPr>
          <w:rFonts w:ascii="Consolas" w:hAnsi="Consolas" w:eastAsia="Consolas"/>
          <w:color w:val="496A76"/>
          <w:sz w:val="19"/>
        </w:rPr>
        <w:t>/chat/completions</w:t>
      </w:r>
      <w:r>
        <w:rPr>
          <w:rFonts w:ascii="Calibri" w:hAnsi="Calibri" w:eastAsia="Microsoft YaHei"/>
        </w:rPr>
        <w:t xml:space="preserve">。以当前界面的字段说明为准，避免把同一段路径重复填写；可同时参考 </w:t>
      </w:r>
      <w:hyperlink r:id="rId32">
        <w:r>
          <w:rPr>
            <w:color w:val="4F9E8B"/>
            <w:u w:val="single"/>
          </w:rPr>
          <w:t>WorkBuddy 模型配置说明</w:t>
        </w:r>
      </w:hyperlink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保存后，先只输入：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hi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978825"/>
            <wp:docPr id="12" name="Picture 12" descr="WorkBuddy 已能调用本地 gemma4:12b 完成最小文本回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workbuddy-local-respons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78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WorkBuddy 已能调用本地 gemma4:12b 完成最小文本回复</w:t>
      </w:r>
    </w:p>
    <w:p>
      <w:r>
        <w:rPr>
          <w:rFonts w:ascii="Calibri" w:hAnsi="Calibri" w:eastAsia="Microsoft YaHei"/>
        </w:rPr>
        <w:t>收到回复，说明最小连接已经打通。本次实验继续叠加 UI 设计师后，没有稳定交付网页文件。因此准确结论是：</w:t>
      </w:r>
      <w:r>
        <w:rPr>
          <w:rFonts w:ascii="Calibri" w:hAnsi="Calibri" w:eastAsia="Microsoft YaHei"/>
          <w:b/>
        </w:rPr>
        <w:t>WorkBuddy 已经连到本地模型，但复杂工具任务还没有在这台机器和这组配置上稳定跑通。</w:t>
      </w:r>
    </w:p>
    <w:p>
      <w:r>
        <w:rPr>
          <w:rFonts w:ascii="Calibri" w:hAnsi="Calibri" w:eastAsia="Microsoft YaHei"/>
        </w:rPr>
        <w:t>如果要继续排查，按这个顺序增加难度：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固定回复 → 两轮对话 → 创建一个只有标题的 HTML → 修改现有文件 → 完整网页</w:t>
      </w:r>
    </w:p>
    <w:p>
      <w:r>
        <w:rPr>
          <w:rFonts w:ascii="Calibri" w:hAnsi="Calibri" w:eastAsia="Microsoft YaHei"/>
        </w:rPr>
        <w:t>一次只加一个变量，才能知道是哪一层开始掉链子。</w:t>
      </w:r>
    </w:p>
    <w:p>
      <w:pPr>
        <w:pStyle w:val="Heading1"/>
      </w:pPr>
      <w:r>
        <w:rPr>
          <w:rFonts w:ascii="Calibri" w:hAnsi="Calibri" w:eastAsia="Microsoft YaHei"/>
        </w:rPr>
        <w:t>8. 选做观察：网页搜索会让“本地”重新连上云端</w:t>
      </w:r>
    </w:p>
    <w:p>
      <w:r>
        <w:rPr>
          <w:rFonts w:ascii="Calibri" w:hAnsi="Calibri" w:eastAsia="Microsoft YaHei"/>
        </w:rPr>
        <w:t>直接问本地模型刚发生的新闻，它可能说明自己无法获取实时信息。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306648"/>
            <wp:docPr id="13" name="Picture 13" descr="只靠本地模型权重，无法自动知道刚发生的实时新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web-search-unavailabl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066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只靠本地模型权重，无法自动知道刚发生的实时新闻</w:t>
      </w:r>
    </w:p>
    <w:p>
      <w:r>
        <w:rPr>
          <w:rFonts w:ascii="Calibri" w:hAnsi="Calibri" w:eastAsia="Microsoft YaHei"/>
        </w:rPr>
        <w:t>这是正常现象。模型文件不会自动知道训练之后的新消息。</w:t>
      </w:r>
    </w:p>
    <w:p>
      <w:r>
        <w:rPr>
          <w:rFonts w:ascii="Calibri" w:hAnsi="Calibri" w:eastAsia="Microsoft YaHei"/>
        </w:rPr>
        <w:t>在 Ollama 应用中启用网页搜索时，界面会要求登录账号。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968115"/>
            <wp:docPr id="14" name="Picture 14" descr="Ollama 网页搜索要求登录账号，说明此时已经引入云端能力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web-search-signin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681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Ollama 网页搜索要求登录账号，说明此时已经引入云端能力</w:t>
      </w:r>
    </w:p>
    <w:p>
      <w:r>
        <w:rPr>
          <w:rFonts w:ascii="Calibri" w:hAnsi="Calibri" w:eastAsia="Microsoft YaHei"/>
        </w:rPr>
        <w:t xml:space="preserve">根据 </w:t>
      </w:r>
      <w:hyperlink r:id="rId36">
        <w:r>
          <w:rPr>
            <w:color w:val="4F9E8B"/>
            <w:u w:val="single"/>
          </w:rPr>
          <w:t>Ollama 网页搜索文档</w:t>
        </w:r>
      </w:hyperlink>
      <w:r>
        <w:rPr>
          <w:rFonts w:ascii="Calibri" w:hAnsi="Calibri" w:eastAsia="Microsoft YaHei"/>
        </w:rPr>
        <w:t>，网页搜索访问的是 Ollama 在线 API，程序调用还需要免费账号和 API Key。</w:t>
      </w:r>
    </w:p>
    <w:p>
      <w:r>
        <w:rPr>
          <w:rFonts w:ascii="Calibri" w:hAnsi="Calibri" w:eastAsia="Microsoft YaHei"/>
        </w:rPr>
        <w:t>所以要分清四件事：</w:t>
      </w:r>
    </w:p>
    <w:p>
      <w:pPr>
        <w:pStyle w:val="ListBullet"/>
      </w:pPr>
      <w:r>
        <w:rPr>
          <w:rFonts w:ascii="Calibri" w:hAnsi="Calibri" w:eastAsia="Microsoft YaHei"/>
        </w:rPr>
        <w:t>调用已经下载的本地模型：推理可以在本机完成。</w:t>
      </w:r>
    </w:p>
    <w:p>
      <w:pPr>
        <w:pStyle w:val="ListBullet"/>
      </w:pPr>
      <w:r>
        <w:rPr>
          <w:rFonts w:ascii="Calibri" w:hAnsi="Calibri" w:eastAsia="Microsoft YaHei"/>
        </w:rPr>
        <w:t>下载或更新模型：需要联网。</w:t>
      </w:r>
    </w:p>
    <w:p>
      <w:pPr>
        <w:pStyle w:val="ListBullet"/>
      </w:pPr>
      <w:r>
        <w:rPr>
          <w:rFonts w:ascii="Calibri" w:hAnsi="Calibri" w:eastAsia="Microsoft YaHei"/>
        </w:rPr>
        <w:t>使用网页搜索：会访问云端搜索服务。</w:t>
      </w:r>
    </w:p>
    <w:p>
      <w:pPr>
        <w:pStyle w:val="ListBullet"/>
      </w:pPr>
      <w:r>
        <w:rPr>
          <w:rFonts w:ascii="Calibri" w:hAnsi="Calibri" w:eastAsia="Microsoft YaHei"/>
        </w:rPr>
        <w:t xml:space="preserve">使用带 </w:t>
      </w:r>
      <w:r>
        <w:rPr>
          <w:rFonts w:ascii="Consolas" w:hAnsi="Consolas" w:eastAsia="Consolas"/>
          <w:color w:val="496A76"/>
          <w:sz w:val="19"/>
        </w:rPr>
        <w:t>:cloud</w:t>
      </w:r>
      <w:r>
        <w:rPr>
          <w:rFonts w:ascii="Calibri" w:hAnsi="Calibri" w:eastAsia="Microsoft YaHei"/>
        </w:rPr>
        <w:t xml:space="preserve"> 的模型：推理由云端服务完成。</w:t>
      </w:r>
    </w:p>
    <w:p>
      <w:r>
        <w:rPr>
          <w:rFonts w:ascii="Calibri" w:hAnsi="Calibri" w:eastAsia="Microsoft YaHei"/>
        </w:rPr>
        <w:t>如果目标是完全离线或内网隔离，就不要启用网页搜索或云端模型，并单独检查客户端自身的登录、更新和遥测行为。</w:t>
      </w:r>
    </w:p>
    <w:p>
      <w:pPr>
        <w:pStyle w:val="Heading1"/>
      </w:pPr>
      <w:r>
        <w:rPr>
          <w:rFonts w:ascii="Calibri" w:hAnsi="Calibri" w:eastAsia="Microsoft YaHei"/>
        </w:rPr>
        <w:t>9. 选做排查：为什么 Agent 比聊天更吃配置</w:t>
      </w:r>
    </w:p>
    <w:p>
      <w:r>
        <w:rPr>
          <w:rFonts w:ascii="Calibri" w:hAnsi="Calibri" w:eastAsia="Microsoft YaHei"/>
        </w:rPr>
        <w:t>聊天只需要模型生成文字；Agent 还要读入文件、记住更多上下文，并稳定生成工具参数。</w:t>
      </w:r>
    </w:p>
    <w:p>
      <w:r>
        <w:rPr>
          <w:rFonts w:ascii="Calibri" w:hAnsi="Calibri" w:eastAsia="Microsoft YaHei"/>
        </w:rPr>
        <w:t>先执行：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ollama ps</w:t>
      </w:r>
    </w:p>
    <w:p>
      <w:r>
        <w:rPr>
          <w:rFonts w:ascii="Calibri" w:hAnsi="Calibri" w:eastAsia="Microsoft YaHei"/>
        </w:rPr>
        <w:t>重点看两列：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PROCESSOR</w:t>
      </w:r>
      <w:r>
        <w:rPr>
          <w:rFonts w:ascii="Calibri" w:hAnsi="Calibri" w:eastAsia="Microsoft YaHei"/>
        </w:rPr>
        <w:t>：模型主要使用 GPU、CPU，还是两者混合。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CONTEXT</w:t>
      </w:r>
      <w:r>
        <w:rPr>
          <w:rFonts w:ascii="Calibri" w:hAnsi="Calibri" w:eastAsia="Microsoft YaHei"/>
        </w:rPr>
        <w:t>：这次实际分配了多少上下文。</w:t>
      </w:r>
    </w:p>
    <w:p>
      <w:hyperlink r:id="rId37">
        <w:r>
          <w:rPr>
            <w:color w:val="4F9E8B"/>
            <w:u w:val="single"/>
          </w:rPr>
          <w:t>Ollama 上下文说明</w:t>
        </w:r>
      </w:hyperlink>
      <w:r>
        <w:rPr>
          <w:rFonts w:ascii="Calibri" w:hAnsi="Calibri" w:eastAsia="Microsoft YaHei"/>
        </w:rPr>
        <w:t>指出，低于 24 GiB 显存时默认上下文通常是 4K，而代码和 Agent 类任务建议更长上下文；增加上下文也会增加内存或显存占用。</w:t>
      </w:r>
    </w:p>
    <w:p>
      <w:r>
        <w:rPr>
          <w:rFonts w:ascii="Calibri" w:hAnsi="Calibri" w:eastAsia="Microsoft YaHei"/>
        </w:rPr>
        <w:t xml:space="preserve">因此，模型页面写着 256K，不代表当前电脑已经分配了 256K。实际值以 </w:t>
      </w:r>
      <w:r>
        <w:rPr>
          <w:rFonts w:ascii="Consolas" w:hAnsi="Consolas" w:eastAsia="Consolas"/>
          <w:color w:val="496A76"/>
          <w:sz w:val="19"/>
        </w:rPr>
        <w:t>ollama ps</w:t>
      </w:r>
      <w:r>
        <w:rPr>
          <w:rFonts w:ascii="Calibri" w:hAnsi="Calibri" w:eastAsia="Microsoft YaHei"/>
        </w:rPr>
        <w:t xml:space="preserve"> 为准，不要让 12 GB 显卡盲目照抄 64K 配置。</w:t>
      </w:r>
    </w:p>
    <w:p>
      <w:pPr>
        <w:pStyle w:val="Heading1"/>
      </w:pPr>
      <w:r>
        <w:rPr>
          <w:rFonts w:ascii="Calibri" w:hAnsi="Calibri" w:eastAsia="Microsoft YaHei"/>
        </w:rPr>
        <w:t>10. 常见问题：先判断卡在哪一层</w:t>
      </w:r>
    </w:p>
    <w:p>
      <w:pPr>
        <w:pStyle w:val="Heading2"/>
      </w:pPr>
      <w:r>
        <w:rPr>
          <w:rFonts w:ascii="Calibri" w:hAnsi="Calibri" w:eastAsia="Microsoft YaHei"/>
        </w:rPr>
        <w:t xml:space="preserve">终端找不到 </w:t>
      </w:r>
      <w:r>
        <w:rPr>
          <w:rFonts w:ascii="Consolas" w:hAnsi="Consolas" w:eastAsia="Consolas"/>
          <w:color w:val="496A76"/>
          <w:sz w:val="19"/>
        </w:rPr>
        <w:t>ollama</w:t>
      </w:r>
    </w:p>
    <w:p>
      <w:r>
        <w:rPr>
          <w:rFonts w:ascii="Calibri" w:hAnsi="Calibri" w:eastAsia="Microsoft YaHei"/>
        </w:rPr>
        <w:t>关闭终端后重新打开，并确认 Ollama 已从开始菜单启动。</w:t>
      </w:r>
    </w:p>
    <w:p>
      <w:pPr>
        <w:pStyle w:val="Heading2"/>
      </w:pPr>
      <w:r>
        <w:rPr>
          <w:rFonts w:ascii="Calibri" w:hAnsi="Calibri" w:eastAsia="Microsoft YaHei"/>
        </w:rPr>
        <w:t>本地 API 无法访问</w:t>
      </w:r>
    </w:p>
    <w:p>
      <w:r>
        <w:rPr>
          <w:rFonts w:ascii="Calibri" w:hAnsi="Calibri" w:eastAsia="Microsoft YaHei"/>
        </w:rPr>
        <w:t>先执行：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Invoke-RestMethod http://localhost:11434/api/version</w:t>
      </w:r>
    </w:p>
    <w:p>
      <w:r>
        <w:rPr>
          <w:rFonts w:ascii="Calibri" w:hAnsi="Calibri" w:eastAsia="Microsoft YaHei"/>
        </w:rPr>
        <w:t>如果仍失败，再看 Ollama 是否正在运行。</w:t>
      </w:r>
    </w:p>
    <w:p>
      <w:pPr>
        <w:pStyle w:val="Heading2"/>
      </w:pPr>
      <w:r>
        <w:rPr>
          <w:rFonts w:ascii="Consolas" w:hAnsi="Consolas" w:eastAsia="Consolas"/>
          <w:color w:val="496A76"/>
          <w:sz w:val="19"/>
        </w:rPr>
        <w:t>ollama serve</w:t>
      </w:r>
      <w:r>
        <w:rPr>
          <w:rFonts w:ascii="Calibri" w:hAnsi="Calibri" w:eastAsia="Microsoft YaHei"/>
        </w:rPr>
        <w:t xml:space="preserve"> 提示端口已占用</w:t>
      </w:r>
    </w:p>
    <w:p>
      <w:r>
        <w:rPr>
          <w:rFonts w:ascii="Calibri" w:hAnsi="Calibri" w:eastAsia="Microsoft YaHei"/>
        </w:rPr>
        <w:t>常见原因之一是桌面版已经在后台启动服务，相当于“已经有人上班了”。如果关闭桌面版后端口仍被占用，再检查是否有其他进程使用 11434。</w:t>
      </w:r>
    </w:p>
    <w:p>
      <w:pPr>
        <w:pStyle w:val="Heading2"/>
      </w:pPr>
      <w:r>
        <w:rPr>
          <w:rFonts w:ascii="Calibri" w:hAnsi="Calibri" w:eastAsia="Microsoft YaHei"/>
        </w:rPr>
        <w:t>提示找不到模型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ollama list</w:t>
        <w:br/>
        <w:t>ollama pull qwen2.5:0.5b</w:t>
      </w:r>
    </w:p>
    <w:p>
      <w:r>
        <w:rPr>
          <w:rFonts w:ascii="Calibri" w:hAnsi="Calibri" w:eastAsia="Microsoft YaHei"/>
        </w:rPr>
        <w:t>核对完整标签，尤其是冒号后的版本。</w:t>
      </w:r>
    </w:p>
    <w:p>
      <w:pPr>
        <w:pStyle w:val="Heading2"/>
      </w:pPr>
      <w:r>
        <w:rPr>
          <w:rFonts w:ascii="Calibri" w:hAnsi="Calibri" w:eastAsia="Microsoft YaHei"/>
        </w:rPr>
        <w:t>回答很慢，电脑也很卡</w:t>
      </w:r>
    </w:p>
    <w:p>
      <w:r>
        <w:rPr>
          <w:rFonts w:ascii="Calibri" w:hAnsi="Calibri" w:eastAsia="Microsoft YaHei"/>
        </w:rPr>
        <w:t xml:space="preserve">执行 </w:t>
      </w:r>
      <w:r>
        <w:rPr>
          <w:rFonts w:ascii="Consolas" w:hAnsi="Consolas" w:eastAsia="Consolas"/>
          <w:color w:val="496A76"/>
          <w:sz w:val="19"/>
        </w:rPr>
        <w:t>ollama ps</w:t>
      </w:r>
      <w:r>
        <w:rPr>
          <w:rFonts w:ascii="Calibri" w:hAnsi="Calibri" w:eastAsia="Microsoft YaHei"/>
        </w:rPr>
        <w:t>。如果主要落在 CPU，先换小模型、缩短任务，并关闭占用内存的其他程序。</w:t>
      </w:r>
    </w:p>
    <w:p>
      <w:pPr>
        <w:pStyle w:val="Heading2"/>
      </w:pPr>
      <w:r>
        <w:rPr>
          <w:rFonts w:ascii="Calibri" w:hAnsi="Calibri" w:eastAsia="Microsoft YaHei"/>
        </w:rPr>
        <w:t>模型忘记了前面的对话</w:t>
      </w:r>
    </w:p>
    <w:p>
      <w:r>
        <w:rPr>
          <w:rFonts w:ascii="Calibri" w:hAnsi="Calibri" w:eastAsia="Microsoft YaHei"/>
        </w:rPr>
        <w:t xml:space="preserve">先检查是否仍在同一个会话，以及客户端是否把历史消息继续发送给模型。Ollama 的 </w:t>
      </w:r>
      <w:r>
        <w:rPr>
          <w:rFonts w:ascii="Consolas" w:hAnsi="Consolas" w:eastAsia="Consolas"/>
          <w:color w:val="496A76"/>
          <w:sz w:val="19"/>
        </w:rPr>
        <w:t>/api/chat</w:t>
      </w:r>
      <w:r>
        <w:rPr>
          <w:rFonts w:ascii="Calibri" w:hAnsi="Calibri" w:eastAsia="Microsoft YaHei"/>
        </w:rPr>
        <w:t xml:space="preserve"> 需要客户端在 </w:t>
      </w:r>
      <w:r>
        <w:rPr>
          <w:rFonts w:ascii="Consolas" w:hAnsi="Consolas" w:eastAsia="Consolas"/>
          <w:color w:val="496A76"/>
          <w:sz w:val="19"/>
        </w:rPr>
        <w:t>messages</w:t>
      </w:r>
      <w:r>
        <w:rPr>
          <w:rFonts w:ascii="Calibri" w:hAnsi="Calibri" w:eastAsia="Microsoft YaHei"/>
        </w:rPr>
        <w:t xml:space="preserve"> 数组中提交对话历史，另一个窗口里的聊天不会自动跟过来。</w:t>
      </w:r>
    </w:p>
    <w:p>
      <w:pPr>
        <w:pStyle w:val="Heading2"/>
      </w:pPr>
      <w:r>
        <w:rPr>
          <w:rFonts w:ascii="Calibri" w:hAnsi="Calibri" w:eastAsia="Microsoft YaHei"/>
        </w:rPr>
        <w:t xml:space="preserve">能回复 </w:t>
      </w:r>
      <w:r>
        <w:rPr>
          <w:rFonts w:ascii="Consolas" w:hAnsi="Consolas" w:eastAsia="Consolas"/>
          <w:color w:val="496A76"/>
          <w:sz w:val="19"/>
        </w:rPr>
        <w:t>hi</w:t>
      </w:r>
      <w:r>
        <w:rPr>
          <w:rFonts w:ascii="Calibri" w:hAnsi="Calibri" w:eastAsia="Microsoft YaHei"/>
        </w:rPr>
        <w:t>，却不会创建文件</w:t>
      </w:r>
    </w:p>
    <w:p>
      <w:r>
        <w:rPr>
          <w:rFonts w:ascii="Consolas" w:hAnsi="Consolas" w:eastAsia="Consolas"/>
          <w:color w:val="496A76"/>
          <w:sz w:val="19"/>
        </w:rPr>
        <w:t>hi</w:t>
      </w:r>
      <w:r>
        <w:rPr>
          <w:rFonts w:ascii="Calibri" w:hAnsi="Calibri" w:eastAsia="Microsoft YaHei"/>
        </w:rPr>
        <w:t xml:space="preserve"> 只验证文本调用。创建文件还需要模型稳定生成工具参数、客户端正确执行工具，并且工作区有写入权限。</w:t>
      </w:r>
    </w:p>
    <w:p>
      <w:r>
        <w:rPr>
          <w:rFonts w:ascii="Calibri" w:hAnsi="Calibri" w:eastAsia="Microsoft YaHei"/>
        </w:rPr>
        <w:t xml:space="preserve">先把任务缩成“只在当前空目录创建一个只有标题的 </w:t>
      </w:r>
      <w:r>
        <w:rPr>
          <w:rFonts w:ascii="Consolas" w:hAnsi="Consolas" w:eastAsia="Consolas"/>
          <w:color w:val="496A76"/>
          <w:sz w:val="19"/>
        </w:rPr>
        <w:t>index.html</w:t>
      </w:r>
      <w:r>
        <w:rPr>
          <w:rFonts w:ascii="Calibri" w:hAnsi="Calibri" w:eastAsia="Microsoft YaHei"/>
        </w:rPr>
        <w:t>”，再逐步增加要求。</w:t>
      </w:r>
    </w:p>
    <w:p>
      <w:pPr>
        <w:pStyle w:val="Heading1"/>
      </w:pPr>
      <w:r>
        <w:rPr>
          <w:rFonts w:ascii="Calibri" w:hAnsi="Calibri" w:eastAsia="Microsoft YaHei"/>
        </w:rPr>
        <w:t>11. 收尾：模型已经住进电脑了</w:t>
      </w:r>
    </w:p>
    <w:p>
      <w:r>
        <w:rPr>
          <w:rFonts w:ascii="Calibri" w:hAnsi="Calibri" w:eastAsia="Microsoft YaHei"/>
        </w:rPr>
        <w:t>今天的核心成果只有三项：</w:t>
      </w:r>
    </w:p>
    <w:p>
      <w:pPr>
        <w:pStyle w:val="ListNumber"/>
      </w:pPr>
      <w:r>
        <w:rPr>
          <w:rFonts w:ascii="Calibri" w:hAnsi="Calibri" w:eastAsia="Microsoft YaHei"/>
        </w:rPr>
        <w:t>用 Ollama 下载并运行一个轻量模型。</w:t>
      </w:r>
    </w:p>
    <w:p>
      <w:pPr>
        <w:pStyle w:val="ListNumber"/>
      </w:pPr>
      <w:r>
        <w:rPr>
          <w:rFonts w:ascii="Calibri" w:hAnsi="Calibri" w:eastAsia="Microsoft YaHei"/>
        </w:rPr>
        <w:t>在应用和终端里收到本地回复。</w:t>
      </w:r>
    </w:p>
    <w:p>
      <w:pPr>
        <w:pStyle w:val="ListNumber"/>
      </w:pPr>
      <w:r>
        <w:rPr>
          <w:rFonts w:ascii="Calibri" w:hAnsi="Calibri" w:eastAsia="Microsoft YaHei"/>
        </w:rPr>
        <w:t>让 PowerShell 通过本地 API 调用它。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76500"/>
            <wp:docPr id="15" name="Picture 15" descr="核心通关：本地模型已经能在聊天窗口、终端和 API 中回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episode-summary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核心通关：本地模型已经能在聊天窗口、终端和 API 中回复</w:t>
      </w:r>
    </w:p>
    <w:p>
      <w:r>
        <w:rPr>
          <w:rFonts w:ascii="Calibri" w:hAnsi="Calibri" w:eastAsia="Microsoft YaHei"/>
        </w:rPr>
        <w:t>选做实验还额外验证了一个很重要的边界：</w:t>
      </w:r>
      <w:r>
        <w:rPr>
          <w:rFonts w:ascii="Calibri" w:hAnsi="Calibri" w:eastAsia="Microsoft YaHei"/>
          <w:b/>
        </w:rPr>
        <w:t>接入成功不等于复杂 Agent 任务一定稳定。</w:t>
      </w:r>
      <w:r>
        <w:rPr>
          <w:rFonts w:ascii="Calibri" w:hAnsi="Calibri" w:eastAsia="Microsoft YaHei"/>
        </w:rPr>
        <w:t xml:space="preserve"> 文本回复、工具参数、文件操作和联网能力是不同层，排错时要一层层看。</w:t>
      </w:r>
    </w:p>
    <w:p>
      <w:r>
        <w:rPr>
          <w:rFonts w:ascii="Calibri" w:hAnsi="Calibri" w:eastAsia="Microsoft YaHei"/>
        </w:rPr>
        <w:t>本地部署真正带来的，是把模型文件、推理算力和基础 API 放回自己的控制范围；代价则是磁盘、内存、显存、速度和兼容性工作。</w:t>
      </w:r>
    </w:p>
    <w:p>
      <w:r>
        <w:rPr>
          <w:rFonts w:ascii="Calibri" w:hAnsi="Calibri" w:eastAsia="Microsoft YaHei"/>
        </w:rPr>
        <w:t>下一集，我们只增加一个变量：</w:t>
      </w:r>
    </w:p>
    <w:p>
      <w:pPr>
        <w:spacing w:before="120" w:after="200"/>
        <w:ind w:left="173" w:right="115"/>
        <w:shd w:fill="FFF7E8"/>
        <w:pBdr>
          <w:left w:val="single" w:sz="18" w:space="10" w:color="4F9E8B"/>
        </w:pBdr>
      </w:pPr>
      <w:r>
        <w:rPr>
          <w:rFonts w:ascii="Calibri" w:hAnsi="Calibri" w:eastAsia="Microsoft YaHei"/>
        </w:rPr>
        <w:t>模型只会通用知识，怎样让它先查阅我们自己的资料，再根据证据回答？</w:t>
      </w:r>
    </w:p>
    <w:p>
      <w:r>
        <w:rPr>
          <w:rFonts w:ascii="Calibri" w:hAnsi="Calibri" w:eastAsia="Microsoft YaHei"/>
        </w:rPr>
        <w:t>我们会从一个最小 RAG 实验开始，把“先找资料，再回答”亲手跑一遍。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07D"/>
        <w:sz w:val="18"/>
      </w:rPr>
      <w:t xml:space="preserve">第 </w:t>
    </w:r>
    <w:fldSimple w:instr="PAGE"/>
    <w:r>
      <w:rPr>
        <w:rFonts w:ascii="Calibri" w:hAnsi="Calibri" w:eastAsia="Microsoft YaHei"/>
        <w:color w:val="68707D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8707D"/>
        <w:sz w:val="17"/>
      </w:rPr>
      <w:t>AI 架构演进实践  ·  EP. 04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0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496A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Calibri" w:hAnsi="Calibri" w:eastAsia="Microsoft YaHei"/>
      <w:b/>
      <w:bCs/>
      <w:i w:val="0"/>
      <w:color w:val="68707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60" w:line="252" w:lineRule="auto"/>
      <w:ind w:left="230" w:right="230"/>
    </w:pPr>
    <w:rPr>
      <w:rFonts w:ascii="Consolas" w:hAnsi="Consolas" w:eastAsia="Consolas"/>
      <w:color w:val="2024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docs.ollama.com/windows" TargetMode="External"/><Relationship Id="rId13" Type="http://schemas.openxmlformats.org/officeDocument/2006/relationships/hyperlink" Target="https://ollama.com/" TargetMode="External"/><Relationship Id="rId14" Type="http://schemas.openxmlformats.org/officeDocument/2006/relationships/image" Target="media/image2.png"/><Relationship Id="rId15" Type="http://schemas.openxmlformats.org/officeDocument/2006/relationships/hyperlink" Target="https://learn.microsoft.com/en-us/powershell/scripting/learn/ps101/01-getting-started?view=powershell-7.6" TargetMode="External"/><Relationship Id="rId16" Type="http://schemas.openxmlformats.org/officeDocument/2006/relationships/hyperlink" Target="https://ollama.com/library/qwen2.5" TargetMode="External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hyperlink" Target="https://docs.ollama.com/api/chat" TargetMode="External"/><Relationship Id="rId22" Type="http://schemas.openxmlformats.org/officeDocument/2006/relationships/image" Target="media/image7.png"/><Relationship Id="rId23" Type="http://schemas.openxmlformats.org/officeDocument/2006/relationships/hyperlink" Target="https://docs.ollama.com/api/authentication" TargetMode="External"/><Relationship Id="rId24" Type="http://schemas.openxmlformats.org/officeDocument/2006/relationships/hyperlink" Target="https://docs.ollama.com/api/openai-compatibility" TargetMode="External"/><Relationship Id="rId25" Type="http://schemas.openxmlformats.org/officeDocument/2006/relationships/hyperlink" Target="https://ollama.com/library/gemma4" TargetMode="External"/><Relationship Id="rId26" Type="http://schemas.openxmlformats.org/officeDocument/2006/relationships/hyperlink" Target="https://code.claude.com/docs/en/installation" TargetMode="External"/><Relationship Id="rId27" Type="http://schemas.openxmlformats.org/officeDocument/2006/relationships/hyperlink" Target="https://docs.ollama.com/integrations/claude-code" TargetMode="External"/><Relationship Id="rId28" Type="http://schemas.openxmlformats.org/officeDocument/2006/relationships/image" Target="media/image8.png"/><Relationship Id="rId29" Type="http://schemas.openxmlformats.org/officeDocument/2006/relationships/image" Target="media/image9.png"/><Relationship Id="rId30" Type="http://schemas.openxmlformats.org/officeDocument/2006/relationships/image" Target="media/image10.png"/><Relationship Id="rId31" Type="http://schemas.openxmlformats.org/officeDocument/2006/relationships/image" Target="media/image11.png"/><Relationship Id="rId32" Type="http://schemas.openxmlformats.org/officeDocument/2006/relationships/hyperlink" Target="https://www.codebuddy.cn/docs/workbuddy/From-Beginner-to-Expert-Guide/Function-Description/Model" TargetMode="External"/><Relationship Id="rId33" Type="http://schemas.openxmlformats.org/officeDocument/2006/relationships/image" Target="media/image12.png"/><Relationship Id="rId34" Type="http://schemas.openxmlformats.org/officeDocument/2006/relationships/image" Target="media/image13.png"/><Relationship Id="rId35" Type="http://schemas.openxmlformats.org/officeDocument/2006/relationships/image" Target="media/image14.png"/><Relationship Id="rId36" Type="http://schemas.openxmlformats.org/officeDocument/2006/relationships/hyperlink" Target="https://docs.ollama.com/capabilities/web-search" TargetMode="External"/><Relationship Id="rId37" Type="http://schemas.openxmlformats.org/officeDocument/2006/relationships/hyperlink" Target="https://docs.ollama.com/context-length" TargetMode="External"/><Relationship Id="rId3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把模型搬回电脑：用 Ollama 跑通本地对话与 API</dc:title>
  <dc:subject>AI 应用架构演进实践第 4 集</dc:subject>
  <dc:creator>AI 架构演进实践</dc:creator>
  <cp:keywords>Ollama, 本地大模型, qwen2.5, gemma4, Claude Code, WorkBuddy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