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240"/>
        <w:jc w:val="center"/>
      </w:pPr>
      <w:r>
        <w:rPr>
          <w:rFonts w:ascii="Calibri" w:hAnsi="Calibri" w:eastAsia="Microsoft YaHei"/>
          <w:b/>
          <w:color w:val="4F9E8B"/>
          <w:sz w:val="20"/>
        </w:rPr>
        <w:t>AI 应用架构演进实践 · 第 05 集</w:t>
      </w:r>
    </w:p>
    <w:p>
      <w:pPr>
        <w:spacing w:before="0" w:after="160"/>
        <w:jc w:val="center"/>
      </w:pPr>
      <w:r>
        <w:rPr>
          <w:rFonts w:ascii="Calibri" w:hAnsi="Calibri" w:eastAsia="Microsoft YaHei"/>
          <w:b/>
          <w:color w:val="496A76"/>
          <w:sz w:val="56"/>
        </w:rPr>
        <w:t>国内云服务器也能用 Codex 了：接入 DeepSeek V4 Flash 保姆级教程</w:t>
      </w:r>
    </w:p>
    <w:p>
      <w:pPr>
        <w:spacing w:after="360"/>
        <w:jc w:val="center"/>
      </w:pPr>
      <w:r>
        <w:rPr>
          <w:rFonts w:ascii="Calibri" w:hAnsi="Calibri" w:eastAsia="Microsoft YaHei"/>
          <w:color w:val="68707D"/>
          <w:sz w:val="25"/>
        </w:rPr>
      </w:r>
    </w:p>
    <w:p>
      <w:pPr>
        <w:spacing w:after="320"/>
        <w:jc w:val="center"/>
      </w:pPr>
      <w:r>
        <w:rPr>
          <w:rFonts w:ascii="Calibri" w:hAnsi="Calibri" w:eastAsia="Microsoft YaHei"/>
          <w:b/>
          <w:color w:val="68707D"/>
          <w:sz w:val="19"/>
        </w:rPr>
        <w:t>服务器实战  ·  Codex + DeepSeek  ·  核心 15～25 分钟  ·  无需 GPU</w:t>
      </w:r>
    </w:p>
    <w:p>
      <w:r>
        <w:rPr>
          <w:rFonts w:ascii="Calibri" w:hAnsi="Calibri" w:eastAsia="Microsoft YaHei"/>
        </w:rPr>
        <w:t>最近，在国内云服务器上折腾 AI Coding Agent 的朋友，终于多了一条很顺的路。</w:t>
      </w:r>
    </w:p>
    <w:p>
      <w:r>
        <w:rPr>
          <w:rFonts w:ascii="Calibri" w:hAnsi="Calibri" w:eastAsia="Microsoft YaHei"/>
        </w:rPr>
        <w:t>在我这台 Ubuntu VPS 上，之前真正跑起来的是 MiMo；中途还试过 Claude Code，却被网络与地区条件劝退。现在，DeepSeek 官方提供了 Codex 接入方式，</w:t>
      </w:r>
      <w:r>
        <w:rPr>
          <w:rFonts w:ascii="Consolas" w:hAnsi="Consolas" w:eastAsia="Consolas"/>
          <w:color w:val="496A76"/>
          <w:sz w:val="19"/>
        </w:rPr>
        <w:t>deepseek-v4-flash</w:t>
      </w:r>
      <w:r>
        <w:rPr>
          <w:rFonts w:ascii="Calibri" w:hAnsi="Calibri" w:eastAsia="Microsoft YaHei"/>
        </w:rPr>
        <w:t xml:space="preserve"> 可以通过 Codex 使用的 </w:t>
      </w:r>
      <w:r>
        <w:rPr>
          <w:rFonts w:ascii="Calibri" w:hAnsi="Calibri" w:eastAsia="Microsoft YaHei"/>
          <w:b/>
        </w:rPr>
        <w:t>Responses API</w:t>
      </w:r>
      <w:r>
        <w:rPr>
          <w:rFonts w:ascii="Calibri" w:hAnsi="Calibri" w:eastAsia="Microsoft YaHei"/>
        </w:rPr>
        <w:t>（可以理解为 Codex 和模型约定好的沟通方式）正常工作。</w:t>
      </w:r>
    </w:p>
    <w:p>
      <w:r>
        <w:rPr>
          <w:rFonts w:ascii="Calibri" w:hAnsi="Calibri" w:eastAsia="Microsoft YaHei"/>
        </w:rPr>
        <w:t>换句话说：</w:t>
      </w:r>
      <w:r>
        <w:rPr>
          <w:rFonts w:ascii="Calibri" w:hAnsi="Calibri" w:eastAsia="Microsoft YaHei"/>
          <w:b/>
        </w:rPr>
        <w:t>不用给服务器塞一张显卡，也不用登录 ChatGPT，一台普通 Ubuntu VPS 加一把 DeepSeek API Key，就能把 Codex 跑起来。</w:t>
      </w:r>
    </w:p>
    <w:p>
      <w:r>
        <w:rPr>
          <w:rFonts w:ascii="Calibri" w:hAnsi="Calibri" w:eastAsia="Microsoft YaHei"/>
        </w:rPr>
        <w:t xml:space="preserve">这篇文章不准备把你埋进概念里。我们只做一件很具体、也很有成就感的事：SSH 登录服务器，运行 </w:t>
      </w:r>
      <w:r>
        <w:rPr>
          <w:rFonts w:ascii="Consolas" w:hAnsi="Consolas" w:eastAsia="Consolas"/>
          <w:color w:val="496A76"/>
          <w:sz w:val="19"/>
        </w:rPr>
        <w:t>codex</w:t>
      </w:r>
      <w:r>
        <w:rPr>
          <w:rFonts w:ascii="Calibri" w:hAnsi="Calibri" w:eastAsia="Microsoft YaHei"/>
        </w:rPr>
        <w:t>，亲眼看见它回话。服务器有没有突然变聪明先不说，至少这次不是“理论上可行”了。</w:t>
      </w:r>
    </w:p>
    <w:p>
      <w:r>
        <w:rPr>
          <w:rFonts w:ascii="Calibri" w:hAnsi="Calibri" w:eastAsia="Microsoft YaHei"/>
        </w:rPr>
        <w:t>先记住一句大白话就够了：</w:t>
      </w:r>
      <w:r>
        <w:rPr>
          <w:rFonts w:ascii="Calibri" w:hAnsi="Calibri" w:eastAsia="Microsoft YaHei"/>
          <w:b/>
        </w:rPr>
        <w:t>Codex 是干活的手，DeepSeek 是思考的脑，VPS 是它们的远程办公桌。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76500"/>
            <wp:docPr id="1" name="Picture 1" descr="本集主线：检查服务器、接入 DeepSeek、完成第一次 Codex 对话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episode-guid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本集主线：检查服务器、接入 DeepSeek、完成第一次 Codex 对话</w:t>
      </w:r>
    </w:p>
    <w:p>
      <w:r>
        <w:rPr>
          <w:rFonts w:ascii="Calibri" w:hAnsi="Calibri" w:eastAsia="Microsoft YaHei"/>
          <w:b/>
        </w:rPr>
        <w:t>先看结论：这次真能跑</w:t>
      </w:r>
    </w:p>
    <w:p>
      <w:r>
        <w:rPr>
          <w:rFonts w:ascii="Calibri" w:hAnsi="Calibri" w:eastAsia="Microsoft YaHei"/>
        </w:rPr>
        <w:t xml:space="preserve">让一台 Ubuntu VPS 跑起 </w:t>
      </w:r>
      <w:r>
        <w:rPr>
          <w:rFonts w:ascii="Consolas" w:hAnsi="Consolas" w:eastAsia="Consolas"/>
          <w:color w:val="496A76"/>
          <w:sz w:val="19"/>
        </w:rPr>
        <w:t>Codex CLI + DeepSeek V4 Flash</w:t>
      </w:r>
      <w:r>
        <w:rPr>
          <w:rFonts w:ascii="Calibri" w:hAnsi="Calibri" w:eastAsia="Microsoft YaHei"/>
        </w:rPr>
        <w:t>，并完成第一次可见对话。</w:t>
      </w:r>
    </w:p>
    <w:p>
      <w:pPr>
        <w:pStyle w:val="ListBullet"/>
      </w:pPr>
      <w:r>
        <w:rPr>
          <w:rFonts w:ascii="Calibri" w:hAnsi="Calibri" w:eastAsia="Microsoft YaHei"/>
          <w:b/>
        </w:rPr>
        <w:t>预计用时</w:t>
      </w:r>
      <w:r>
        <w:rPr>
          <w:rFonts w:ascii="Calibri" w:hAnsi="Calibri" w:eastAsia="Microsoft YaHei"/>
        </w:rPr>
        <w:t>：环境正常约 15～25 分钟；老服务器可能需要 30～60 分钟整理 Node.js 和 APT 软件源——老机器嘛，偶尔也需要先活动一下筋骨。</w:t>
      </w:r>
    </w:p>
    <w:p>
      <w:pPr>
        <w:pStyle w:val="ListBullet"/>
      </w:pPr>
      <w:r>
        <w:rPr>
          <w:rFonts w:ascii="Calibri" w:hAnsi="Calibri" w:eastAsia="Microsoft YaHei"/>
          <w:b/>
        </w:rPr>
        <w:t>你要准备</w:t>
      </w:r>
      <w:r>
        <w:rPr>
          <w:rFonts w:ascii="Calibri" w:hAnsi="Calibri" w:eastAsia="Microsoft YaHei"/>
        </w:rPr>
        <w:t>：一台能 SSH 登录的 Ubuntu VPS、DeepSeek API Key，以及少量 API 余额。</w:t>
      </w:r>
    </w:p>
    <w:p>
      <w:pPr>
        <w:pStyle w:val="ListBullet"/>
      </w:pPr>
      <w:r>
        <w:rPr>
          <w:rFonts w:ascii="Calibri" w:hAnsi="Calibri" w:eastAsia="Microsoft YaHei"/>
          <w:b/>
        </w:rPr>
        <w:t>不需要准备</w:t>
      </w:r>
      <w:r>
        <w:rPr>
          <w:rFonts w:ascii="Calibri" w:hAnsi="Calibri" w:eastAsia="Microsoft YaHei"/>
        </w:rPr>
        <w:t>：显卡、Python、VS Code，也不要求登录 ChatGPT。</w:t>
      </w:r>
    </w:p>
    <w:p>
      <w:pPr>
        <w:pStyle w:val="ListBullet"/>
      </w:pPr>
      <w:r>
        <w:rPr>
          <w:rFonts w:ascii="Calibri" w:hAnsi="Calibri" w:eastAsia="Microsoft YaHei"/>
          <w:b/>
        </w:rPr>
        <w:t>通关标志</w:t>
      </w:r>
      <w:r>
        <w:rPr>
          <w:rFonts w:ascii="Calibri" w:hAnsi="Calibri" w:eastAsia="Microsoft YaHei"/>
        </w:rPr>
        <w:t xml:space="preserve">：Codex 顶部显示 </w:t>
      </w:r>
      <w:r>
        <w:rPr>
          <w:rFonts w:ascii="Consolas" w:hAnsi="Consolas" w:eastAsia="Consolas"/>
          <w:color w:val="496A76"/>
          <w:sz w:val="19"/>
        </w:rPr>
        <w:t>deepseek-v4-flash</w:t>
      </w:r>
      <w:r>
        <w:rPr>
          <w:rFonts w:ascii="Calibri" w:hAnsi="Calibri" w:eastAsia="Microsoft YaHei"/>
        </w:rPr>
        <w:t>，发送消息后收到回复。</w:t>
      </w:r>
    </w:p>
    <w:p>
      <w:r>
        <w:rPr>
          <w:rFonts w:ascii="Calibri" w:hAnsi="Calibri" w:eastAsia="Microsoft YaHei"/>
        </w:rPr>
        <w:t>完全没用过服务器也别慌。你只需要知道：</w:t>
      </w:r>
      <w:r>
        <w:rPr>
          <w:rFonts w:ascii="Calibri" w:hAnsi="Calibri" w:eastAsia="Microsoft YaHei"/>
          <w:b/>
        </w:rPr>
        <w:t>VPS 是一台放在机房里的远程电脑，SSH 是打开它终端的方式。</w:t>
      </w:r>
      <w:r>
        <w:rPr>
          <w:rFonts w:ascii="Calibri" w:hAnsi="Calibri" w:eastAsia="Microsoft YaHei"/>
        </w:rPr>
        <w:t xml:space="preserve"> 文中的命令一次复制一块，看到“过关画面”再往下走。哪里报错，就停在哪里，不用靠意念硬冲。</w:t>
      </w:r>
    </w:p>
    <w:p>
      <w:r>
        <w:rPr>
          <w:rFonts w:ascii="Calibri" w:hAnsi="Calibri" w:eastAsia="Microsoft YaHei"/>
          <w:b/>
        </w:rPr>
        <w:t>更新时间：2026-08-08。</w:t>
      </w:r>
      <w:r>
        <w:rPr>
          <w:rFonts w:ascii="Calibri" w:hAnsi="Calibri" w:eastAsia="Microsoft YaHei"/>
        </w:rPr>
        <w:t xml:space="preserve"> DeepSeek 与 Codex 都在快速更新。复现时以 </w:t>
      </w:r>
      <w:hyperlink r:id="rId12">
        <w:r>
          <w:rPr>
            <w:color w:val="4F9E8B"/>
            <w:u w:val="single"/>
          </w:rPr>
          <w:t>DeepSeek 官方 Codex 接入页</w:t>
        </w:r>
      </w:hyperlink>
      <w:r>
        <w:rPr>
          <w:rFonts w:ascii="Calibri" w:hAnsi="Calibri" w:eastAsia="Microsoft YaHei"/>
        </w:rPr>
        <w:t xml:space="preserve"> 和 </w:t>
      </w:r>
      <w:hyperlink r:id="rId13">
        <w:r>
          <w:rPr>
            <w:color w:val="4F9E8B"/>
            <w:u w:val="single"/>
          </w:rPr>
          <w:t>Codex CLI 官方文档</w:t>
        </w:r>
      </w:hyperlink>
      <w:r>
        <w:rPr>
          <w:rFonts w:ascii="Calibri" w:hAnsi="Calibri" w:eastAsia="Microsoft YaHei"/>
        </w:rPr>
        <w:t>为准。无法插入链接的平台可手动访问：</w:t>
      </w:r>
      <w:r>
        <w:rPr>
          <w:rFonts w:ascii="Consolas" w:hAnsi="Consolas" w:eastAsia="Consolas"/>
          <w:color w:val="496A76"/>
          <w:sz w:val="19"/>
        </w:rPr>
        <w:t>api-docs.deepseek.com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Consolas"/>
          <w:color w:val="496A76"/>
          <w:sz w:val="19"/>
        </w:rPr>
        <w:t>developers.openai.com/codex/cli/</w:t>
      </w:r>
      <w:r>
        <w:rPr>
          <w:rFonts w:ascii="Calibri" w:hAnsi="Calibri" w:eastAsia="Microsoft YaHei"/>
        </w:rPr>
        <w:t>。</w:t>
      </w:r>
    </w:p>
    <w:p>
      <w:pPr>
        <w:pStyle w:val="Heading1"/>
      </w:pPr>
      <w:r>
        <w:rPr>
          <w:rFonts w:ascii="Calibri" w:hAnsi="Calibri" w:eastAsia="Microsoft YaHei"/>
        </w:rPr>
        <w:t>1. 别急着装：先看懂这套组合</w:t>
      </w:r>
    </w:p>
    <w:p>
      <w:r>
        <w:rPr>
          <w:rFonts w:ascii="Calibri" w:hAnsi="Calibri" w:eastAsia="Microsoft YaHei"/>
        </w:rPr>
        <w:t>先排除一个很容易产生的误会：今天不是把一个超大模型下载到小服务器里。真这么干，VPS 可能先替我们下班了。</w:t>
      </w:r>
    </w:p>
    <w:p>
      <w:r>
        <w:rPr>
          <w:rFonts w:ascii="Calibri" w:hAnsi="Calibri" w:eastAsia="Microsoft YaHei"/>
        </w:rPr>
        <w:t>真正的结构是：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76500"/>
            <wp:docPr id="2" name="Picture 2" descr="Codex 运行在 VPS，DeepSeek V4 Flash 运行在云端，两者通过 Responses API 通信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codex-deepseek-architectur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Codex 运行在 VPS，DeepSeek V4 Flash 运行在云端，两者通过 Responses API 通信</w:t>
      </w:r>
    </w:p>
    <w:p>
      <w:pPr>
        <w:pStyle w:val="ListBullet"/>
      </w:pPr>
      <w:r>
        <w:rPr>
          <w:rFonts w:ascii="Calibri" w:hAnsi="Calibri" w:eastAsia="Microsoft YaHei"/>
          <w:b/>
        </w:rPr>
        <w:t>Codex CLI</w:t>
      </w:r>
      <w:r>
        <w:rPr>
          <w:rFonts w:ascii="Calibri" w:hAnsi="Calibri" w:eastAsia="Microsoft YaHei"/>
        </w:rPr>
        <w:t xml:space="preserve"> 运行在你的 VPS 上，负责查看目录、调用终端和修改文件。</w:t>
      </w:r>
    </w:p>
    <w:p>
      <w:pPr>
        <w:pStyle w:val="ListBullet"/>
      </w:pPr>
      <w:r>
        <w:rPr>
          <w:rFonts w:ascii="Calibri" w:hAnsi="Calibri" w:eastAsia="Microsoft YaHei"/>
          <w:b/>
        </w:rPr>
        <w:t>DeepSeek V4 Flash</w:t>
      </w:r>
      <w:r>
        <w:rPr>
          <w:rFonts w:ascii="Calibri" w:hAnsi="Calibri" w:eastAsia="Microsoft YaHei"/>
        </w:rPr>
        <w:t xml:space="preserve"> 运行在 DeepSeek 云端，负责理解任务和生成下一步行动。</w:t>
      </w:r>
    </w:p>
    <w:p>
      <w:pPr>
        <w:pStyle w:val="ListBullet"/>
      </w:pPr>
      <w:r>
        <w:rPr>
          <w:rFonts w:ascii="Calibri" w:hAnsi="Calibri" w:eastAsia="Microsoft YaHei"/>
        </w:rPr>
        <w:t xml:space="preserve">两者通过 </w:t>
      </w:r>
      <w:r>
        <w:rPr>
          <w:rFonts w:ascii="Calibri" w:hAnsi="Calibri" w:eastAsia="Microsoft YaHei"/>
          <w:b/>
        </w:rPr>
        <w:t>Responses API</w:t>
      </w:r>
      <w:r>
        <w:rPr>
          <w:rFonts w:ascii="Calibri" w:hAnsi="Calibri" w:eastAsia="Microsoft YaHei"/>
        </w:rPr>
        <w:t xml:space="preserve"> 通信。</w:t>
      </w:r>
    </w:p>
    <w:p>
      <w:r>
        <w:rPr>
          <w:rFonts w:ascii="Calibri" w:hAnsi="Calibri" w:eastAsia="Microsoft YaHei"/>
        </w:rPr>
        <w:t>所以不带 GPU 的入门 VPS 也可以尝试：服务器不负责大模型推理，但 Codex、Node.js 和你的项目仍会占用 CPU 与内存，配置越低越适合从空目录和小任务开始。代价是任务相关的提示词和必要上下文会发给 DeepSeek API；公司代码、生产密钥和客户数据不能未经评估直接交给它。</w:t>
      </w:r>
    </w:p>
    <w:p>
      <w:r>
        <w:rPr>
          <w:rFonts w:ascii="Calibri" w:hAnsi="Calibri" w:eastAsia="Microsoft YaHei"/>
        </w:rPr>
        <w:t xml:space="preserve">这次能跑通，关键不在什么“神秘黑科技”，而在接口终于对上了：Codex 使用 </w:t>
      </w:r>
      <w:r>
        <w:rPr>
          <w:rFonts w:ascii="Calibri" w:hAnsi="Calibri" w:eastAsia="Microsoft YaHei"/>
          <w:b/>
        </w:rPr>
        <w:t>Responses API</w:t>
      </w:r>
      <w:r>
        <w:rPr>
          <w:rFonts w:ascii="Calibri" w:hAnsi="Calibri" w:eastAsia="Microsoft YaHei"/>
        </w:rPr>
        <w:t xml:space="preserve"> 和模型通信，DeepSeek API 已原生支持它，并给出了官方一键配置脚本。</w:t>
      </w:r>
      <w:hyperlink r:id="rId15">
        <w:r>
          <w:rPr>
            <w:color w:val="4F9E8B"/>
            <w:u w:val="single"/>
          </w:rPr>
          <w:t>Codex 官方配置参考</w:t>
        </w:r>
      </w:hyperlink>
      <w:r>
        <w:rPr>
          <w:rFonts w:ascii="Calibri" w:hAnsi="Calibri" w:eastAsia="Microsoft YaHei"/>
        </w:rPr>
        <w:t xml:space="preserve">也允许通过 </w:t>
      </w:r>
      <w:r>
        <w:rPr>
          <w:rFonts w:ascii="Consolas" w:hAnsi="Consolas" w:eastAsia="Consolas"/>
          <w:color w:val="496A76"/>
          <w:sz w:val="19"/>
        </w:rPr>
        <w:t>model_provider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Consolas"/>
          <w:color w:val="496A76"/>
          <w:sz w:val="19"/>
        </w:rPr>
        <w:t>base_url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Consolas"/>
          <w:color w:val="496A76"/>
          <w:sz w:val="19"/>
        </w:rPr>
        <w:t>wire_api</w:t>
      </w:r>
      <w:r>
        <w:rPr>
          <w:rFonts w:ascii="Calibri" w:hAnsi="Calibri" w:eastAsia="Microsoft YaHei"/>
        </w:rPr>
        <w:t xml:space="preserve"> 接入兼容的模型服务。</w:t>
      </w:r>
    </w:p>
    <w:p>
      <w:r>
        <w:rPr>
          <w:rFonts w:ascii="Calibri" w:hAnsi="Calibri" w:eastAsia="Microsoft YaHei"/>
        </w:rPr>
        <w:t xml:space="preserve">这里顺手抠一个字眼：官方名称是 </w:t>
      </w:r>
      <w:r>
        <w:rPr>
          <w:rFonts w:ascii="Calibri" w:hAnsi="Calibri" w:eastAsia="Microsoft YaHei"/>
          <w:b/>
        </w:rPr>
        <w:t>Responses API</w:t>
      </w:r>
      <w:r>
        <w:rPr>
          <w:rFonts w:ascii="Calibri" w:hAnsi="Calibri" w:eastAsia="Microsoft YaHei"/>
        </w:rPr>
        <w:t>，不是泛泛而谈的“Response 协议”。截至本文更新时间，</w:t>
      </w:r>
      <w:hyperlink r:id="rId12">
        <w:r>
          <w:rPr>
            <w:color w:val="4F9E8B"/>
            <w:u w:val="single"/>
          </w:rPr>
          <w:t>DeepSeek 官方 Codex 接入页</w:t>
        </w:r>
      </w:hyperlink>
      <w:r>
        <w:rPr>
          <w:rFonts w:ascii="Calibri" w:hAnsi="Calibri" w:eastAsia="Microsoft YaHei"/>
        </w:rPr>
        <w:t xml:space="preserve">仍写明只有 </w:t>
      </w:r>
      <w:r>
        <w:rPr>
          <w:rFonts w:ascii="Consolas" w:hAnsi="Consolas" w:eastAsia="Consolas"/>
          <w:color w:val="496A76"/>
          <w:sz w:val="19"/>
        </w:rPr>
        <w:t>deepseek-v4-flash</w:t>
      </w:r>
      <w:r>
        <w:rPr>
          <w:rFonts w:ascii="Calibri" w:hAnsi="Calibri" w:eastAsia="Microsoft YaHei"/>
        </w:rPr>
        <w:t xml:space="preserve"> 支持 Codex；即使模型菜单里出现 V4 Pro，本篇也只选择 Flash。先走官方确认过的路，少给自己加戏。</w:t>
      </w:r>
    </w:p>
    <w:p>
      <w:r>
        <w:rPr>
          <w:rFonts w:ascii="Calibri" w:hAnsi="Calibri" w:eastAsia="Microsoft YaHei"/>
          <w:b/>
        </w:rPr>
        <w:t>看到这个就算理解过关：</w:t>
      </w:r>
      <w:r>
        <w:rPr>
          <w:rFonts w:ascii="Calibri" w:hAnsi="Calibri" w:eastAsia="Microsoft YaHei"/>
        </w:rPr>
        <w:t xml:space="preserve"> Agent 在服务器上，模型在 DeepSeek 云端。我们搭的是“远程 Coding Agent”，不是“VPS 本地部署大模型”。</w:t>
      </w:r>
    </w:p>
    <w:p>
      <w:pPr>
        <w:pStyle w:val="Heading1"/>
      </w:pPr>
      <w:r>
        <w:rPr>
          <w:rFonts w:ascii="Calibri" w:hAnsi="Calibri" w:eastAsia="Microsoft YaHei"/>
        </w:rPr>
        <w:t>2. 登录服务器：先给 Codex 一个安全小房间</w:t>
      </w:r>
    </w:p>
    <w:p>
      <w:r>
        <w:rPr>
          <w:rFonts w:ascii="Calibri" w:hAnsi="Calibri" w:eastAsia="Microsoft YaHei"/>
        </w:rPr>
        <w:t>在自己电脑的终端中登录 VPS：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ssh ubuntu@你的服务器地址</w:t>
      </w:r>
    </w:p>
    <w:p>
      <w:r>
        <w:rPr>
          <w:rFonts w:ascii="Calibri" w:hAnsi="Calibri" w:eastAsia="Microsoft YaHei"/>
        </w:rPr>
        <w:t xml:space="preserve">如果云厂商默认用户名不是 </w:t>
      </w:r>
      <w:r>
        <w:rPr>
          <w:rFonts w:ascii="Consolas" w:hAnsi="Consolas" w:eastAsia="Consolas"/>
          <w:color w:val="496A76"/>
          <w:sz w:val="19"/>
        </w:rPr>
        <w:t>ubuntu</w:t>
      </w:r>
      <w:r>
        <w:rPr>
          <w:rFonts w:ascii="Calibri" w:hAnsi="Calibri" w:eastAsia="Microsoft YaHei"/>
        </w:rPr>
        <w:t xml:space="preserve">，请以控制台给出的 SSH 命令为准。命令里的“你的服务器地址”要替换，提示符 </w:t>
      </w:r>
      <w:r>
        <w:rPr>
          <w:rFonts w:ascii="Consolas" w:hAnsi="Consolas" w:eastAsia="Consolas"/>
          <w:color w:val="496A76"/>
          <w:sz w:val="19"/>
        </w:rPr>
        <w:t>$</w:t>
      </w:r>
      <w:r>
        <w:rPr>
          <w:rFonts w:ascii="Calibri" w:hAnsi="Calibri" w:eastAsia="Microsoft YaHei"/>
        </w:rPr>
        <w:t xml:space="preserve"> 不要复制。</w:t>
      </w:r>
    </w:p>
    <w:p>
      <w:r>
        <w:rPr>
          <w:rFonts w:ascii="Calibri" w:hAnsi="Calibri" w:eastAsia="Microsoft YaHei"/>
        </w:rPr>
        <w:t>登录后先确认系统和处理器架构：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cat /etc/os-release | head</w:t>
        <w:br/>
        <w:t>uname -m</w:t>
      </w:r>
    </w:p>
    <w:p>
      <w:r>
        <w:rPr>
          <w:rFonts w:ascii="Calibri" w:hAnsi="Calibri" w:eastAsia="Microsoft YaHei"/>
        </w:rPr>
        <w:t>本文实测环境是 Ubuntu 20.04 LTS、</w:t>
      </w:r>
      <w:r>
        <w:rPr>
          <w:rFonts w:ascii="Consolas" w:hAnsi="Consolas" w:eastAsia="Consolas"/>
          <w:color w:val="496A76"/>
          <w:sz w:val="19"/>
        </w:rPr>
        <w:t>x86_64</w:t>
      </w:r>
      <w:r>
        <w:rPr>
          <w:rFonts w:ascii="Calibri" w:hAnsi="Calibri" w:eastAsia="Microsoft YaHei"/>
        </w:rPr>
        <w:t>。版本不完全相同没关系，只要是仍受支持的 Ubuntu，并且后面的 Node.js 与 Codex 检查能够通过即可。</w:t>
      </w:r>
    </w:p>
    <w:p>
      <w:r>
        <w:rPr>
          <w:rFonts w:ascii="Calibri" w:hAnsi="Calibri" w:eastAsia="Microsoft YaHei"/>
        </w:rPr>
        <w:t>不要一上来就在生产项目里实验。先创建一个空目录——第一次见面，先别把全屋钥匙都交出去：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mkdir -p ~/codex-lab</w:t>
        <w:br/>
        <w:t>cd ~/codex-lab</w:t>
        <w:br/>
        <w:t>printf '# Codex Lab\n' &gt; README.md</w:t>
        <w:br/>
        <w:t>pwd</w:t>
        <w:br/>
        <w:t>ls -la</w:t>
      </w:r>
    </w:p>
    <w:p>
      <w:r>
        <w:rPr>
          <w:rFonts w:ascii="Calibri" w:hAnsi="Calibri" w:eastAsia="Microsoft YaHei"/>
          <w:b/>
        </w:rPr>
        <w:t>看到这个就算过关：</w:t>
      </w:r>
      <w:r>
        <w:rPr>
          <w:rFonts w:ascii="Calibri" w:hAnsi="Calibri" w:eastAsia="Microsoft YaHei"/>
        </w:rPr>
        <w:t xml:space="preserve"> </w:t>
      </w:r>
      <w:r>
        <w:rPr>
          <w:rFonts w:ascii="Consolas" w:hAnsi="Consolas" w:eastAsia="Consolas"/>
          <w:color w:val="496A76"/>
          <w:sz w:val="19"/>
        </w:rPr>
        <w:t>pwd</w:t>
      </w:r>
      <w:r>
        <w:rPr>
          <w:rFonts w:ascii="Calibri" w:hAnsi="Calibri" w:eastAsia="Microsoft YaHei"/>
        </w:rPr>
        <w:t xml:space="preserve"> 以 </w:t>
      </w:r>
      <w:r>
        <w:rPr>
          <w:rFonts w:ascii="Consolas" w:hAnsi="Consolas" w:eastAsia="Consolas"/>
          <w:color w:val="496A76"/>
          <w:sz w:val="19"/>
        </w:rPr>
        <w:t>/codex-lab</w:t>
      </w:r>
      <w:r>
        <w:rPr>
          <w:rFonts w:ascii="Calibri" w:hAnsi="Calibri" w:eastAsia="Microsoft YaHei"/>
        </w:rPr>
        <w:t xml:space="preserve"> 结尾，</w:t>
      </w:r>
      <w:r>
        <w:rPr>
          <w:rFonts w:ascii="Consolas" w:hAnsi="Consolas" w:eastAsia="Consolas"/>
          <w:color w:val="496A76"/>
          <w:sz w:val="19"/>
        </w:rPr>
        <w:t>ls</w:t>
      </w:r>
      <w:r>
        <w:rPr>
          <w:rFonts w:ascii="Calibri" w:hAnsi="Calibri" w:eastAsia="Microsoft YaHei"/>
        </w:rPr>
        <w:t xml:space="preserve"> 能看到 </w:t>
      </w:r>
      <w:r>
        <w:rPr>
          <w:rFonts w:ascii="Consolas" w:hAnsi="Consolas" w:eastAsia="Consolas"/>
          <w:color w:val="496A76"/>
          <w:sz w:val="19"/>
        </w:rPr>
        <w:t>README.md</w:t>
      </w:r>
      <w:r>
        <w:rPr>
          <w:rFonts w:ascii="Calibri" w:hAnsi="Calibri" w:eastAsia="Microsoft YaHei"/>
        </w:rPr>
        <w:t>。</w:t>
      </w:r>
    </w:p>
    <w:p>
      <w:pPr>
        <w:pStyle w:val="Heading1"/>
      </w:pPr>
      <w:r>
        <w:rPr>
          <w:rFonts w:ascii="Calibri" w:hAnsi="Calibri" w:eastAsia="Microsoft YaHei"/>
        </w:rPr>
        <w:t>3. 安装 Codex：先看有没有，再决定补什么</w:t>
      </w:r>
    </w:p>
    <w:p>
      <w:r>
        <w:rPr>
          <w:rFonts w:ascii="Calibri" w:hAnsi="Calibri" w:eastAsia="Microsoft YaHei"/>
        </w:rPr>
        <w:t>先看看服务器上有没有 Codex：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codex --version</w:t>
      </w:r>
    </w:p>
    <w:p>
      <w:r>
        <w:rPr>
          <w:rFonts w:ascii="Calibri" w:hAnsi="Calibri" w:eastAsia="Microsoft YaHei"/>
        </w:rPr>
        <w:t xml:space="preserve">如果已经显示 </w:t>
      </w:r>
      <w:r>
        <w:rPr>
          <w:rFonts w:ascii="Consolas" w:hAnsi="Consolas" w:eastAsia="Consolas"/>
          <w:color w:val="496A76"/>
          <w:sz w:val="19"/>
        </w:rPr>
        <w:t>codex-cli</w:t>
      </w:r>
      <w:r>
        <w:rPr>
          <w:rFonts w:ascii="Calibri" w:hAnsi="Calibri" w:eastAsia="Microsoft YaHei"/>
        </w:rPr>
        <w:t xml:space="preserve"> 版本号，直接进入下一节。DeepSeek 官方模型目录要求 Codex 客户端至少为 </w:t>
      </w:r>
      <w:r>
        <w:rPr>
          <w:rFonts w:ascii="Consolas" w:hAnsi="Consolas" w:eastAsia="Consolas"/>
          <w:color w:val="496A76"/>
          <w:sz w:val="19"/>
        </w:rPr>
        <w:t>0.144.0</w:t>
      </w:r>
      <w:r>
        <w:rPr>
          <w:rFonts w:ascii="Calibri" w:hAnsi="Calibri" w:eastAsia="Microsoft YaHei"/>
        </w:rPr>
        <w:t>；旧版本请升级到最新版。</w:t>
      </w:r>
    </w:p>
    <w:p>
      <w:pPr>
        <w:pStyle w:val="Heading2"/>
      </w:pPr>
      <w:r>
        <w:rPr>
          <w:rFonts w:ascii="Calibri" w:hAnsi="Calibri" w:eastAsia="Microsoft YaHei"/>
        </w:rPr>
        <w:t>路线 A：官方独立安装器，能用就最省心</w:t>
      </w:r>
    </w:p>
    <w:p>
      <w:r>
        <w:rPr>
          <w:rFonts w:ascii="Calibri" w:hAnsi="Calibri" w:eastAsia="Microsoft YaHei"/>
        </w:rPr>
        <w:t>Codex 官方目前为 macOS 和 Linux 提供独立安装命令：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curl -fsSL https://chatgpt.com/codex/install.sh | sh</w:t>
      </w:r>
    </w:p>
    <w:p>
      <w:r>
        <w:rPr>
          <w:rFonts w:ascii="Calibri" w:hAnsi="Calibri" w:eastAsia="Microsoft YaHei"/>
        </w:rPr>
        <w:t>如果这条命令能顺利结束，重新打开 SSH 终端，再执行：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codex --version</w:t>
      </w:r>
    </w:p>
    <w:p>
      <w:pPr>
        <w:pStyle w:val="Heading2"/>
      </w:pPr>
      <w:r>
        <w:rPr>
          <w:rFonts w:ascii="Calibri" w:hAnsi="Calibri" w:eastAsia="Microsoft YaHei"/>
        </w:rPr>
        <w:t>路线 B：国内 VPS 不顺时，改走 npm</w:t>
      </w:r>
    </w:p>
    <w:p>
      <w:r>
        <w:rPr>
          <w:rFonts w:ascii="Calibri" w:hAnsi="Calibri" w:eastAsia="Microsoft YaHei"/>
        </w:rPr>
        <w:t>我们的腾讯云 Ubuntu 20.04 实测中，官方安装地址连接不够理想，而 npm 链路能够使用，所以最后走了这条路。</w:t>
      </w:r>
    </w:p>
    <w:p>
      <w:r>
        <w:rPr>
          <w:rFonts w:ascii="Calibri" w:hAnsi="Calibri" w:eastAsia="Microsoft YaHei"/>
        </w:rPr>
        <w:t>先检查 Node.js：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node -v</w:t>
        <w:br/>
        <w:t>npm -v</w:t>
      </w:r>
    </w:p>
    <w:p>
      <w:r>
        <w:rPr>
          <w:rFonts w:ascii="Calibri" w:hAnsi="Calibri" w:eastAsia="Microsoft YaHei"/>
        </w:rPr>
        <w:t>如果 Node.js 已经是 22.x，安装 Codex：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npm install -g @openai/codex@latest</w:t>
        <w:br/>
        <w:t>codex --version</w:t>
      </w:r>
    </w:p>
    <w:p>
      <w:r>
        <w:rPr>
          <w:rFonts w:ascii="Calibri" w:hAnsi="Calibri" w:eastAsia="Microsoft YaHei"/>
        </w:rPr>
        <w:t xml:space="preserve">如果看到 </w:t>
      </w:r>
      <w:r>
        <w:rPr>
          <w:rFonts w:ascii="Consolas" w:hAnsi="Consolas" w:eastAsia="Consolas"/>
          <w:color w:val="496A76"/>
          <w:sz w:val="19"/>
        </w:rPr>
        <w:t>EACCES</w:t>
      </w:r>
      <w:r>
        <w:rPr>
          <w:rFonts w:ascii="Calibri" w:hAnsi="Calibri" w:eastAsia="Microsoft YaHei"/>
        </w:rPr>
        <w:t xml:space="preserve"> 或 </w:t>
      </w:r>
      <w:r>
        <w:rPr>
          <w:rFonts w:ascii="Consolas" w:hAnsi="Consolas" w:eastAsia="Consolas"/>
          <w:color w:val="496A76"/>
          <w:sz w:val="19"/>
        </w:rPr>
        <w:t>/usr/local/lib</w:t>
      </w:r>
      <w:r>
        <w:rPr>
          <w:rFonts w:ascii="Calibri" w:hAnsi="Calibri" w:eastAsia="Microsoft YaHei"/>
        </w:rPr>
        <w:t xml:space="preserve"> 权限错误，先把 npm 的全局目录放到当前用户家目录：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mkdir -p ~/.local</w:t>
        <w:br/>
        <w:t>npm config set prefix ~/.local</w:t>
        <w:br/>
        <w:t>echo 'export PATH="$HOME/.local/bin:$PATH"' &gt;&gt; ~/.profile</w:t>
        <w:br/>
        <w:t>source ~/.profile</w:t>
        <w:br/>
        <w:t>npm install -g @openai/codex@latest</w:t>
      </w:r>
    </w:p>
    <w:p>
      <w:r>
        <w:rPr>
          <w:rFonts w:ascii="Calibri" w:hAnsi="Calibri" w:eastAsia="Microsoft YaHei"/>
        </w:rPr>
        <w:t xml:space="preserve">这样不需要长期依赖 </w:t>
      </w:r>
      <w:r>
        <w:rPr>
          <w:rFonts w:ascii="Consolas" w:hAnsi="Consolas" w:eastAsia="Consolas"/>
          <w:color w:val="496A76"/>
          <w:sz w:val="19"/>
        </w:rPr>
        <w:t>sudo npm</w:t>
      </w:r>
      <w:r>
        <w:rPr>
          <w:rFonts w:ascii="Calibri" w:hAnsi="Calibri" w:eastAsia="Microsoft YaHei"/>
        </w:rPr>
        <w:t>，也不会把普通用户的包硬塞进系统目录。</w:t>
      </w:r>
    </w:p>
    <w:p>
      <w:r>
        <w:rPr>
          <w:rFonts w:ascii="Calibri" w:hAnsi="Calibri" w:eastAsia="Microsoft YaHei"/>
          <w:b/>
        </w:rPr>
        <w:t>看到这个就算过关：</w:t>
      </w:r>
      <w:r>
        <w:rPr>
          <w:rFonts w:ascii="Calibri" w:hAnsi="Calibri" w:eastAsia="Microsoft YaHei"/>
        </w:rPr>
        <w:t xml:space="preserve"> </w:t>
      </w:r>
      <w:r>
        <w:rPr>
          <w:rFonts w:ascii="Consolas" w:hAnsi="Consolas" w:eastAsia="Consolas"/>
          <w:color w:val="496A76"/>
          <w:sz w:val="19"/>
        </w:rPr>
        <w:t>codex --version</w:t>
      </w:r>
      <w:r>
        <w:rPr>
          <w:rFonts w:ascii="Calibri" w:hAnsi="Calibri" w:eastAsia="Microsoft YaHei"/>
        </w:rPr>
        <w:t xml:space="preserve"> 正常返回版本号，并且不低于 DeepSeek 官方目录要求的 </w:t>
      </w:r>
      <w:r>
        <w:rPr>
          <w:rFonts w:ascii="Consolas" w:hAnsi="Consolas" w:eastAsia="Consolas"/>
          <w:color w:val="496A76"/>
          <w:sz w:val="19"/>
        </w:rPr>
        <w:t>0.144.0</w:t>
      </w:r>
      <w:r>
        <w:rPr>
          <w:rFonts w:ascii="Calibri" w:hAnsi="Calibri" w:eastAsia="Microsoft YaHei"/>
        </w:rPr>
        <w:t>。</w:t>
      </w:r>
    </w:p>
    <w:p>
      <w:pPr>
        <w:pStyle w:val="Heading1"/>
      </w:pPr>
      <w:r>
        <w:rPr>
          <w:rFonts w:ascii="Calibri" w:hAnsi="Calibri" w:eastAsia="Microsoft YaHei"/>
        </w:rPr>
        <w:t>4. 第一次启动：这次不是为了聊天</w:t>
      </w:r>
    </w:p>
    <w:p>
      <w:r>
        <w:rPr>
          <w:rFonts w:ascii="Calibri" w:hAnsi="Calibri" w:eastAsia="Microsoft YaHei"/>
        </w:rPr>
        <w:t>进入刚才的实验目录，启动一次 Codex：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cd ~/codex-lab</w:t>
        <w:br/>
        <w:t>codex</w:t>
      </w:r>
    </w:p>
    <w:p>
      <w:r>
        <w:rPr>
          <w:rFonts w:ascii="Calibri" w:hAnsi="Calibri" w:eastAsia="Microsoft YaHei"/>
        </w:rPr>
        <w:t xml:space="preserve">第一次可能出现登录方式选择。别急着研究每个按钮，我们今天不走 ChatGPT 登录，按 </w:t>
      </w:r>
      <w:r>
        <w:rPr>
          <w:rFonts w:ascii="Consolas" w:hAnsi="Consolas" w:eastAsia="Consolas"/>
          <w:color w:val="496A76"/>
          <w:sz w:val="19"/>
        </w:rPr>
        <w:t>Ctrl+C</w:t>
      </w:r>
      <w:r>
        <w:rPr>
          <w:rFonts w:ascii="Calibri" w:hAnsi="Calibri" w:eastAsia="Microsoft YaHei"/>
        </w:rPr>
        <w:t xml:space="preserve"> 退出即可。这一步只是让 Codex 创建：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~/.codex/</w:t>
      </w:r>
    </w:p>
    <w:p>
      <w:r>
        <w:rPr>
          <w:rFonts w:ascii="Calibri" w:hAnsi="Calibri" w:eastAsia="Microsoft YaHei"/>
        </w:rPr>
        <w:t>检查目录：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ls -la ~/.codex</w:t>
      </w:r>
    </w:p>
    <w:p>
      <w:r>
        <w:rPr>
          <w:rFonts w:ascii="Calibri" w:hAnsi="Calibri" w:eastAsia="Microsoft YaHei"/>
        </w:rPr>
        <w:t>如果暂时没有这个目录，也可以手动创建：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mkdir -p ~/.codex</w:t>
      </w:r>
    </w:p>
    <w:p>
      <w:pPr>
        <w:pStyle w:val="Heading1"/>
      </w:pPr>
      <w:r>
        <w:rPr>
          <w:rFonts w:ascii="Calibri" w:hAnsi="Calibri" w:eastAsia="Microsoft YaHei"/>
        </w:rPr>
        <w:t>5. 接入 DeepSeek：官方脚本终于来了</w:t>
      </w:r>
    </w:p>
    <w:p>
      <w:r>
        <w:rPr>
          <w:rFonts w:ascii="Calibri" w:hAnsi="Calibri" w:eastAsia="Microsoft YaHei"/>
        </w:rPr>
        <w:t>接下来是全篇最关键、也是最短的一步。DeepSeek 官方推荐的 Linux / macOS 配置命令是：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bash &lt;(curl -fsSL https://cdn.deepseek.com/api-docs/codex-deepseek-setup-en.sh)</w:t>
      </w:r>
    </w:p>
    <w:p>
      <w:r>
        <w:rPr>
          <w:rFonts w:ascii="Calibri" w:hAnsi="Calibri" w:eastAsia="Microsoft YaHei"/>
        </w:rPr>
        <w:t>如果你看到“下载完直接执行”会有点心慌——很好，安全意识上线了。可以先下载、查看，再运行：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curl -fsSL https://cdn.deepseek.com/api-docs/codex-deepseek-setup-en.sh \</w:t>
        <w:br/>
        <w:t xml:space="preserve">  -o codex-deepseek-setup-en.sh</w:t>
        <w:br/>
        <w:t>less codex-deepseek-setup-en.sh</w:t>
        <w:br/>
        <w:t>bash codex-deepseek-setup-en.sh</w:t>
      </w:r>
    </w:p>
    <w:p>
      <w:r>
        <w:rPr>
          <w:rFonts w:ascii="Calibri" w:hAnsi="Calibri" w:eastAsia="Microsoft YaHei"/>
        </w:rPr>
        <w:t>脚本启动后：</w:t>
      </w:r>
    </w:p>
    <w:p>
      <w:pPr>
        <w:pStyle w:val="ListNumber"/>
      </w:pPr>
      <w:r>
        <w:rPr>
          <w:rFonts w:ascii="Calibri" w:hAnsi="Calibri" w:eastAsia="Microsoft YaHei"/>
        </w:rPr>
        <w:t xml:space="preserve">选择配置 </w:t>
      </w:r>
      <w:r>
        <w:rPr>
          <w:rFonts w:ascii="Consolas" w:hAnsi="Consolas" w:eastAsia="Consolas"/>
          <w:color w:val="496A76"/>
          <w:sz w:val="19"/>
        </w:rPr>
        <w:t>deepseek-v4-flash</w:t>
      </w:r>
      <w:r>
        <w:rPr>
          <w:rFonts w:ascii="Calibri" w:hAnsi="Calibri" w:eastAsia="Microsoft YaHei"/>
        </w:rPr>
        <w:t>。</w:t>
      </w:r>
    </w:p>
    <w:p>
      <w:pPr>
        <w:pStyle w:val="ListNumber"/>
      </w:pPr>
      <w:r>
        <w:rPr>
          <w:rFonts w:ascii="Calibri" w:hAnsi="Calibri" w:eastAsia="Microsoft YaHei"/>
        </w:rPr>
        <w:t>按提示粘贴 DeepSeek API Key。</w:t>
      </w:r>
    </w:p>
    <w:p>
      <w:pPr>
        <w:pStyle w:val="ListNumber"/>
      </w:pPr>
      <w:r>
        <w:rPr>
          <w:rFonts w:ascii="Calibri" w:hAnsi="Calibri" w:eastAsia="Microsoft YaHei"/>
        </w:rPr>
        <w:t>等待配置校验完成。</w:t>
      </w:r>
    </w:p>
    <w:p>
      <w:r>
        <w:rPr>
          <w:rFonts w:ascii="Calibri" w:hAnsi="Calibri" w:eastAsia="Microsoft YaHei"/>
        </w:rPr>
        <w:t xml:space="preserve">API Key 可在 </w:t>
      </w:r>
      <w:hyperlink r:id="rId16">
        <w:r>
          <w:rPr>
            <w:color w:val="4F9E8B"/>
            <w:u w:val="single"/>
          </w:rPr>
          <w:t>DeepSeek 开放平台</w:t>
        </w:r>
      </w:hyperlink>
      <w:r>
        <w:rPr>
          <w:rFonts w:ascii="Calibri" w:hAnsi="Calibri" w:eastAsia="Microsoft YaHei"/>
        </w:rPr>
        <w:t xml:space="preserve">创建。它通常以 </w:t>
      </w:r>
      <w:r>
        <w:rPr>
          <w:rFonts w:ascii="Consolas" w:hAnsi="Consolas" w:eastAsia="Consolas"/>
          <w:color w:val="496A76"/>
          <w:sz w:val="19"/>
        </w:rPr>
        <w:t>sk-</w:t>
      </w:r>
      <w:r>
        <w:rPr>
          <w:rFonts w:ascii="Calibri" w:hAnsi="Calibri" w:eastAsia="Microsoft YaHei"/>
        </w:rPr>
        <w:t xml:space="preserve"> 开头，但博客、截图、聊天记录和 Git 仓库里都不应该出现完整内容。</w:t>
      </w:r>
    </w:p>
    <w:p>
      <w:r>
        <w:rPr>
          <w:rFonts w:ascii="Calibri" w:hAnsi="Calibri" w:eastAsia="Microsoft YaHei"/>
        </w:rPr>
        <w:t xml:space="preserve">根据 DeepSeek 官方说明，脚本会先备份原有 </w:t>
      </w:r>
      <w:r>
        <w:rPr>
          <w:rFonts w:ascii="Consolas" w:hAnsi="Consolas" w:eastAsia="Consolas"/>
          <w:color w:val="496A76"/>
          <w:sz w:val="19"/>
        </w:rPr>
        <w:t>~/.codex/config.toml</w:t>
      </w:r>
      <w:r>
        <w:rPr>
          <w:rFonts w:ascii="Calibri" w:hAnsi="Calibri" w:eastAsia="Microsoft YaHei"/>
        </w:rPr>
        <w:t xml:space="preserve">，然后写入 </w:t>
      </w:r>
      <w:r>
        <w:rPr>
          <w:rFonts w:ascii="Consolas" w:hAnsi="Consolas" w:eastAsia="Consolas"/>
          <w:color w:val="496A76"/>
          <w:sz w:val="19"/>
        </w:rPr>
        <w:t>~/.codex/models.json</w:t>
      </w:r>
      <w:r>
        <w:rPr>
          <w:rFonts w:ascii="Calibri" w:hAnsi="Calibri" w:eastAsia="Microsoft YaHei"/>
        </w:rPr>
        <w:t>，并增加 DeepSeek Provider；已有的 MCP 和项目信任设置会保留。脚本还会在写入前校验 TOML 与 JSON 语法。</w:t>
      </w:r>
    </w:p>
    <w:p>
      <w:r>
        <w:rPr>
          <w:rFonts w:ascii="Calibri" w:hAnsi="Calibri" w:eastAsia="Microsoft YaHei"/>
        </w:rPr>
        <w:t>配置完成后，只检查不含密钥的字段：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grep -E '^(model|model_provider|model_reasoning_effort|model_catalog_json)' \</w:t>
        <w:br/>
        <w:t xml:space="preserve">  ~/.codex/config.toml</w:t>
        <w:br/>
        <w:t>grep -E '^(name|base_url|wire_api)' ~/.codex/config.toml</w:t>
      </w:r>
    </w:p>
    <w:p>
      <w:r>
        <w:rPr>
          <w:rFonts w:ascii="Calibri" w:hAnsi="Calibri" w:eastAsia="Microsoft YaHei"/>
        </w:rPr>
        <w:t>你应该看到类似：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model = "deepseek-v4-flash"</w:t>
        <w:br/>
        <w:t>model_provider = "deepseek"</w:t>
        <w:br/>
        <w:t>model_reasoning_effort = "high"</w:t>
        <w:br/>
        <w:t>wire_api = "responses"</w:t>
      </w:r>
    </w:p>
    <w:p>
      <w:r>
        <w:rPr>
          <w:rFonts w:ascii="Calibri" w:hAnsi="Calibri" w:eastAsia="Microsoft YaHei"/>
        </w:rPr>
        <w:t>官方脚本会把 API Key 存进配置文件。至少收紧文件权限：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chmod 700 ~/.codex</w:t>
        <w:br/>
        <w:t>chmod 600 ~/.codex/config.toml ~/.codex/models.json</w:t>
      </w:r>
    </w:p>
    <w:p>
      <w:r>
        <w:rPr>
          <w:rFonts w:ascii="Calibri" w:hAnsi="Calibri" w:eastAsia="Microsoft YaHei"/>
          <w:b/>
        </w:rPr>
        <w:t>看到这个就算过关：</w:t>
      </w:r>
      <w:r>
        <w:rPr>
          <w:rFonts w:ascii="Calibri" w:hAnsi="Calibri" w:eastAsia="Microsoft YaHei"/>
        </w:rPr>
        <w:t xml:space="preserve"> 模型是 </w:t>
      </w:r>
      <w:r>
        <w:rPr>
          <w:rFonts w:ascii="Consolas" w:hAnsi="Consolas" w:eastAsia="Consolas"/>
          <w:color w:val="496A76"/>
          <w:sz w:val="19"/>
        </w:rPr>
        <w:t>deepseek-v4-flash</w:t>
      </w:r>
      <w:r>
        <w:rPr>
          <w:rFonts w:ascii="Calibri" w:hAnsi="Calibri" w:eastAsia="Microsoft YaHei"/>
        </w:rPr>
        <w:t xml:space="preserve">，Provider 是 </w:t>
      </w:r>
      <w:r>
        <w:rPr>
          <w:rFonts w:ascii="Consolas" w:hAnsi="Consolas" w:eastAsia="Consolas"/>
          <w:color w:val="496A76"/>
          <w:sz w:val="19"/>
        </w:rPr>
        <w:t>deepseek</w:t>
      </w:r>
      <w:r>
        <w:rPr>
          <w:rFonts w:ascii="Calibri" w:hAnsi="Calibri" w:eastAsia="Microsoft YaHei"/>
        </w:rPr>
        <w:t xml:space="preserve">，通信接口是 </w:t>
      </w:r>
      <w:r>
        <w:rPr>
          <w:rFonts w:ascii="Consolas" w:hAnsi="Consolas" w:eastAsia="Consolas"/>
          <w:color w:val="496A76"/>
          <w:sz w:val="19"/>
        </w:rPr>
        <w:t>responses</w:t>
      </w:r>
      <w:r>
        <w:rPr>
          <w:rFonts w:ascii="Calibri" w:hAnsi="Calibri" w:eastAsia="Microsoft YaHei"/>
        </w:rPr>
        <w:t>；终端没有打印完整 Key。</w:t>
      </w:r>
    </w:p>
    <w:p>
      <w:pPr>
        <w:pStyle w:val="Heading1"/>
      </w:pPr>
      <w:r>
        <w:rPr>
          <w:rFonts w:ascii="Calibri" w:hAnsi="Calibri" w:eastAsia="Microsoft YaHei"/>
        </w:rPr>
        <w:t>6. 第一次成功：先让它说句话，别急着改项目</w:t>
      </w:r>
    </w:p>
    <w:p>
      <w:r>
        <w:rPr>
          <w:rFonts w:ascii="Calibri" w:hAnsi="Calibri" w:eastAsia="Microsoft YaHei"/>
        </w:rPr>
        <w:t>回到实验目录：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cd ~/codex-lab</w:t>
        <w:br/>
        <w:t>codex</w:t>
      </w:r>
    </w:p>
    <w:p>
      <w:r>
        <w:rPr>
          <w:rFonts w:ascii="Calibri" w:hAnsi="Calibri" w:eastAsia="Microsoft YaHei"/>
        </w:rPr>
        <w:t>启动横幅应显示：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model: deepseek-v4-flash high</w:t>
        <w:br/>
        <w:t>directory: ~/codex-lab</w:t>
      </w:r>
    </w:p>
    <w:p>
      <w:r>
        <w:rPr>
          <w:rFonts w:ascii="Calibri" w:hAnsi="Calibri" w:eastAsia="Microsoft YaHei"/>
        </w:rPr>
        <w:t>第一次别上来就让它重构祖传项目。先发一个不会改文件的请求：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请先只读当前目录，告诉我里面有哪些文件，不要修改任何内容。</w:t>
      </w:r>
    </w:p>
    <w:p>
      <w:r>
        <w:rPr>
          <w:rFonts w:ascii="Calibri" w:hAnsi="Calibri" w:eastAsia="Microsoft YaHei"/>
        </w:rPr>
        <w:t xml:space="preserve">也可以像实测截图一样，先简单说一句 </w:t>
      </w:r>
      <w:r>
        <w:rPr>
          <w:rFonts w:ascii="Consolas" w:hAnsi="Consolas" w:eastAsia="Consolas"/>
          <w:color w:val="496A76"/>
          <w:sz w:val="19"/>
        </w:rPr>
        <w:t>hi</w:t>
      </w:r>
      <w:r>
        <w:rPr>
          <w:rFonts w:ascii="Calibri" w:hAnsi="Calibri" w:eastAsia="Microsoft YaHei"/>
        </w:rPr>
        <w:t>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766734"/>
            <wp:docPr id="3" name="Picture 3" descr="首次对话成功：顶部显示 deepseek-v4-flash high，并正常收到回复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first-reply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7667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首次对话成功：顶部显示 deepseek-v4-flash high，并正常收到回复</w:t>
      </w:r>
    </w:p>
    <w:p>
      <w:r>
        <w:rPr>
          <w:rFonts w:ascii="Calibri" w:hAnsi="Calibri" w:eastAsia="Microsoft YaHei"/>
        </w:rPr>
        <w:t>回复内容不需要和截图一模一样，它又不是在参加默写考试。只要顶部模型名正确，并且消息得到正常回复，就已经证明：</w:t>
      </w:r>
    </w:p>
    <w:p>
      <w:pPr>
        <w:pStyle w:val="ListBullet"/>
      </w:pPr>
      <w:r>
        <w:rPr>
          <w:rFonts w:ascii="Calibri" w:hAnsi="Calibri" w:eastAsia="Microsoft YaHei"/>
        </w:rPr>
        <w:t>Codex CLI 能运行；</w:t>
      </w:r>
    </w:p>
    <w:p>
      <w:pPr>
        <w:pStyle w:val="ListBullet"/>
      </w:pPr>
      <w:r>
        <w:rPr>
          <w:rFonts w:ascii="Calibri" w:hAnsi="Calibri" w:eastAsia="Microsoft YaHei"/>
        </w:rPr>
        <w:t>DeepSeek Provider 已生效；</w:t>
      </w:r>
    </w:p>
    <w:p>
      <w:pPr>
        <w:pStyle w:val="ListBullet"/>
      </w:pPr>
      <w:r>
        <w:rPr>
          <w:rFonts w:ascii="Calibri" w:hAnsi="Calibri" w:eastAsia="Microsoft YaHei"/>
        </w:rPr>
        <w:t>Responses API 能通信；</w:t>
      </w:r>
    </w:p>
    <w:p>
      <w:pPr>
        <w:pStyle w:val="ListBullet"/>
      </w:pPr>
      <w:r>
        <w:rPr>
          <w:rFonts w:ascii="Calibri" w:hAnsi="Calibri" w:eastAsia="Microsoft YaHei"/>
        </w:rPr>
        <w:t>API Key 和余额可用。</w:t>
      </w:r>
    </w:p>
    <w:p>
      <w:r>
        <w:rPr>
          <w:rFonts w:ascii="Calibri" w:hAnsi="Calibri" w:eastAsia="Microsoft YaHei"/>
        </w:rPr>
        <w:t xml:space="preserve">如果顶部目录仍然是 </w:t>
      </w:r>
      <w:r>
        <w:rPr>
          <w:rFonts w:ascii="Consolas" w:hAnsi="Consolas" w:eastAsia="Consolas"/>
          <w:color w:val="496A76"/>
          <w:sz w:val="19"/>
        </w:rPr>
        <w:t>~</w:t>
      </w:r>
      <w:r>
        <w:rPr>
          <w:rFonts w:ascii="Calibri" w:hAnsi="Calibri" w:eastAsia="Microsoft YaHei"/>
        </w:rPr>
        <w:t xml:space="preserve">，先退出，再进入 </w:t>
      </w:r>
      <w:r>
        <w:rPr>
          <w:rFonts w:ascii="Consolas" w:hAnsi="Consolas" w:eastAsia="Consolas"/>
          <w:color w:val="496A76"/>
          <w:sz w:val="19"/>
        </w:rPr>
        <w:t>~/codex-lab</w:t>
      </w:r>
      <w:r>
        <w:rPr>
          <w:rFonts w:ascii="Calibri" w:hAnsi="Calibri" w:eastAsia="Microsoft YaHei"/>
        </w:rPr>
        <w:t xml:space="preserve"> 后启动。让 Agent 站在正确目录里，是比“它会不会说你好”更重要的安全习惯。</w:t>
      </w:r>
    </w:p>
    <w:p>
      <w:pPr>
        <w:pStyle w:val="Heading1"/>
      </w:pPr>
      <w:r>
        <w:rPr>
          <w:rFonts w:ascii="Calibri" w:hAnsi="Calibri" w:eastAsia="Microsoft YaHei"/>
        </w:rPr>
        <w:t>7. 再验收一次：确认我们真的接对了</w:t>
      </w:r>
    </w:p>
    <w:p>
      <w:r>
        <w:rPr>
          <w:rFonts w:ascii="Calibri" w:hAnsi="Calibri" w:eastAsia="Microsoft YaHei"/>
        </w:rPr>
        <w:t>在 Codex 中输入：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/model</w:t>
      </w:r>
    </w:p>
    <w:p>
      <w:r>
        <w:rPr>
          <w:rFonts w:ascii="Calibri" w:hAnsi="Calibri" w:eastAsia="Microsoft YaHei"/>
        </w:rPr>
        <w:t>模型选择器会显示当前模型。我们的实测画面中，</w:t>
      </w:r>
      <w:r>
        <w:rPr>
          <w:rFonts w:ascii="Consolas" w:hAnsi="Consolas" w:eastAsia="Consolas"/>
          <w:color w:val="496A76"/>
          <w:sz w:val="19"/>
        </w:rPr>
        <w:t>deepseek-v4-flash</w:t>
      </w:r>
      <w:r>
        <w:rPr>
          <w:rFonts w:ascii="Calibri" w:hAnsi="Calibri" w:eastAsia="Microsoft YaHei"/>
        </w:rPr>
        <w:t xml:space="preserve"> 已被选中：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016153"/>
            <wp:docPr id="4" name="Picture 4" descr="输入 /model 打开模型选择器，当前模型为 deepseek-v4-flash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model-switch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0161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输入 /model 打开模型选择器，当前模型为 deepseek-v4-flash</w:t>
      </w:r>
    </w:p>
    <w:p>
      <w:r>
        <w:rPr>
          <w:rFonts w:ascii="Calibri" w:hAnsi="Calibri" w:eastAsia="Microsoft YaHei"/>
        </w:rPr>
        <w:t xml:space="preserve">截图里也出现了 </w:t>
      </w:r>
      <w:r>
        <w:rPr>
          <w:rFonts w:ascii="Consolas" w:hAnsi="Consolas" w:eastAsia="Consolas"/>
          <w:color w:val="496A76"/>
          <w:sz w:val="19"/>
        </w:rPr>
        <w:t>deepseek-v4-pro</w:t>
      </w:r>
      <w:r>
        <w:rPr>
          <w:rFonts w:ascii="Calibri" w:hAnsi="Calibri" w:eastAsia="Microsoft YaHei"/>
        </w:rPr>
        <w:t>，但“出现在目录里”和“官方已经支持 Codex”不是一回事。截至 2026-08-08，DeepSeek Codex 接入页仍明确写着目前只有 Flash 支持，因此本篇不引导读者选择 Pro。</w:t>
      </w:r>
    </w:p>
    <w:p>
      <w:r>
        <w:rPr>
          <w:rFonts w:ascii="Calibri" w:hAnsi="Calibri" w:eastAsia="Microsoft YaHei"/>
        </w:rPr>
        <w:t>现在退出 Codex：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/exit</w:t>
      </w:r>
    </w:p>
    <w:p>
      <w:r>
        <w:rPr>
          <w:rFonts w:ascii="Calibri" w:hAnsi="Calibri" w:eastAsia="Microsoft YaHei"/>
        </w:rPr>
        <w:t>需要继续以前的会话时，可以运行：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codex resume</w:t>
      </w:r>
    </w:p>
    <w:p>
      <w:r>
        <w:rPr>
          <w:rFonts w:ascii="Calibri" w:hAnsi="Calibri" w:eastAsia="Microsoft YaHei"/>
        </w:rPr>
        <w:t>如果切换 Provider 后旧会话暂时看不到，不代表被删除。DeepSeek 官方说明：ChatGPT 登录产生的会话与第三方 API 登录产生的会话会分组显示；恢复原配置并重启客户端后，原来的会话会重新出现。</w:t>
      </w:r>
    </w:p>
    <w:p>
      <w:pPr>
        <w:pStyle w:val="Heading1"/>
      </w:pPr>
      <w:r>
        <w:rPr>
          <w:rFonts w:ascii="Calibri" w:hAnsi="Calibri" w:eastAsia="Microsoft YaHei"/>
        </w:rPr>
        <w:t>8. 老服务器踩坑手记：报错也会“借刀杀人”</w:t>
      </w:r>
    </w:p>
    <w:p>
      <w:r>
        <w:rPr>
          <w:rFonts w:ascii="Calibri" w:hAnsi="Calibri" w:eastAsia="Microsoft YaHei"/>
        </w:rPr>
        <w:t>如果你已经跑通，可以直接跳到下一节，别为了体验苦难再倒回来。下面保留我们这台 Ubuntu 20.04 的真实折腾过程，专门给卡住的人查错。</w:t>
      </w:r>
    </w:p>
    <w:p>
      <w:pPr>
        <w:pStyle w:val="Heading2"/>
      </w:pPr>
      <w:r>
        <w:rPr>
          <w:rFonts w:ascii="Calibri" w:hAnsi="Calibri" w:eastAsia="Microsoft YaHei"/>
        </w:rPr>
        <w:t>坑 1：最先试 MiMo，却暴露了 Node 太老</w:t>
      </w:r>
    </w:p>
    <w:p>
      <w:r>
        <w:rPr>
          <w:rFonts w:ascii="Calibri" w:hAnsi="Calibri" w:eastAsia="Microsoft YaHei"/>
        </w:rPr>
        <w:t>最初准备安装 MiMo Code，先遇到 GitHub Release 只有几十 KB/s，又在 npm 安装中看到：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bun: not found</w:t>
        <w:br/>
        <w:t>SyntaxError: Unexpected identifier</w:t>
      </w:r>
    </w:p>
    <w:p>
      <w:r>
        <w:rPr>
          <w:rFonts w:ascii="Calibri" w:hAnsi="Calibri" w:eastAsia="Microsoft YaHei"/>
        </w:rPr>
        <w:t>真正关键的不是立刻补 Bun，而是先看运行环境：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node -v</w:t>
        <w:br/>
        <w:t>npm -v</w:t>
      </w:r>
    </w:p>
    <w:p>
      <w:r>
        <w:rPr>
          <w:rFonts w:ascii="Calibri" w:hAnsi="Calibri" w:eastAsia="Microsoft YaHei"/>
        </w:rPr>
        <w:t xml:space="preserve">结果是 Node.js </w:t>
      </w:r>
      <w:r>
        <w:rPr>
          <w:rFonts w:ascii="Consolas" w:hAnsi="Consolas" w:eastAsia="Consolas"/>
          <w:color w:val="496A76"/>
          <w:sz w:val="19"/>
        </w:rPr>
        <w:t>v10.19.0</w:t>
      </w:r>
      <w:r>
        <w:rPr>
          <w:rFonts w:ascii="Calibri" w:hAnsi="Calibri" w:eastAsia="Microsoft YaHei"/>
        </w:rPr>
        <w:t>。MiMo 没有白折腾——它帮我们提前发现，这台老服务器的 JavaScript 运行环境已经不适合现代 AI CLI。</w:t>
      </w:r>
    </w:p>
    <w:p>
      <w:pPr>
        <w:pStyle w:val="Heading2"/>
      </w:pPr>
      <w:r>
        <w:rPr>
          <w:rFonts w:ascii="Calibri" w:hAnsi="Calibri" w:eastAsia="Microsoft YaHei"/>
        </w:rPr>
        <w:t>坑 2：Claude 安装脚本“卡住”，其实是 302</w:t>
      </w:r>
    </w:p>
    <w:p>
      <w:r>
        <w:rPr>
          <w:rFonts w:ascii="Calibri" w:hAnsi="Calibri" w:eastAsia="Microsoft YaHei"/>
        </w:rPr>
        <w:t>当时又短暂尝试了 Claude Code。与其一直盯着没有输出的安装脚本，我们改用：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curl -I --connect-timeout 10 --max-time 20 https://claude.ai/install.sh</w:t>
      </w:r>
    </w:p>
    <w:p>
      <w:r>
        <w:rPr>
          <w:rFonts w:ascii="Calibri" w:hAnsi="Calibri" w:eastAsia="Microsoft YaHei"/>
        </w:rPr>
        <w:t xml:space="preserve">这台服务器当时返回 </w:t>
      </w:r>
      <w:r>
        <w:rPr>
          <w:rFonts w:ascii="Consolas" w:hAnsi="Consolas" w:eastAsia="Consolas"/>
          <w:color w:val="496A76"/>
          <w:sz w:val="19"/>
        </w:rPr>
        <w:t>HTTP/2 302</w:t>
      </w:r>
      <w:r>
        <w:rPr>
          <w:rFonts w:ascii="Calibri" w:hAnsi="Calibri" w:eastAsia="Microsoft YaHei"/>
        </w:rPr>
        <w:t xml:space="preserve">，并跳转到 </w:t>
      </w:r>
      <w:r>
        <w:rPr>
          <w:rFonts w:ascii="Consolas" w:hAnsi="Consolas" w:eastAsia="Consolas"/>
          <w:color w:val="496A76"/>
          <w:sz w:val="19"/>
        </w:rPr>
        <w:t>app-unavailable-in-region</w:t>
      </w:r>
      <w:r>
        <w:rPr>
          <w:rFonts w:ascii="Calibri" w:hAnsi="Calibri" w:eastAsia="Microsoft YaHei"/>
        </w:rPr>
        <w:t>。这只能说明</w:t>
      </w:r>
      <w:r>
        <w:rPr>
          <w:rFonts w:ascii="Calibri" w:hAnsi="Calibri" w:eastAsia="Microsoft YaHei"/>
          <w:b/>
        </w:rPr>
        <w:t>这台服务器在当时的网络与地区条件下</w:t>
      </w:r>
      <w:r>
        <w:rPr>
          <w:rFonts w:ascii="Calibri" w:hAnsi="Calibri" w:eastAsia="Microsoft YaHei"/>
        </w:rPr>
        <w:t>不适合继续走该路线，不应该扩写成对所有服务器、所有时间都成立的结论。</w:t>
      </w:r>
    </w:p>
    <w:p>
      <w:pPr>
        <w:pStyle w:val="Heading2"/>
      </w:pPr>
      <w:r>
        <w:rPr>
          <w:rFonts w:ascii="Calibri" w:hAnsi="Calibri" w:eastAsia="Microsoft YaHei"/>
        </w:rPr>
        <w:t>坑 3：NodeSource 失败，罪魁祸首却是 Docker 源</w:t>
      </w:r>
    </w:p>
    <w:p>
      <w:r>
        <w:rPr>
          <w:rFonts w:ascii="Calibri" w:hAnsi="Calibri" w:eastAsia="Microsoft YaHei"/>
        </w:rPr>
        <w:t xml:space="preserve">升级 Node 22 时，NodeSource 脚本会执行完整的 </w:t>
      </w:r>
      <w:r>
        <w:rPr>
          <w:rFonts w:ascii="Consolas" w:hAnsi="Consolas" w:eastAsia="Consolas"/>
          <w:color w:val="496A76"/>
          <w:sz w:val="19"/>
        </w:rPr>
        <w:t>apt update</w:t>
      </w:r>
      <w:r>
        <w:rPr>
          <w:rFonts w:ascii="Calibri" w:hAnsi="Calibri" w:eastAsia="Microsoft YaHei"/>
        </w:rPr>
        <w:t>。服务器里一个失效的 Docker 软件源报出：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download.docker.com</w:t>
        <w:br/>
        <w:t>Could not handshake</w:t>
        <w:br/>
        <w:t>Failed to run 'apt update'</w:t>
      </w:r>
    </w:p>
    <w:p>
      <w:r>
        <w:rPr>
          <w:rFonts w:ascii="Calibri" w:hAnsi="Calibri" w:eastAsia="Microsoft YaHei"/>
        </w:rPr>
        <w:t xml:space="preserve">于是 NodeSource 安装也跟着中止。最后的做法是先按 </w:t>
      </w:r>
      <w:hyperlink r:id="rId19">
        <w:r>
          <w:rPr>
            <w:color w:val="4F9E8B"/>
            <w:u w:val="single"/>
          </w:rPr>
          <w:t>NodeSource 官方安装脚本</w:t>
        </w:r>
      </w:hyperlink>
      <w:r>
        <w:rPr>
          <w:rFonts w:ascii="Calibri" w:hAnsi="Calibri" w:eastAsia="Microsoft YaHei"/>
        </w:rPr>
        <w:t xml:space="preserve">所用格式添加 </w:t>
      </w:r>
      <w:r>
        <w:rPr>
          <w:rFonts w:ascii="Consolas" w:hAnsi="Consolas" w:eastAsia="Consolas"/>
          <w:color w:val="496A76"/>
          <w:sz w:val="19"/>
        </w:rPr>
        <w:t>node_22.x</w:t>
      </w:r>
      <w:r>
        <w:rPr>
          <w:rFonts w:ascii="Calibri" w:hAnsi="Calibri" w:eastAsia="Microsoft YaHei"/>
        </w:rPr>
        <w:t xml:space="preserve"> 软件源，再只更新这一份源：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sudo apt-get update \</w:t>
        <w:br/>
        <w:t xml:space="preserve">  -o Dir::Etc::sourcelist="sources.list.d/nodesource.sources" \</w:t>
        <w:br/>
        <w:t xml:space="preserve">  -o Dir::Etc::sourceparts="-" \</w:t>
        <w:br/>
        <w:t xml:space="preserve">  -o APT::Get::List-Cleanup="0"</w:t>
        <w:br/>
        <w:t>sudo apt install -y nodejs</w:t>
      </w:r>
    </w:p>
    <w:p>
      <w:r>
        <w:rPr>
          <w:rFonts w:ascii="Calibri" w:hAnsi="Calibri" w:eastAsia="Microsoft YaHei"/>
        </w:rPr>
        <w:t>这个坑最有价值的地方是：</w:t>
      </w:r>
      <w:r>
        <w:rPr>
          <w:rFonts w:ascii="Calibri" w:hAnsi="Calibri" w:eastAsia="Microsoft YaHei"/>
          <w:b/>
        </w:rPr>
        <w:t>`apt update` 失败时，先看具体哪个域名报错；安装 A 失败，原因可能是系统里早已存在的 B 软件源。</w:t>
      </w:r>
    </w:p>
    <w:p>
      <w:pPr>
        <w:pStyle w:val="Heading2"/>
      </w:pPr>
      <w:r>
        <w:rPr>
          <w:rFonts w:ascii="Calibri" w:hAnsi="Calibri" w:eastAsia="Microsoft YaHei"/>
        </w:rPr>
        <w:t>坑 4：</w:t>
      </w:r>
      <w:r>
        <w:rPr>
          <w:rFonts w:ascii="Consolas" w:hAnsi="Consolas" w:eastAsia="Consolas"/>
          <w:color w:val="496A76"/>
          <w:sz w:val="19"/>
        </w:rPr>
        <w:t>bubblewrap</w:t>
      </w:r>
      <w:r>
        <w:rPr>
          <w:rFonts w:ascii="Calibri" w:hAnsi="Calibri" w:eastAsia="Microsoft YaHei"/>
        </w:rPr>
        <w:t xml:space="preserve"> 黄色警告不是本次失败</w:t>
      </w:r>
    </w:p>
    <w:p>
      <w:r>
        <w:rPr>
          <w:rFonts w:ascii="Calibri" w:hAnsi="Calibri" w:eastAsia="Microsoft YaHei"/>
        </w:rPr>
        <w:t>实测启动时出现：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Codex could not find bubblewrap on PATH.</w:t>
        <w:br/>
        <w:t>Codex will use the bundled bubblewrap in the meantime.</w:t>
      </w:r>
    </w:p>
    <w:p>
      <w:r>
        <w:rPr>
          <w:rFonts w:ascii="Calibri" w:hAnsi="Calibri" w:eastAsia="Microsoft YaHei"/>
        </w:rPr>
        <w:t>后一句已经说明 Codex 会暂时使用内置版本，所以它没有阻止本次对话。先完成主线验收，再根据 Codex 的沙箱文档处理系统依赖，不要看到黄色字就立刻偏离主线。</w:t>
      </w:r>
    </w:p>
    <w:p>
      <w:pPr>
        <w:pStyle w:val="Heading1"/>
      </w:pPr>
      <w:r>
        <w:rPr>
          <w:rFonts w:ascii="Calibri" w:hAnsi="Calibri" w:eastAsia="Microsoft YaHei"/>
        </w:rPr>
        <w:t>9. 安全边界：先别让新同事直接进生产环境</w:t>
      </w:r>
    </w:p>
    <w:p>
      <w:r>
        <w:rPr>
          <w:rFonts w:ascii="Calibri" w:hAnsi="Calibri" w:eastAsia="Microsoft YaHei"/>
        </w:rPr>
        <w:t>服务器上的 Agent 能读文件、运行命令，也可能修改大量内容。第一次正式使用前，至少完成下面五项：</w:t>
      </w:r>
    </w:p>
    <w:p>
      <w:pPr>
        <w:pStyle w:val="ListBullet"/>
      </w:pPr>
      <w:r>
        <w:rPr>
          <w:rFonts w:ascii="Calibri" w:hAnsi="Calibri" w:eastAsia="Microsoft YaHei"/>
          <w:b/>
        </w:rPr>
        <w:t>撤销泄露过的 Key</w:t>
      </w:r>
      <w:r>
        <w:rPr>
          <w:rFonts w:ascii="Calibri" w:hAnsi="Calibri" w:eastAsia="Microsoft YaHei"/>
        </w:rPr>
        <w:t>：完整 Key 一旦进入截图、聊天或仓库，直接废弃并重建。</w:t>
      </w:r>
    </w:p>
    <w:p>
      <w:pPr>
        <w:pStyle w:val="ListBullet"/>
      </w:pPr>
      <w:r>
        <w:rPr>
          <w:rFonts w:ascii="Calibri" w:hAnsi="Calibri" w:eastAsia="Microsoft YaHei"/>
          <w:b/>
        </w:rPr>
        <w:t>从空目录开始</w:t>
      </w:r>
      <w:r>
        <w:rPr>
          <w:rFonts w:ascii="Calibri" w:hAnsi="Calibri" w:eastAsia="Microsoft YaHei"/>
        </w:rPr>
        <w:t xml:space="preserve">：先在 </w:t>
      </w:r>
      <w:r>
        <w:rPr>
          <w:rFonts w:ascii="Consolas" w:hAnsi="Consolas" w:eastAsia="Consolas"/>
          <w:color w:val="496A76"/>
          <w:sz w:val="19"/>
        </w:rPr>
        <w:t>~/codex-lab</w:t>
      </w:r>
      <w:r>
        <w:rPr>
          <w:rFonts w:ascii="Calibri" w:hAnsi="Calibri" w:eastAsia="Microsoft YaHei"/>
        </w:rPr>
        <w:t xml:space="preserve"> 观察读写和命令审批，再进入真实项目。</w:t>
      </w:r>
    </w:p>
    <w:p>
      <w:pPr>
        <w:pStyle w:val="ListBullet"/>
      </w:pPr>
      <w:r>
        <w:rPr>
          <w:rFonts w:ascii="Calibri" w:hAnsi="Calibri" w:eastAsia="Microsoft YaHei"/>
          <w:b/>
        </w:rPr>
        <w:t>给项目做 Git 快照</w:t>
      </w:r>
      <w:r>
        <w:rPr>
          <w:rFonts w:ascii="Calibri" w:hAnsi="Calibri" w:eastAsia="Microsoft YaHei"/>
        </w:rPr>
        <w:t xml:space="preserve">：重要改动前先 </w:t>
      </w:r>
      <w:r>
        <w:rPr>
          <w:rFonts w:ascii="Consolas" w:hAnsi="Consolas" w:eastAsia="Consolas"/>
          <w:color w:val="496A76"/>
          <w:sz w:val="19"/>
        </w:rPr>
        <w:t>git status</w:t>
      </w:r>
      <w:r>
        <w:rPr>
          <w:rFonts w:ascii="Calibri" w:hAnsi="Calibri" w:eastAsia="Microsoft YaHei"/>
        </w:rPr>
        <w:t>，确认无误后提交一个可回退节点。</w:t>
      </w:r>
    </w:p>
    <w:p>
      <w:pPr>
        <w:pStyle w:val="ListBullet"/>
      </w:pPr>
      <w:r>
        <w:rPr>
          <w:rFonts w:ascii="Calibri" w:hAnsi="Calibri" w:eastAsia="Microsoft YaHei"/>
          <w:b/>
        </w:rPr>
        <w:t>不要把密钥放进项目文件</w:t>
      </w:r>
      <w:r>
        <w:rPr>
          <w:rFonts w:ascii="Calibri" w:hAnsi="Calibri" w:eastAsia="Microsoft YaHei"/>
        </w:rPr>
        <w:t>：</w:t>
      </w:r>
      <w:r>
        <w:rPr>
          <w:rFonts w:ascii="Consolas" w:hAnsi="Consolas" w:eastAsia="Consolas"/>
          <w:color w:val="496A76"/>
          <w:sz w:val="19"/>
        </w:rPr>
        <w:t>.env</w:t>
      </w:r>
      <w:r>
        <w:rPr>
          <w:rFonts w:ascii="Calibri" w:hAnsi="Calibri" w:eastAsia="Microsoft YaHei"/>
        </w:rPr>
        <w:t>、云凭据和生产配置都不应被随手纳入上下文。</w:t>
      </w:r>
    </w:p>
    <w:p>
      <w:pPr>
        <w:pStyle w:val="ListBullet"/>
      </w:pPr>
      <w:r>
        <w:rPr>
          <w:rFonts w:ascii="Calibri" w:hAnsi="Calibri" w:eastAsia="Microsoft YaHei"/>
          <w:b/>
        </w:rPr>
        <w:t>确认数据边界</w:t>
      </w:r>
      <w:r>
        <w:rPr>
          <w:rFonts w:ascii="Calibri" w:hAnsi="Calibri" w:eastAsia="Microsoft YaHei"/>
        </w:rPr>
        <w:t>：模型在 DeepSeek 云端，相关上下文可能离开 VPS；公司项目还要遵守内部安全与合规要求。</w:t>
      </w:r>
    </w:p>
    <w:p>
      <w:r>
        <w:rPr>
          <w:rFonts w:ascii="Calibri" w:hAnsi="Calibri" w:eastAsia="Microsoft YaHei"/>
        </w:rPr>
        <w:t xml:space="preserve">还有一个很容易忽略的成本边界：Codex 是循环工作的 Agent，一次任务可能触发多轮模型请求。DeepSeek API 按量计费，价格会变化；实验前请在 </w:t>
      </w:r>
      <w:hyperlink r:id="rId20">
        <w:r>
          <w:rPr>
            <w:color w:val="4F9E8B"/>
            <w:u w:val="single"/>
          </w:rPr>
          <w:t>DeepSeek 官方价格页</w:t>
        </w:r>
      </w:hyperlink>
      <w:r>
        <w:rPr>
          <w:rFonts w:ascii="Calibri" w:hAnsi="Calibri" w:eastAsia="Microsoft YaHei"/>
        </w:rPr>
        <w:t>查看当前价格，并给账号设置自己能接受的余额范围。</w:t>
      </w:r>
    </w:p>
    <w:p>
      <w:pPr>
        <w:pStyle w:val="Heading1"/>
      </w:pPr>
      <w:r>
        <w:rPr>
          <w:rFonts w:ascii="Calibri" w:hAnsi="Calibri" w:eastAsia="Microsoft YaHei"/>
        </w:rPr>
        <w:t>10. 本集通关：你的服务器里真的有 Codex 了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76500"/>
            <wp:docPr id="5" name="Picture 5" descr="核心通关：Codex 在 Ubuntu VPS 上通过 DeepSeek V4 Flash 完成真实回复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episode-summary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核心通关：Codex 在 Ubuntu VPS 上通过 DeepSeek V4 Flash 完成真实回复</w:t>
      </w:r>
    </w:p>
    <w:p>
      <w:r>
        <w:rPr>
          <w:rFonts w:ascii="Calibri" w:hAnsi="Calibri" w:eastAsia="Microsoft YaHei"/>
        </w:rPr>
        <w:t>最后按顺序检查：</w:t>
      </w:r>
    </w:p>
    <w:p>
      <w:pPr>
        <w:pStyle w:val="ListNumber"/>
      </w:pPr>
      <w:r>
        <w:rPr>
          <w:rFonts w:ascii="Calibri" w:hAnsi="Calibri" w:eastAsia="Microsoft YaHei"/>
        </w:rPr>
        <w:t>SSH 能登录 Ubuntu VPS。</w:t>
      </w:r>
    </w:p>
    <w:p>
      <w:pPr>
        <w:pStyle w:val="ListNumber"/>
      </w:pPr>
      <w:r>
        <w:rPr>
          <w:rFonts w:ascii="Consolas" w:hAnsi="Consolas" w:eastAsia="Consolas"/>
          <w:color w:val="496A76"/>
          <w:sz w:val="19"/>
        </w:rPr>
        <w:t>codex --version</w:t>
      </w:r>
      <w:r>
        <w:rPr>
          <w:rFonts w:ascii="Calibri" w:hAnsi="Calibri" w:eastAsia="Microsoft YaHei"/>
        </w:rPr>
        <w:t xml:space="preserve"> 正常，并达到 DeepSeek 接入所需版本。</w:t>
      </w:r>
    </w:p>
    <w:p>
      <w:pPr>
        <w:pStyle w:val="ListNumber"/>
      </w:pPr>
      <w:r>
        <w:rPr>
          <w:rFonts w:ascii="Consolas" w:hAnsi="Consolas" w:eastAsia="Consolas"/>
          <w:color w:val="496A76"/>
          <w:sz w:val="19"/>
        </w:rPr>
        <w:t>~/.codex/config.toml</w:t>
      </w:r>
      <w:r>
        <w:rPr>
          <w:rFonts w:ascii="Calibri" w:hAnsi="Calibri" w:eastAsia="Microsoft YaHei"/>
        </w:rPr>
        <w:t xml:space="preserve"> 指向 DeepSeek Responses API。</w:t>
      </w:r>
    </w:p>
    <w:p>
      <w:pPr>
        <w:pStyle w:val="ListNumber"/>
      </w:pPr>
      <w:r>
        <w:rPr>
          <w:rFonts w:ascii="Calibri" w:hAnsi="Calibri" w:eastAsia="Microsoft YaHei"/>
        </w:rPr>
        <w:t xml:space="preserve">启动横幅显示 </w:t>
      </w:r>
      <w:r>
        <w:rPr>
          <w:rFonts w:ascii="Consolas" w:hAnsi="Consolas" w:eastAsia="Consolas"/>
          <w:color w:val="496A76"/>
          <w:sz w:val="19"/>
        </w:rPr>
        <w:t>deepseek-v4-flash</w:t>
      </w:r>
      <w:r>
        <w:rPr>
          <w:rFonts w:ascii="Calibri" w:hAnsi="Calibri" w:eastAsia="Microsoft YaHei"/>
        </w:rPr>
        <w:t>。</w:t>
      </w:r>
    </w:p>
    <w:p>
      <w:pPr>
        <w:pStyle w:val="ListNumber"/>
      </w:pPr>
      <w:r>
        <w:rPr>
          <w:rFonts w:ascii="Calibri" w:hAnsi="Calibri" w:eastAsia="Microsoft YaHei"/>
        </w:rPr>
        <w:t>在实验目录里完成了一次真实回复。</w:t>
      </w:r>
    </w:p>
    <w:p>
      <w:pPr>
        <w:pStyle w:val="ListNumber"/>
      </w:pPr>
      <w:r>
        <w:rPr>
          <w:rFonts w:ascii="Calibri" w:hAnsi="Calibri" w:eastAsia="Microsoft YaHei"/>
        </w:rPr>
        <w:t>截图中没有公网 IP、API Key、Token 或私有项目路径。</w:t>
      </w:r>
    </w:p>
    <w:p>
      <w:r>
        <w:rPr>
          <w:rFonts w:ascii="Calibri" w:hAnsi="Calibri" w:eastAsia="Microsoft YaHei"/>
        </w:rPr>
        <w:t>最开始，我们只是想在服务器上装一个 AI 编程助手，却一路碰到了 MiMo 下载、npm 权限、Node 10、Claude 302 和 Docker APT 源。看起来像在闯五关，最后真正跑通以后，结构反而非常简单：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你 → SSH → Ubuntu VPS 上的 Codex → DeepSeek Responses API → V4 Flash</w:t>
      </w:r>
    </w:p>
    <w:p>
      <w:r>
        <w:rPr>
          <w:rFonts w:ascii="Calibri" w:hAnsi="Calibri" w:eastAsia="Microsoft YaHei"/>
        </w:rPr>
        <w:t>更重要的是，我们亲手验证了一个关键概念：</w:t>
      </w:r>
      <w:r>
        <w:rPr>
          <w:rFonts w:ascii="Calibri" w:hAnsi="Calibri" w:eastAsia="Microsoft YaHei"/>
          <w:b/>
        </w:rPr>
        <w:t>Agent 和模型可以拆开。</w:t>
      </w:r>
      <w:r>
        <w:rPr>
          <w:rFonts w:ascii="Calibri" w:hAnsi="Calibri" w:eastAsia="Microsoft YaHei"/>
        </w:rPr>
        <w:t xml:space="preserve"> Codex 提供持续工作的外壳，DeepSeek 提供推理能力；以后换服务器、换模型或加入知识库，都是在这条链路上继续增加能力。</w:t>
      </w:r>
    </w:p>
    <w:p>
      <w:r>
        <w:rPr>
          <w:rFonts w:ascii="Calibri" w:hAnsi="Calibri" w:eastAsia="Microsoft YaHei"/>
        </w:rPr>
        <w:t>如果你也跑通了，建议先做两件小事：把成功画面截下来，再让 Codex 在实验目录里完成一个真正有用、但随时能撤销的小任务。折腾服务器最快乐的瞬间，不是命令没有报错，而是它终于开始替你干活。</w:t>
      </w:r>
    </w:p>
    <w:p>
      <w:r>
        <w:rPr>
          <w:rFonts w:ascii="Calibri" w:hAnsi="Calibri" w:eastAsia="Microsoft YaHei"/>
        </w:rPr>
        <w:t>下一集，我们给 Agent 装上自己的资料：让它先检索、再回答，并且把引用来源一起交出来。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8707D"/>
        <w:sz w:val="18"/>
      </w:rPr>
      <w:t xml:space="preserve">第 </w:t>
    </w:r>
    <w:fldSimple w:instr="PAGE"/>
    <w:r>
      <w:rPr>
        <w:rFonts w:ascii="Calibri" w:hAnsi="Calibri" w:eastAsia="Microsoft YaHei"/>
        <w:color w:val="68707D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Microsoft YaHei"/>
        <w:b/>
        <w:color w:val="68707D"/>
        <w:sz w:val="17"/>
      </w:rPr>
      <w:t>AI 架构演进实践  ·  EP. 05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2024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496A7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Calibri" w:hAnsi="Calibri" w:eastAsia="Microsoft YaHei"/>
      <w:b/>
      <w:bCs/>
      <w:i w:val="0"/>
      <w:color w:val="68707D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80" w:after="160" w:line="252" w:lineRule="auto"/>
      <w:ind w:left="230" w:right="230"/>
    </w:pPr>
    <w:rPr>
      <w:rFonts w:ascii="Consolas" w:hAnsi="Consolas" w:eastAsia="Consolas"/>
      <w:color w:val="20242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api-docs.deepseek.com/quick_start/agent_integrations/codex/" TargetMode="External"/><Relationship Id="rId13" Type="http://schemas.openxmlformats.org/officeDocument/2006/relationships/hyperlink" Target="https://developers.openai.com/codex/cli/" TargetMode="External"/><Relationship Id="rId14" Type="http://schemas.openxmlformats.org/officeDocument/2006/relationships/image" Target="media/image2.png"/><Relationship Id="rId15" Type="http://schemas.openxmlformats.org/officeDocument/2006/relationships/hyperlink" Target="https://developers.openai.com/codex/config-reference/" TargetMode="External"/><Relationship Id="rId16" Type="http://schemas.openxmlformats.org/officeDocument/2006/relationships/hyperlink" Target="https://platform.deepseek.com/" TargetMode="External"/><Relationship Id="rId17" Type="http://schemas.openxmlformats.org/officeDocument/2006/relationships/image" Target="media/image3.png"/><Relationship Id="rId18" Type="http://schemas.openxmlformats.org/officeDocument/2006/relationships/image" Target="media/image4.png"/><Relationship Id="rId19" Type="http://schemas.openxmlformats.org/officeDocument/2006/relationships/hyperlink" Target="https://github.com/nodesource/distributions/blob/master/scripts/deb/setup_22.x" TargetMode="External"/><Relationship Id="rId20" Type="http://schemas.openxmlformats.org/officeDocument/2006/relationships/hyperlink" Target="https://api-docs.deepseek.com/quick_start/pricing/" TargetMode="External"/><Relationship Id="rId2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国内云服务器也能用 Codex 了：接入 DeepSeek V4 Flash 保姆级教程</dc:title>
  <dc:subject>AI 应用架构演进实践第 5 集</dc:subject>
  <dc:creator>AI 架构演进实践</dc:creator>
  <cp:keywords>Codex CLI, DeepSeek V4 Flash, Ubuntu VPS, Responses API, AI Coding Agent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