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240"/>
        <w:jc w:val="center"/>
      </w:pPr>
      <w:r>
        <w:rPr>
          <w:rFonts w:ascii="Calibri" w:hAnsi="Calibri" w:eastAsia="Microsoft YaHei"/>
          <w:b/>
          <w:color w:val="4F9E8B"/>
          <w:sz w:val="20"/>
        </w:rPr>
        <w:t>AI 应用架构演进实践 · 第 06 集</w:t>
      </w:r>
    </w:p>
    <w:p>
      <w:pPr>
        <w:spacing w:before="0" w:after="160"/>
        <w:jc w:val="center"/>
      </w:pPr>
      <w:r>
        <w:rPr>
          <w:rFonts w:ascii="Calibri" w:hAnsi="Calibri" w:eastAsia="Microsoft YaHei"/>
          <w:b/>
          <w:color w:val="496A76"/>
          <w:sz w:val="56"/>
        </w:rPr>
        <w:t>从零制作 Skill，并用真实项目跑通（上）</w:t>
      </w:r>
    </w:p>
    <w:p>
      <w:pPr>
        <w:spacing w:after="360"/>
        <w:jc w:val="center"/>
      </w:pPr>
      <w:r>
        <w:rPr>
          <w:rFonts w:ascii="Calibri" w:hAnsi="Calibri" w:eastAsia="Microsoft YaHei"/>
          <w:color w:val="68707D"/>
          <w:sz w:val="25"/>
        </w:rPr>
      </w:r>
    </w:p>
    <w:p>
      <w:pPr>
        <w:spacing w:after="320"/>
        <w:jc w:val="center"/>
      </w:pPr>
      <w:r>
        <w:rPr>
          <w:rFonts w:ascii="Calibri" w:hAnsi="Calibri" w:eastAsia="Microsoft YaHei"/>
          <w:b/>
          <w:color w:val="68707D"/>
          <w:sz w:val="19"/>
        </w:rPr>
        <w:t>从零制作  ·  本地安装  ·  真实调用  ·  第一份报告</w:t>
      </w:r>
    </w:p>
    <w:p>
      <w:r>
        <w:rPr>
          <w:rFonts w:ascii="Calibri" w:hAnsi="Calibri" w:eastAsia="Microsoft YaHei"/>
        </w:rPr>
        <w:t>学习 Skill 最省力的办法，不是先背完概念，而是亲手走一遍完整流程。今天我们就从一个空文件夹开始，做出能被 Agent 调用的 Skill。</w:t>
      </w:r>
    </w:p>
    <w:p>
      <w:r>
        <w:rPr>
          <w:rFonts w:ascii="Calibri" w:hAnsi="Calibri" w:eastAsia="Microsoft YaHei"/>
        </w:rPr>
        <w:t>先看一个真实场景：接手陌生项目时，最费劲的往往不是写代码，而是在几十层目录里“考古”——它到底做什么？入口在哪？哪些文件值得先读？</w:t>
      </w:r>
    </w:p>
    <w:p>
      <w:r>
        <w:rPr>
          <w:rFonts w:ascii="Calibri" w:hAnsi="Calibri" w:eastAsia="Microsoft YaHei"/>
        </w:rPr>
        <w:t xml:space="preserve">为了把流程讲清楚，我选择制作一个叫 </w:t>
      </w:r>
      <w:r>
        <w:rPr>
          <w:rFonts w:ascii="Calibri" w:hAnsi="Calibri" w:eastAsia="Microsoft YaHei"/>
          <w:b/>
        </w:rPr>
        <w:t>X-ray</w:t>
      </w:r>
      <w:r>
        <w:rPr>
          <w:rFonts w:ascii="Calibri" w:hAnsi="Calibri" w:eastAsia="Microsoft YaHei"/>
        </w:rPr>
        <w:t xml:space="preserve"> 的示例 Skill：进入陌生仓库后调用它，AI 会先扫描，再挑关键文件阅读，最后生成一份能直接打开的 </w:t>
      </w:r>
      <w:r>
        <w:rPr>
          <w:rFonts w:ascii="Consolas" w:hAnsi="Consolas" w:eastAsia="Consolas"/>
          <w:color w:val="496A76"/>
          <w:sz w:val="19"/>
        </w:rPr>
        <w:t>xray-report.html</w:t>
      </w:r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  <w:b/>
        </w:rPr>
        <w:t>X-ray 只是这次的练习题，不是标准答案。</w:t>
      </w:r>
      <w:r>
        <w:rPr>
          <w:rFonts w:ascii="Calibri" w:hAnsi="Calibri" w:eastAsia="Microsoft YaHei"/>
        </w:rPr>
        <w:t xml:space="preserve"> 你真正要学的是“描述任务 → 准备脚本和资料 → 安装 → 调用 → 验收”这套方法。以后完全可以把它换成代码审查、周报整理、接口文档生成，或者任何你经常重复做的事情。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476500"/>
            <wp:docPr id="1" name="Picture 1" descr="上集主线：制作 X-ray、装进 Agent 工具，并在真实仓库完成第一次本地闭环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episode-guid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76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上集主线：制作 X-ray、装进 Agent 工具，并在真实仓库完成第一次本地闭环</w:t>
      </w:r>
    </w:p>
    <w:p>
      <w:r>
        <w:rPr>
          <w:rFonts w:ascii="Calibri" w:hAnsi="Calibri" w:eastAsia="Microsoft YaHei"/>
        </w:rPr>
        <w:t>这一集会稍长，因为我们要一次完成两个动作：</w:t>
      </w:r>
      <w:r>
        <w:rPr>
          <w:rFonts w:ascii="Calibri" w:hAnsi="Calibri" w:eastAsia="Microsoft YaHei"/>
          <w:b/>
        </w:rPr>
        <w:t>从零制作 X-ray，再把它装进 CodeBuddy，在一个真实仓库里跑通第一次闭环。</w:t>
      </w:r>
    </w:p>
    <w:p>
      <w:pPr>
        <w:pStyle w:val="ListBullet"/>
      </w:pPr>
      <w:r>
        <w:rPr>
          <w:rFonts w:ascii="Calibri" w:hAnsi="Calibri" w:eastAsia="Microsoft YaHei"/>
          <w:b/>
        </w:rPr>
        <w:t>预计用时</w:t>
      </w:r>
      <w:r>
        <w:rPr>
          <w:rFonts w:ascii="Calibri" w:hAnsi="Calibri" w:eastAsia="Microsoft YaHei"/>
        </w:rPr>
        <w:t>：35～50 分钟；代码可以直接复制，不要求提前会 Python。</w:t>
      </w:r>
    </w:p>
    <w:p>
      <w:pPr>
        <w:pStyle w:val="ListBullet"/>
      </w:pPr>
      <w:r>
        <w:rPr>
          <w:rFonts w:ascii="Calibri" w:hAnsi="Calibri" w:eastAsia="Microsoft YaHei"/>
          <w:b/>
        </w:rPr>
        <w:t>成功标志</w:t>
      </w:r>
      <w:r>
        <w:rPr>
          <w:rFonts w:ascii="Calibri" w:hAnsi="Calibri" w:eastAsia="Microsoft YaHei"/>
        </w:rPr>
        <w:t xml:space="preserve">：测试目录里出现 </w:t>
      </w:r>
      <w:r>
        <w:rPr>
          <w:rFonts w:ascii="Consolas" w:hAnsi="Consolas" w:eastAsia="Consolas"/>
          <w:color w:val="496A76"/>
          <w:sz w:val="19"/>
        </w:rPr>
        <w:t>xray-data.json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Consolas"/>
          <w:color w:val="496A76"/>
          <w:sz w:val="19"/>
        </w:rPr>
        <w:t>xray-report.html</w:t>
      </w:r>
      <w:r>
        <w:rPr>
          <w:rFonts w:ascii="Calibri" w:hAnsi="Calibri" w:eastAsia="Microsoft YaHei"/>
        </w:rPr>
        <w:t>，浏览器能打开一份完整的项目分析报告。</w:t>
      </w:r>
    </w:p>
    <w:p>
      <w:pPr>
        <w:pStyle w:val="ListBullet"/>
      </w:pPr>
      <w:r>
        <w:rPr>
          <w:rFonts w:ascii="Calibri" w:hAnsi="Calibri" w:eastAsia="Microsoft YaHei"/>
          <w:b/>
        </w:rPr>
        <w:t>今天不做</w:t>
      </w:r>
      <w:r>
        <w:rPr>
          <w:rFonts w:ascii="Calibri" w:hAnsi="Calibri" w:eastAsia="Microsoft YaHei"/>
        </w:rPr>
        <w:t>：不发布 GitHub，不碰 ClawHub，也不运行测试仓库自己的项目代码。</w:t>
      </w:r>
    </w:p>
    <w:p>
      <w:r>
        <w:rPr>
          <w:rFonts w:ascii="Calibri" w:hAnsi="Calibri" w:eastAsia="Microsoft YaHei"/>
        </w:rPr>
        <w:t>不用先把 Skill 的所有原理背下来。今天的目标很朴素：像小时候抄一遍代码那样，把一条完整路线亲手走通，手感自然就来了。</w:t>
      </w:r>
    </w:p>
    <w:p>
      <w:pPr>
        <w:pStyle w:val="Heading1"/>
      </w:pPr>
      <w:r>
        <w:rPr>
          <w:rFonts w:ascii="Calibri" w:hAnsi="Calibri" w:eastAsia="Microsoft YaHei"/>
        </w:rPr>
        <w:t>1. 先准备四样东西</w:t>
      </w:r>
    </w:p>
    <w:p>
      <w:r>
        <w:rPr>
          <w:rFonts w:ascii="Calibri" w:hAnsi="Calibri" w:eastAsia="Microsoft YaHei"/>
        </w:rPr>
        <w:t>第一次出现的工具，我们都只讲“马上要用的那一点”。已经装好的，直接跳过。</w:t>
      </w:r>
    </w:p>
    <w:p>
      <w:pPr>
        <w:pStyle w:val="ListBullet"/>
      </w:pPr>
      <w:r>
        <w:rPr>
          <w:rFonts w:ascii="Calibri" w:hAnsi="Calibri" w:eastAsia="Microsoft YaHei"/>
          <w:b/>
        </w:rPr>
        <w:t>[CodeBuddy IDE](https://www.codebuddy.cn/ide/)</w:t>
      </w:r>
      <w:r>
        <w:rPr>
          <w:rFonts w:ascii="Calibri" w:hAnsi="Calibri" w:eastAsia="Microsoft YaHei"/>
        </w:rPr>
        <w:t>：一款带 Agent 能力的 AI 编程工具，本集用它加载并调用 X-ray。Windows 10+、macOS 和 Linux 都有安装包；</w:t>
      </w:r>
      <w:hyperlink r:id="rId12">
        <w:r>
          <w:rPr>
            <w:color w:val="4F9E8B"/>
            <w:u w:val="single"/>
          </w:rPr>
          <w:t>官方安装说明在这里</w:t>
        </w:r>
      </w:hyperlink>
      <w:r>
        <w:rPr>
          <w:rFonts w:ascii="Calibri" w:hAnsi="Calibri" w:eastAsia="Microsoft YaHei"/>
        </w:rPr>
        <w:t>。能打开一个本地文件夹并进入 Agent 对话，就算准备完成。</w:t>
      </w:r>
    </w:p>
    <w:p>
      <w:pPr>
        <w:pStyle w:val="ListBullet"/>
      </w:pPr>
      <w:r>
        <w:rPr>
          <w:rFonts w:ascii="Calibri" w:hAnsi="Calibri" w:eastAsia="Microsoft YaHei"/>
          <w:b/>
        </w:rPr>
        <w:t>[Python 3](https://www.python.org/downloads/)</w:t>
      </w:r>
      <w:r>
        <w:rPr>
          <w:rFonts w:ascii="Calibri" w:hAnsi="Calibri" w:eastAsia="Microsoft YaHei"/>
        </w:rPr>
        <w:t xml:space="preserve">：负责运行扫描脚本。在 PowerShell 执行 </w:t>
      </w:r>
      <w:r>
        <w:rPr>
          <w:rFonts w:ascii="Consolas" w:hAnsi="Consolas" w:eastAsia="Consolas"/>
          <w:color w:val="496A76"/>
          <w:sz w:val="19"/>
        </w:rPr>
        <w:t>python --version</w:t>
      </w:r>
      <w:r>
        <w:rPr>
          <w:rFonts w:ascii="Calibri" w:hAnsi="Calibri" w:eastAsia="Microsoft YaHei"/>
        </w:rPr>
        <w:t xml:space="preserve">，能看到 </w:t>
      </w:r>
      <w:r>
        <w:rPr>
          <w:rFonts w:ascii="Consolas" w:hAnsi="Consolas" w:eastAsia="Consolas"/>
          <w:color w:val="496A76"/>
          <w:sz w:val="19"/>
        </w:rPr>
        <w:t>Python 3.x</w:t>
      </w:r>
      <w:r>
        <w:rPr>
          <w:rFonts w:ascii="Calibri" w:hAnsi="Calibri" w:eastAsia="Microsoft YaHei"/>
        </w:rPr>
        <w:t xml:space="preserve"> 就不用重装；如果系统只认 </w:t>
      </w:r>
      <w:r>
        <w:rPr>
          <w:rFonts w:ascii="Consolas" w:hAnsi="Consolas" w:eastAsia="Consolas"/>
          <w:color w:val="496A76"/>
          <w:sz w:val="19"/>
        </w:rPr>
        <w:t>py --version</w:t>
      </w:r>
      <w:r>
        <w:rPr>
          <w:rFonts w:ascii="Calibri" w:hAnsi="Calibri" w:eastAsia="Microsoft YaHei"/>
        </w:rPr>
        <w:t xml:space="preserve">，后文把 </w:t>
      </w:r>
      <w:r>
        <w:rPr>
          <w:rFonts w:ascii="Consolas" w:hAnsi="Consolas" w:eastAsia="Consolas"/>
          <w:color w:val="496A76"/>
          <w:sz w:val="19"/>
        </w:rPr>
        <w:t>python</w:t>
      </w:r>
      <w:r>
        <w:rPr>
          <w:rFonts w:ascii="Calibri" w:hAnsi="Calibri" w:eastAsia="Microsoft YaHei"/>
        </w:rPr>
        <w:t xml:space="preserve"> 换成 </w:t>
      </w:r>
      <w:r>
        <w:rPr>
          <w:rFonts w:ascii="Consolas" w:hAnsi="Consolas" w:eastAsia="Consolas"/>
          <w:color w:val="496A76"/>
          <w:sz w:val="19"/>
        </w:rPr>
        <w:t>py</w:t>
      </w:r>
      <w:r>
        <w:rPr>
          <w:rFonts w:ascii="Calibri" w:hAnsi="Calibri" w:eastAsia="Microsoft YaHei"/>
        </w:rPr>
        <w:t xml:space="preserve"> 即可。</w:t>
      </w:r>
    </w:p>
    <w:p>
      <w:pPr>
        <w:pStyle w:val="ListBullet"/>
      </w:pPr>
      <w:r>
        <w:rPr>
          <w:rFonts w:ascii="Calibri" w:hAnsi="Calibri" w:eastAsia="Microsoft YaHei"/>
          <w:b/>
        </w:rPr>
        <w:t>[Git](https://git-scm.com/downloads)</w:t>
      </w:r>
      <w:r>
        <w:rPr>
          <w:rFonts w:ascii="Calibri" w:hAnsi="Calibri" w:eastAsia="Microsoft YaHei"/>
        </w:rPr>
        <w:t xml:space="preserve">：负责把测试项目克隆到电脑。执行 </w:t>
      </w:r>
      <w:r>
        <w:rPr>
          <w:rFonts w:ascii="Consolas" w:hAnsi="Consolas" w:eastAsia="Consolas"/>
          <w:color w:val="496A76"/>
          <w:sz w:val="19"/>
        </w:rPr>
        <w:t>git --version</w:t>
      </w:r>
      <w:r>
        <w:rPr>
          <w:rFonts w:ascii="Calibri" w:hAnsi="Calibri" w:eastAsia="Microsoft YaHei"/>
        </w:rPr>
        <w:t>，能看到版本号就算过关。</w:t>
      </w:r>
    </w:p>
    <w:p>
      <w:pPr>
        <w:pStyle w:val="ListBullet"/>
      </w:pPr>
      <w:r>
        <w:rPr>
          <w:rFonts w:ascii="Calibri" w:hAnsi="Calibri" w:eastAsia="Microsoft YaHei"/>
          <w:b/>
        </w:rPr>
        <w:t>[VS Code](https://code.visualstudio.com/Download)</w:t>
      </w:r>
      <w:r>
        <w:rPr>
          <w:rFonts w:ascii="Calibri" w:hAnsi="Calibri" w:eastAsia="Microsoft YaHei"/>
        </w:rPr>
        <w:t>：选装。素材里的部分代码编辑画面来自 VS Code 风格界面；只用 CodeBuddy 也能完成，不需要为了截图长得一样再装一套编辑器。</w:t>
      </w:r>
    </w:p>
    <w:p>
      <w:r>
        <w:rPr>
          <w:rFonts w:ascii="Calibri" w:hAnsi="Calibri" w:eastAsia="Microsoft YaHei"/>
        </w:rPr>
        <w:t>公司电脑如果没有安装权限，先走组织的软件准入流程。教程可以等等，安全制度不适合“曲线救国”。</w:t>
      </w:r>
    </w:p>
    <w:p>
      <w:pPr>
        <w:pStyle w:val="Heading1"/>
      </w:pPr>
      <w:r>
        <w:rPr>
          <w:rFonts w:ascii="Calibri" w:hAnsi="Calibri" w:eastAsia="Microsoft YaHei"/>
        </w:rPr>
        <w:t>2. Skill 到底是什么？</w:t>
      </w:r>
    </w:p>
    <w:p>
      <w:r>
        <w:rPr>
          <w:rFonts w:ascii="Calibri" w:hAnsi="Calibri" w:eastAsia="Microsoft YaHei"/>
        </w:rPr>
        <w:t>说白了，Skill 是一套保存下来的做事方法。</w:t>
      </w:r>
    </w:p>
    <w:p>
      <w:r>
        <w:rPr>
          <w:rFonts w:ascii="Calibri" w:hAnsi="Calibri" w:eastAsia="Microsoft YaHei"/>
        </w:rPr>
        <w:t xml:space="preserve">普通提示词像临时口头交代；Skill 更像 Agent 的“岗位说明书 + 工具箱”。下次换一个项目，不用重新解释几十行要求，只要调用 </w:t>
      </w:r>
      <w:r>
        <w:rPr>
          <w:rFonts w:ascii="Consolas" w:hAnsi="Consolas" w:eastAsia="Consolas"/>
          <w:color w:val="496A76"/>
          <w:sz w:val="19"/>
        </w:rPr>
        <w:t>/x-ray</w:t>
      </w:r>
      <w:r>
        <w:rPr>
          <w:rFonts w:ascii="Calibri" w:hAnsi="Calibri" w:eastAsia="Microsoft YaHei"/>
        </w:rPr>
        <w:t>，Agent 就知道应该先扫描、再读证据、最后交付报告。</w:t>
      </w:r>
    </w:p>
    <w:p>
      <w:r>
        <w:rPr>
          <w:rFonts w:ascii="Calibri" w:hAnsi="Calibri" w:eastAsia="Microsoft YaHei"/>
        </w:rPr>
        <w:t>OpenAI 的</w:t>
      </w:r>
      <w:hyperlink r:id="rId13">
        <w:r>
          <w:rPr>
            <w:color w:val="4F9E8B"/>
            <w:u w:val="single"/>
          </w:rPr>
          <w:t>可复用 Skill 教程</w:t>
        </w:r>
      </w:hyperlink>
      <w:r>
        <w:rPr>
          <w:rFonts w:ascii="Calibri" w:hAnsi="Calibri" w:eastAsia="Microsoft YaHei"/>
        </w:rPr>
        <w:t>采用同样的分层思路。不同工具的安装目录和唤起方式会不同，但下面四个位置很好记：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476500"/>
            <wp:docPr id="2" name="Picture 2" descr="一个 Skill 的四个位置：说明、脚本、分析规则与报告模板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skill-anatomy-diagram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76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一个 Skill 的四个位置：说明、脚本、分析规则与报告模板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SKILL.md</w:t>
      </w:r>
      <w:r>
        <w:rPr>
          <w:rFonts w:ascii="Calibri" w:hAnsi="Calibri" w:eastAsia="Microsoft YaHei"/>
        </w:rPr>
        <w:t>：告诉 Agent 什么时候上班、按什么流程工作、哪些事不能做。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scripts/</w:t>
      </w:r>
      <w:r>
        <w:rPr>
          <w:rFonts w:ascii="Calibri" w:hAnsi="Calibri" w:eastAsia="Microsoft YaHei"/>
        </w:rPr>
        <w:t>：负责数文件、识别配置等确定性工作。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references/</w:t>
      </w:r>
      <w:r>
        <w:rPr>
          <w:rFonts w:ascii="Calibri" w:hAnsi="Calibri" w:eastAsia="Microsoft YaHei"/>
        </w:rPr>
        <w:t>：保存分析规则，帮助 Agent 区分事实和推断。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assets/</w:t>
      </w:r>
      <w:r>
        <w:rPr>
          <w:rFonts w:ascii="Calibri" w:hAnsi="Calibri" w:eastAsia="Microsoft YaHei"/>
        </w:rPr>
        <w:t>：保存最终报告会用到的模板。</w:t>
      </w:r>
    </w:p>
    <w:p>
      <w:r>
        <w:rPr>
          <w:rFonts w:ascii="Calibri" w:hAnsi="Calibri" w:eastAsia="Microsoft YaHei"/>
        </w:rPr>
        <w:t>X-ray 的设计原则只有一句：</w:t>
      </w:r>
      <w:r>
        <w:rPr>
          <w:rFonts w:ascii="Calibri" w:hAnsi="Calibri" w:eastAsia="Microsoft YaHei"/>
          <w:b/>
        </w:rPr>
        <w:t>代码负责测量，Agent 负责理解，HTML 负责展示。</w:t>
      </w:r>
    </w:p>
    <w:p>
      <w:pPr>
        <w:pStyle w:val="Heading1"/>
      </w:pPr>
      <w:r>
        <w:rPr>
          <w:rFonts w:ascii="Calibri" w:hAnsi="Calibri" w:eastAsia="Microsoft YaHei"/>
        </w:rPr>
        <w:t>3. 搭好 X-ray 的空骨架</w:t>
      </w:r>
    </w:p>
    <w:p>
      <w:r>
        <w:rPr>
          <w:rFonts w:ascii="Calibri" w:hAnsi="Calibri" w:eastAsia="Microsoft YaHei"/>
        </w:rPr>
        <w:t>这一步的作用，是先把 Skill 的四类内容分开放好，后面不会把说明、脚本和模板搅成一锅粥。</w:t>
      </w:r>
    </w:p>
    <w:p>
      <w:r>
        <w:rPr>
          <w:rFonts w:ascii="Calibri" w:hAnsi="Calibri" w:eastAsia="Microsoft YaHei"/>
        </w:rPr>
        <w:t xml:space="preserve">先在桌面创建一个名为 </w:t>
      </w:r>
      <w:r>
        <w:rPr>
          <w:rFonts w:ascii="Consolas" w:hAnsi="Consolas" w:eastAsia="Consolas"/>
          <w:color w:val="496A76"/>
          <w:sz w:val="19"/>
        </w:rPr>
        <w:t>x-ray</w:t>
      </w:r>
      <w:r>
        <w:rPr>
          <w:rFonts w:ascii="Calibri" w:hAnsi="Calibri" w:eastAsia="Microsoft YaHei"/>
        </w:rPr>
        <w:t xml:space="preserve"> 的文件夹。你可以使用 CodeBuddy、VS Code，或者直接用系统文件管理器。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498132"/>
            <wp:docPr id="3" name="Picture 3" descr="先创建一个名为 x-ray 的空文件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create-skill-folder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981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先创建一个名为 x-ray 的空文件夹</w:t>
      </w:r>
    </w:p>
    <w:p>
      <w:r>
        <w:rPr>
          <w:rFonts w:ascii="Calibri" w:hAnsi="Calibri" w:eastAsia="Microsoft YaHei"/>
        </w:rPr>
        <w:t>接着在里面创建三个文件夹和一个文件：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x-ray/</w:t>
        <w:br/>
        <w:t>├─ assets/</w:t>
        <w:br/>
        <w:t>├─ references/</w:t>
        <w:br/>
        <w:t>├─ scripts/</w:t>
        <w:br/>
        <w:t>└─ SKILL.md</w:t>
      </w:r>
    </w:p>
    <w:p>
      <w:r>
        <w:rPr>
          <w:rFonts w:ascii="Calibri" w:hAnsi="Calibri" w:eastAsia="Microsoft YaHei"/>
        </w:rPr>
        <w:t>也可以在 PowerShell 中一次完成：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New-Item -ItemType Directory -Force x-ray</w:t>
        <w:br/>
        <w:t>Set-Location x-ray</w:t>
        <w:br/>
        <w:t>New-Item -ItemType Directory -Force assets, references, scripts</w:t>
        <w:br/>
        <w:t>New-Item -ItemType File -Force SKILL.md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224946"/>
            <wp:docPr id="4" name="Picture 4" descr="X-ray 的基础目录包含 assets、references、scripts 和 SKILL.m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skill-folder-structur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249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X-ray 的基础目录包含 assets、references、scripts 和 SKILL.md</w:t>
      </w:r>
    </w:p>
    <w:p>
      <w:r>
        <w:rPr>
          <w:rFonts w:ascii="Calibri" w:hAnsi="Calibri" w:eastAsia="Microsoft YaHei"/>
          <w:b/>
        </w:rPr>
        <w:t>看到什么算成功：</w:t>
      </w:r>
      <w:r>
        <w:rPr>
          <w:rFonts w:ascii="Calibri" w:hAnsi="Calibri" w:eastAsia="Microsoft YaHei"/>
        </w:rPr>
        <w:t xml:space="preserve"> 左侧文件树和截图一样，有三个文件夹与 </w:t>
      </w:r>
      <w:r>
        <w:rPr>
          <w:rFonts w:ascii="Consolas" w:hAnsi="Consolas" w:eastAsia="Consolas"/>
          <w:color w:val="496A76"/>
          <w:sz w:val="19"/>
        </w:rPr>
        <w:t>SKILL.md</w:t>
      </w:r>
      <w:r>
        <w:rPr>
          <w:rFonts w:ascii="Calibri" w:hAnsi="Calibri" w:eastAsia="Microsoft YaHei"/>
        </w:rPr>
        <w:t>。现在它还不会干活，但办公室已经装修完了。</w:t>
      </w:r>
    </w:p>
    <w:p>
      <w:pPr>
        <w:pStyle w:val="Heading1"/>
      </w:pPr>
      <w:r>
        <w:rPr>
          <w:rFonts w:ascii="Calibri" w:hAnsi="Calibri" w:eastAsia="Microsoft YaHei"/>
        </w:rPr>
        <w:t>4. 写 SKILL.md：先把岗位说清楚</w:t>
      </w:r>
    </w:p>
    <w:p>
      <w:r>
        <w:rPr>
          <w:rFonts w:ascii="Consolas" w:hAnsi="Consolas" w:eastAsia="Consolas"/>
          <w:color w:val="496A76"/>
          <w:sz w:val="19"/>
        </w:rPr>
        <w:t>SKILL.md</w:t>
      </w:r>
      <w:r>
        <w:rPr>
          <w:rFonts w:ascii="Calibri" w:hAnsi="Calibri" w:eastAsia="Microsoft YaHei"/>
        </w:rPr>
        <w:t xml:space="preserve"> 相当于写给 Agent 的岗位说明书：它决定什么时候触发、按什么顺序工作，以及哪些事绝对不能做。</w:t>
      </w:r>
    </w:p>
    <w:p>
      <w:r>
        <w:rPr>
          <w:rFonts w:ascii="Calibri" w:hAnsi="Calibri" w:eastAsia="Microsoft YaHei"/>
        </w:rPr>
        <w:t xml:space="preserve">把下面内容完整写入 </w:t>
      </w:r>
      <w:r>
        <w:rPr>
          <w:rFonts w:ascii="Consolas" w:hAnsi="Consolas" w:eastAsia="Consolas"/>
          <w:color w:val="496A76"/>
          <w:sz w:val="19"/>
        </w:rPr>
        <w:t>SKILL.md</w:t>
      </w:r>
      <w:r>
        <w:rPr>
          <w:rFonts w:ascii="Calibri" w:hAnsi="Calibri" w:eastAsia="Microsoft YaHei"/>
        </w:rPr>
        <w:t>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MARKDOWN</w:t>
        <w:br/>
      </w:r>
      <w:r>
        <w:rPr>
          <w:rFonts w:ascii="Consolas" w:hAnsi="Consolas" w:eastAsia="Consolas"/>
          <w:color w:val="20242A"/>
          <w:sz w:val="18"/>
        </w:rPr>
        <w:t>---</w:t>
        <w:br/>
        <w:t>name: x-ray</w:t>
        <w:br/>
        <w:t>description: 扫描一个陌生的软件项目，快速识别项目类型、技术栈、架构、文件结构、复杂度和学习价值。适用于用户希望快速理解、探索、检查或接手一个陌生代码库的场景。</w:t>
        <w:br/>
        <w:t>---</w:t>
        <w:br/>
        <w:br/>
        <w:t># X-ray</w:t>
        <w:br/>
        <w:br/>
        <w:t>分析当前软件项目，并生成一份简洁、可视化的项目概览。</w:t>
        <w:br/>
        <w:br/>
        <w:t>## 目标</w:t>
        <w:br/>
        <w:br/>
        <w:t>调用 X-ray 时：</w:t>
        <w:br/>
        <w:br/>
        <w:t>1. 扫描项目目录结构。</w:t>
        <w:br/>
        <w:t>2. 判断项目是什么类型。</w:t>
        <w:br/>
        <w:t>3. 识别主要技术栈。</w:t>
        <w:br/>
        <w:t>4. 找出重要目录和关键文件。</w:t>
        <w:br/>
        <w:t>5. 推断项目的整体架构。</w:t>
        <w:br/>
        <w:t>6. 评估项目复杂度。</w:t>
        <w:br/>
        <w:t>7. 判断这个项目适合哪些方向的人学习。</w:t>
        <w:br/>
        <w:t>8. 推荐理解项目的阅读顺序。</w:t>
        <w:br/>
        <w:t>9. 最终生成一个独立可打开的 HTML 可视化报告。</w:t>
        <w:br/>
        <w:br/>
        <w:t>## 安全规则</w:t>
        <w:br/>
        <w:br/>
        <w:t>默认把项目视为只读。</w:t>
        <w:br/>
        <w:br/>
        <w:t>不要：</w:t>
        <w:br/>
        <w:br/>
        <w:t>- 修改项目源代码；</w:t>
        <w:br/>
        <w:t>- 安装依赖；</w:t>
        <w:br/>
        <w:t>- 执行项目代码；</w:t>
        <w:br/>
        <w:t>- 读取或暴露 `.env` 等文件中的敏感信息；</w:t>
        <w:br/>
        <w:t>- 执行未知脚本。</w:t>
        <w:br/>
        <w:br/>
        <w:t>优先使用静态分析和文件读取来理解项目。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3064367"/>
            <wp:docPr id="5" name="Picture 5" descr="在 SKILL.md 中写清目标、流程与只读安全边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write-skill-md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0643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在 SKILL.md 中写清目标、流程与只读安全边界</w:t>
      </w:r>
    </w:p>
    <w:p>
      <w:r>
        <w:rPr>
          <w:rFonts w:ascii="Calibri" w:hAnsi="Calibri" w:eastAsia="Microsoft YaHei"/>
        </w:rPr>
        <w:t>这里最重要的不是写得多，而是三件事写清楚：</w:t>
      </w:r>
      <w:r>
        <w:rPr>
          <w:rFonts w:ascii="Calibri" w:hAnsi="Calibri" w:eastAsia="Microsoft YaHei"/>
          <w:b/>
        </w:rPr>
        <w:t>什么时候触发、要交付什么、不能碰什么。</w:t>
      </w:r>
      <w:r>
        <w:rPr>
          <w:rFonts w:ascii="Calibri" w:hAnsi="Calibri" w:eastAsia="Microsoft YaHei"/>
        </w:rPr>
        <w:t xml:space="preserve"> 陌生仓库里的脚本不能因为名字亲切就随手运行，</w:t>
      </w:r>
      <w:r>
        <w:rPr>
          <w:rFonts w:ascii="Consolas" w:hAnsi="Consolas" w:eastAsia="Consolas"/>
          <w:color w:val="496A76"/>
          <w:sz w:val="19"/>
        </w:rPr>
        <w:t>.env</w:t>
      </w:r>
      <w:r>
        <w:rPr>
          <w:rFonts w:ascii="Calibri" w:hAnsi="Calibri" w:eastAsia="Microsoft YaHei"/>
        </w:rPr>
        <w:t xml:space="preserve"> 也不是项目欢迎词。</w:t>
      </w:r>
    </w:p>
    <w:p>
      <w:pPr>
        <w:pStyle w:val="Heading1"/>
      </w:pPr>
      <w:r>
        <w:rPr>
          <w:rFonts w:ascii="Calibri" w:hAnsi="Calibri" w:eastAsia="Microsoft YaHei"/>
        </w:rPr>
        <w:t>5. 写第一个脚本：先学会“数”</w:t>
      </w:r>
    </w:p>
    <w:p>
      <w:r>
        <w:rPr>
          <w:rFonts w:ascii="Calibri" w:hAnsi="Calibri" w:eastAsia="Microsoft YaHei"/>
        </w:rPr>
        <w:t>大模型擅长理解，但不适合自己数几百个文件。这一步先把“数文件、认语言”交给脚本，得到可靠的一手数据。</w:t>
      </w:r>
    </w:p>
    <w:p>
      <w:r>
        <w:rPr>
          <w:rFonts w:ascii="Calibri" w:hAnsi="Calibri" w:eastAsia="Microsoft YaHei"/>
        </w:rPr>
        <w:t xml:space="preserve">在 </w:t>
      </w:r>
      <w:r>
        <w:rPr>
          <w:rFonts w:ascii="Consolas" w:hAnsi="Consolas" w:eastAsia="Consolas"/>
          <w:color w:val="496A76"/>
          <w:sz w:val="19"/>
        </w:rPr>
        <w:t>scripts</w:t>
      </w:r>
      <w:r>
        <w:rPr>
          <w:rFonts w:ascii="Calibri" w:hAnsi="Calibri" w:eastAsia="Microsoft YaHei"/>
        </w:rPr>
        <w:t xml:space="preserve"> 目录创建 </w:t>
      </w:r>
      <w:r>
        <w:rPr>
          <w:rFonts w:ascii="Consolas" w:hAnsi="Consolas" w:eastAsia="Consolas"/>
          <w:color w:val="496A76"/>
          <w:sz w:val="19"/>
        </w:rPr>
        <w:t>scan_repo.py</w:t>
      </w:r>
      <w:r>
        <w:rPr>
          <w:rFonts w:ascii="Calibri" w:hAnsi="Calibri" w:eastAsia="Microsoft YaHei"/>
        </w:rPr>
        <w:t>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3482258"/>
            <wp:docPr id="6" name="Picture 6" descr="在 scripts 目录创建 scan_repo.py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create-scan-script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4822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在 scripts 目录创建 scan_repo.py</w:t>
      </w:r>
    </w:p>
    <w:p>
      <w:r>
        <w:rPr>
          <w:rFonts w:ascii="Calibri" w:hAnsi="Calibri" w:eastAsia="Microsoft YaHei"/>
        </w:rPr>
        <w:t>接下来正文直接提供可复制的完整代码。为了不让同一段内容占两遍版面，长代码截图不再重复插入；我们只保留创建文件、执行命令和结果验收的真实画面。清晰代码原图仍完整保存在本集图片集中。</w:t>
      </w:r>
    </w:p>
    <w:p>
      <w:r>
        <w:rPr>
          <w:rFonts w:ascii="Calibri" w:hAnsi="Calibri" w:eastAsia="Microsoft YaHei"/>
        </w:rPr>
        <w:t>复制下面的完整代码：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PYTHON</w:t>
        <w:br/>
      </w:r>
      <w:r>
        <w:rPr>
          <w:rFonts w:ascii="Consolas" w:hAnsi="Consolas" w:eastAsia="Consolas"/>
          <w:color w:val="20242A"/>
          <w:sz w:val="18"/>
        </w:rPr>
        <w:t>from pathlib import Path</w:t>
        <w:br/>
        <w:t>from collections import Counter</w:t>
        <w:br/>
        <w:t>import json</w:t>
        <w:br/>
        <w:t>import sys</w:t>
        <w:br/>
        <w:br/>
        <w:t>IGNORE_DIRS = {</w:t>
        <w:br/>
        <w:t xml:space="preserve">    ".git",</w:t>
        <w:br/>
        <w:t xml:space="preserve">    "node_modules",</w:t>
        <w:br/>
        <w:t xml:space="preserve">    ".next",</w:t>
        <w:br/>
        <w:t xml:space="preserve">    "dist",</w:t>
        <w:br/>
        <w:t xml:space="preserve">    "build",</w:t>
        <w:br/>
        <w:t xml:space="preserve">    "__pycache__",</w:t>
        <w:br/>
        <w:t xml:space="preserve">    ".venv",</w:t>
        <w:br/>
        <w:t xml:space="preserve">    "venv",</w:t>
        <w:br/>
        <w:t>}</w:t>
        <w:br/>
        <w:br/>
        <w:t>LANGUAGE_MAP = {</w:t>
        <w:br/>
        <w:t xml:space="preserve">    ".py": "Python",</w:t>
        <w:br/>
        <w:t xml:space="preserve">    ".js": "JavaScript",</w:t>
        <w:br/>
        <w:t xml:space="preserve">    ".jsx": "JavaScript",</w:t>
        <w:br/>
        <w:t xml:space="preserve">    ".ts": "TypeScript",</w:t>
        <w:br/>
        <w:t xml:space="preserve">    ".tsx": "TypeScript",</w:t>
        <w:br/>
        <w:t xml:space="preserve">    ".java": "Java",</w:t>
        <w:br/>
        <w:t xml:space="preserve">    ".go": "Go",</w:t>
        <w:br/>
        <w:t xml:space="preserve">    ".rs": "Rust",</w:t>
        <w:br/>
        <w:t xml:space="preserve">    ".rb": "Ruby",</w:t>
        <w:br/>
        <w:t xml:space="preserve">    ".php": "PHP",</w:t>
        <w:br/>
        <w:t xml:space="preserve">    ".cs": "C#",</w:t>
        <w:br/>
        <w:t xml:space="preserve">    ".cpp": "C++",</w:t>
        <w:br/>
        <w:t xml:space="preserve">    ".c": "C",</w:t>
        <w:br/>
        <w:t xml:space="preserve">    ".swift": "Swift",</w:t>
        <w:br/>
        <w:t xml:space="preserve">    ".kt": "Kotlin",</w:t>
        <w:br/>
        <w:t xml:space="preserve">    ".vue": "Vue",</w:t>
        <w:br/>
        <w:t xml:space="preserve">    ".svelte": "Svelte",</w:t>
        <w:br/>
        <w:t>}</w:t>
        <w:br/>
        <w:br/>
        <w:br/>
        <w:t>def should_ignore(path: Path) -&gt; bool:</w:t>
        <w:br/>
        <w:t xml:space="preserve">    return any(part in IGNORE_DIRS for part in path.parts)</w:t>
        <w:br/>
        <w:br/>
        <w:br/>
        <w:t>def scan_repository(root: Path):</w:t>
        <w:br/>
        <w:t xml:space="preserve">    files = []</w:t>
        <w:br/>
        <w:t xml:space="preserve">    directories = set()</w:t>
        <w:br/>
        <w:t xml:space="preserve">    languages = Counter()</w:t>
        <w:br/>
        <w:br/>
        <w:t xml:space="preserve">    for path in root.rglob("*"):</w:t>
        <w:br/>
        <w:t xml:space="preserve">        if should_ignore(path.relative_to(root)):</w:t>
        <w:br/>
        <w:t xml:space="preserve">            continue</w:t>
        <w:br/>
        <w:br/>
        <w:t xml:space="preserve">        if path.is_dir():</w:t>
        <w:br/>
        <w:t xml:space="preserve">            directories.add(str(path.relative_to(root)))</w:t>
        <w:br/>
        <w:t xml:space="preserve">            continue</w:t>
        <w:br/>
        <w:br/>
        <w:t xml:space="preserve">        files.append(str(path.relative_to(root)))</w:t>
        <w:br/>
        <w:br/>
        <w:t xml:space="preserve">        language = LANGUAGE_MAP.get(path.suffix.lower())</w:t>
        <w:br/>
        <w:t xml:space="preserve">        if language:</w:t>
        <w:br/>
        <w:t xml:space="preserve">            languages[language] += 1</w:t>
        <w:br/>
        <w:br/>
        <w:t xml:space="preserve">    return {</w:t>
        <w:br/>
        <w:t xml:space="preserve">        "project_name": root.name,</w:t>
        <w:br/>
        <w:t xml:space="preserve">        "total_files": len(files),</w:t>
        <w:br/>
        <w:t xml:space="preserve">        "total_directories": len(directories),</w:t>
        <w:br/>
        <w:t xml:space="preserve">        "languages": dict(languages.most_common()),</w:t>
        <w:br/>
        <w:t xml:space="preserve">        "files": files,</w:t>
        <w:br/>
        <w:t xml:space="preserve">    }</w:t>
        <w:br/>
        <w:br/>
        <w:br/>
        <w:t>def main():</w:t>
        <w:br/>
        <w:t xml:space="preserve">    target = Path(sys.argv[1] if len(sys.argv) &gt; 1 else ".").resolve()</w:t>
        <w:br/>
        <w:t xml:space="preserve">    result = scan_repository(target)</w:t>
        <w:br/>
        <w:br/>
        <w:t xml:space="preserve">    print(json.dumps(</w:t>
        <w:br/>
        <w:t xml:space="preserve">        result,</w:t>
        <w:br/>
        <w:t xml:space="preserve">        ensure_ascii=False,</w:t>
        <w:br/>
        <w:t xml:space="preserve">        indent=2</w:t>
        <w:br/>
        <w:t xml:space="preserve">    ))</w:t>
        <w:br/>
        <w:br/>
        <w:br/>
        <w:t>if __name__ == "__main__":</w:t>
        <w:br/>
        <w:t xml:space="preserve">    main()</w:t>
      </w:r>
    </w:p>
    <w:p>
      <w:r>
        <w:rPr>
          <w:rFonts w:ascii="Calibri" w:hAnsi="Calibri" w:eastAsia="Microsoft YaHei"/>
        </w:rPr>
        <w:t>它做的事情很朴素：跳过缓存和依赖目录，统计文件、目录、语言，再把文件清单交出来。模型不用自己掰手指数 174 个文件，我们已经给它配了计算器。</w:t>
      </w:r>
    </w:p>
    <w:p>
      <w:r>
        <w:rPr>
          <w:rFonts w:ascii="Calibri" w:hAnsi="Calibri" w:eastAsia="Microsoft YaHei"/>
        </w:rPr>
        <w:t xml:space="preserve">在 </w:t>
      </w:r>
      <w:r>
        <w:rPr>
          <w:rFonts w:ascii="Consolas" w:hAnsi="Consolas" w:eastAsia="Consolas"/>
          <w:color w:val="496A76"/>
          <w:sz w:val="19"/>
        </w:rPr>
        <w:t>x-ray</w:t>
      </w:r>
      <w:r>
        <w:rPr>
          <w:rFonts w:ascii="Calibri" w:hAnsi="Calibri" w:eastAsia="Microsoft YaHei"/>
        </w:rPr>
        <w:t xml:space="preserve"> 根目录打开终端，执行和截图一致的命令：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python scripts/scan_repo.py .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619360"/>
            <wp:docPr id="7" name="Picture 7" descr="运行 python scripts/scan_repo.py . 测试扫描脚本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run-scan-repo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193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运行 python scripts/scan_repo.py . 测试扫描脚本</w:t>
      </w:r>
    </w:p>
    <w:p>
      <w:r>
        <w:rPr>
          <w:rFonts w:ascii="Calibri" w:hAnsi="Calibri" w:eastAsia="Microsoft YaHei"/>
        </w:rPr>
        <w:t>正常情况下，终端会返回一段 JSON：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903070"/>
            <wp:docPr id="8" name="Picture 8" descr="扫描脚本返回项目名、文件数、目录数与语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scan-repo-result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30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扫描脚本返回项目名、文件数、目录数与语言</w:t>
      </w:r>
    </w:p>
    <w:p>
      <w:r>
        <w:rPr>
          <w:rFonts w:ascii="Calibri" w:hAnsi="Calibri" w:eastAsia="Microsoft YaHei"/>
          <w:b/>
        </w:rPr>
        <w:t>第一次小成功：</w:t>
      </w:r>
      <w:r>
        <w:rPr>
          <w:rFonts w:ascii="Calibri" w:hAnsi="Calibri" w:eastAsia="Microsoft YaHei"/>
        </w:rPr>
        <w:t xml:space="preserve"> 能看到 </w:t>
      </w:r>
      <w:r>
        <w:rPr>
          <w:rFonts w:ascii="Consolas" w:hAnsi="Consolas" w:eastAsia="Consolas"/>
          <w:color w:val="496A76"/>
          <w:sz w:val="19"/>
        </w:rPr>
        <w:t>project_name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Consolas"/>
          <w:color w:val="496A76"/>
          <w:sz w:val="19"/>
        </w:rPr>
        <w:t>total_files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Consolas"/>
          <w:color w:val="496A76"/>
          <w:sz w:val="19"/>
        </w:rPr>
        <w:t>total_directories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Consolas"/>
          <w:color w:val="496A76"/>
          <w:sz w:val="19"/>
        </w:rPr>
        <w:t>languages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Consolas"/>
          <w:color w:val="496A76"/>
          <w:sz w:val="19"/>
        </w:rPr>
        <w:t>files</w:t>
      </w:r>
      <w:r>
        <w:rPr>
          <w:rFonts w:ascii="Calibri" w:hAnsi="Calibri" w:eastAsia="Microsoft YaHei"/>
        </w:rPr>
        <w:t>，说明扫描脚本已经能工作。</w:t>
      </w:r>
    </w:p>
    <w:p>
      <w:pPr>
        <w:pStyle w:val="Heading1"/>
      </w:pPr>
      <w:r>
        <w:rPr>
          <w:rFonts w:ascii="Calibri" w:hAnsi="Calibri" w:eastAsia="Microsoft YaHei"/>
        </w:rPr>
        <w:t>6. 再写一个脚本：识别技术栈</w:t>
      </w:r>
    </w:p>
    <w:p>
      <w:r>
        <w:rPr>
          <w:rFonts w:ascii="Calibri" w:hAnsi="Calibri" w:eastAsia="Microsoft YaHei"/>
        </w:rPr>
        <w:t>只知道“有多少文件”还不够。这个脚本会根据真实配置文件识别技术栈，让 Agent 有证据再下结论。</w:t>
      </w:r>
    </w:p>
    <w:p>
      <w:r>
        <w:rPr>
          <w:rFonts w:ascii="Calibri" w:hAnsi="Calibri" w:eastAsia="Microsoft YaHei"/>
        </w:rPr>
        <w:t xml:space="preserve">继续在 </w:t>
      </w:r>
      <w:r>
        <w:rPr>
          <w:rFonts w:ascii="Consolas" w:hAnsi="Consolas" w:eastAsia="Consolas"/>
          <w:color w:val="496A76"/>
          <w:sz w:val="19"/>
        </w:rPr>
        <w:t>scripts</w:t>
      </w:r>
      <w:r>
        <w:rPr>
          <w:rFonts w:ascii="Calibri" w:hAnsi="Calibri" w:eastAsia="Microsoft YaHei"/>
        </w:rPr>
        <w:t xml:space="preserve"> 中创建 </w:t>
      </w:r>
      <w:r>
        <w:rPr>
          <w:rFonts w:ascii="Consolas" w:hAnsi="Consolas" w:eastAsia="Consolas"/>
          <w:color w:val="496A76"/>
          <w:sz w:val="19"/>
        </w:rPr>
        <w:t>detect_stack.py</w:t>
      </w:r>
      <w:r>
        <w:rPr>
          <w:rFonts w:ascii="Calibri" w:hAnsi="Calibri" w:eastAsia="Microsoft YaHei"/>
        </w:rPr>
        <w:t>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476580" cy="3749039"/>
            <wp:docPr id="9" name="Picture 9" descr="继续创建用于识别技术栈的 detect_stack.py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create-detect-stack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76580" cy="3749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继续创建用于识别技术栈的 detect_stack.py</w:t>
      </w:r>
    </w:p>
    <w:p>
      <w:r>
        <w:rPr>
          <w:rFonts w:ascii="Calibri" w:hAnsi="Calibri" w:eastAsia="Microsoft YaHei"/>
        </w:rPr>
        <w:t>复制下面代码：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PYTHON</w:t>
        <w:br/>
      </w:r>
      <w:r>
        <w:rPr>
          <w:rFonts w:ascii="Consolas" w:hAnsi="Consolas" w:eastAsia="Consolas"/>
          <w:color w:val="20242A"/>
          <w:sz w:val="18"/>
        </w:rPr>
        <w:t>from pathlib import Path</w:t>
        <w:br/>
        <w:t>import json</w:t>
        <w:br/>
        <w:t>import sys</w:t>
        <w:br/>
        <w:br/>
        <w:br/>
        <w:t>def load_json(path: Path):</w:t>
        <w:br/>
        <w:t xml:space="preserve">    try:</w:t>
        <w:br/>
        <w:t xml:space="preserve">        return json.loads(path.read_text(encoding="utf-8"))</w:t>
        <w:br/>
        <w:t xml:space="preserve">    except Exception:</w:t>
        <w:br/>
        <w:t xml:space="preserve">        return {}</w:t>
        <w:br/>
        <w:br/>
        <w:br/>
        <w:t>def detect_stack(root: Path):</w:t>
        <w:br/>
        <w:t xml:space="preserve">    detected = []</w:t>
        <w:br/>
        <w:br/>
        <w:t xml:space="preserve">    package_json = root / "package.json"</w:t>
        <w:br/>
        <w:br/>
        <w:t xml:space="preserve">    if package_json.exists():</w:t>
        <w:br/>
        <w:t xml:space="preserve">        detected.append("Node.js")</w:t>
        <w:br/>
        <w:t xml:space="preserve">        data = load_json(package_json)</w:t>
        <w:br/>
        <w:t xml:space="preserve">        dependencies = {}</w:t>
        <w:br/>
        <w:t xml:space="preserve">        dependencies.update(data.get("dependencies", {}))</w:t>
        <w:br/>
        <w:t xml:space="preserve">        dependencies.update(data.get("devDependencies", {}))</w:t>
        <w:br/>
        <w:br/>
        <w:t xml:space="preserve">        rules = {</w:t>
        <w:br/>
        <w:t xml:space="preserve">            "react": "React",</w:t>
        <w:br/>
        <w:t xml:space="preserve">            "next": "Next.js",</w:t>
        <w:br/>
        <w:t xml:space="preserve">            "vue": "Vue",</w:t>
        <w:br/>
        <w:t xml:space="preserve">            "nuxt": "Nuxt",</w:t>
        <w:br/>
        <w:t xml:space="preserve">            "svelte": "Svelte",</w:t>
        <w:br/>
        <w:t xml:space="preserve">            "@sveltejs/kit": "SvelteKit",</w:t>
        <w:br/>
        <w:t xml:space="preserve">            "express": "Express",</w:t>
        <w:br/>
        <w:t xml:space="preserve">            "fastify": "Fastify",</w:t>
        <w:br/>
        <w:t xml:space="preserve">            "nestjs": "NestJS",</w:t>
        <w:br/>
        <w:t xml:space="preserve">            "@nestjs/core": "NestJS",</w:t>
        <w:br/>
        <w:t xml:space="preserve">            "tailwindcss": "Tailwind CSS",</w:t>
        <w:br/>
        <w:t xml:space="preserve">            "prisma": "Prisma",</w:t>
        <w:br/>
        <w:t xml:space="preserve">            "@prisma/client": "Prisma",</w:t>
        <w:br/>
        <w:t xml:space="preserve">            "drizzle-orm": "Drizzle ORM",</w:t>
        <w:br/>
        <w:t xml:space="preserve">            "typescript": "TypeScript",</w:t>
        <w:br/>
        <w:t xml:space="preserve">            "vite": "Vite",</w:t>
        <w:br/>
        <w:t xml:space="preserve">            "webpack": "Webpack",</w:t>
        <w:br/>
        <w:t xml:space="preserve">            "vitest": "Vitest",</w:t>
        <w:br/>
        <w:t xml:space="preserve">            "jest": "Jest",</w:t>
        <w:br/>
        <w:t xml:space="preserve">        }</w:t>
        <w:br/>
        <w:br/>
        <w:t xml:space="preserve">        for package_name, technology in rules.items():</w:t>
        <w:br/>
        <w:t xml:space="preserve">            if package_name in dependencies:</w:t>
        <w:br/>
        <w:t xml:space="preserve">                detected.append(technology)</w:t>
        <w:br/>
        <w:br/>
        <w:t xml:space="preserve">    if (root / "requirements.txt").exists():</w:t>
        <w:br/>
        <w:t xml:space="preserve">        detected.append("Python")</w:t>
        <w:br/>
        <w:br/>
        <w:t xml:space="preserve">    if (root / "pyproject.toml").exists():</w:t>
        <w:br/>
        <w:t xml:space="preserve">        detected.append("Python")</w:t>
        <w:br/>
        <w:br/>
        <w:t xml:space="preserve">    if (root / "Cargo.toml").exists():</w:t>
        <w:br/>
        <w:t xml:space="preserve">        detected.append("Rust")</w:t>
        <w:br/>
        <w:br/>
        <w:t xml:space="preserve">    if (root / "go.mod").exists():</w:t>
        <w:br/>
        <w:t xml:space="preserve">        detected.append("Go")</w:t>
        <w:br/>
        <w:br/>
        <w:t xml:space="preserve">    if (root / "pom.xml").exists():</w:t>
        <w:br/>
        <w:t xml:space="preserve">        detected.append("Java / Maven")</w:t>
        <w:br/>
        <w:br/>
        <w:t xml:space="preserve">    if (root / "build.gradle").exists():</w:t>
        <w:br/>
        <w:t xml:space="preserve">        detected.append("Java / Gradle")</w:t>
        <w:br/>
        <w:br/>
        <w:t xml:space="preserve">    if (root / "Dockerfile").exists():</w:t>
        <w:br/>
        <w:t xml:space="preserve">        detected.append("Docker")</w:t>
        <w:br/>
        <w:br/>
        <w:t xml:space="preserve">    if (root / "docker-compose.yml").exists():</w:t>
        <w:br/>
        <w:t xml:space="preserve">        detected.append("Docker Compose")</w:t>
        <w:br/>
        <w:br/>
        <w:t xml:space="preserve">    if (root / "docker-compose.yaml").exists():</w:t>
        <w:br/>
        <w:t xml:space="preserve">        detected.append("Docker Compose")</w:t>
        <w:br/>
        <w:br/>
        <w:t xml:space="preserve">    detected = list(dict.fromkeys(detected))</w:t>
        <w:br/>
        <w:br/>
        <w:t xml:space="preserve">    return {</w:t>
        <w:br/>
        <w:t xml:space="preserve">        "technology_stack": detected</w:t>
        <w:br/>
        <w:t xml:space="preserve">    }</w:t>
        <w:br/>
        <w:br/>
        <w:br/>
        <w:t>def main():</w:t>
        <w:br/>
        <w:t xml:space="preserve">    target = Path(</w:t>
        <w:br/>
        <w:t xml:space="preserve">        sys.argv[1] if len(sys.argv) &gt; 1 else "."</w:t>
        <w:br/>
        <w:t xml:space="preserve">    ).resolve()</w:t>
        <w:br/>
        <w:br/>
        <w:t xml:space="preserve">    result = detect_stack(target)</w:t>
        <w:br/>
        <w:br/>
        <w:t xml:space="preserve">    print(json.dumps(</w:t>
        <w:br/>
        <w:t xml:space="preserve">        result,</w:t>
        <w:br/>
        <w:t xml:space="preserve">        ensure_ascii=False,</w:t>
        <w:br/>
        <w:t xml:space="preserve">        indent=2</w:t>
        <w:br/>
        <w:t xml:space="preserve">    ))</w:t>
        <w:br/>
        <w:br/>
        <w:br/>
        <w:t>if __name__ == "__main__":</w:t>
        <w:br/>
        <w:t xml:space="preserve">    main()</w:t>
      </w:r>
    </w:p>
    <w:p>
      <w:r>
        <w:rPr>
          <w:rFonts w:ascii="Calibri" w:hAnsi="Calibri" w:eastAsia="Microsoft YaHei"/>
        </w:rPr>
        <w:t>还是在同一个终端执行：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python scripts/detect_stack.py .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816112"/>
            <wp:docPr id="10" name="Picture 10" descr="运行 python scripts/detect_stack.py . 查看识别结果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run-detect-stack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161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运行 python scripts/detect_stack.py . 查看识别结果</w:t>
      </w:r>
    </w:p>
    <w:p>
      <w:r>
        <w:rPr>
          <w:rFonts w:ascii="Calibri" w:hAnsi="Calibri" w:eastAsia="Microsoft YaHei"/>
        </w:rPr>
        <w:t xml:space="preserve">截图里得到的是空数组 </w:t>
      </w:r>
      <w:r>
        <w:rPr>
          <w:rFonts w:ascii="Consolas" w:hAnsi="Consolas" w:eastAsia="Consolas"/>
          <w:color w:val="496A76"/>
          <w:sz w:val="19"/>
        </w:rPr>
        <w:t>[]</w:t>
      </w:r>
      <w:r>
        <w:rPr>
          <w:rFonts w:ascii="Calibri" w:hAnsi="Calibri" w:eastAsia="Microsoft YaHei"/>
        </w:rPr>
        <w:t xml:space="preserve">，这不是翻车。我们此刻扫描的是 X-ray 自己，它的根目录没有 </w:t>
      </w:r>
      <w:r>
        <w:rPr>
          <w:rFonts w:ascii="Consolas" w:hAnsi="Consolas" w:eastAsia="Consolas"/>
          <w:color w:val="496A76"/>
          <w:sz w:val="19"/>
        </w:rPr>
        <w:t>package.json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Consolas"/>
          <w:color w:val="496A76"/>
          <w:sz w:val="19"/>
        </w:rPr>
        <w:t>requirements.txt</w:t>
      </w:r>
      <w:r>
        <w:rPr>
          <w:rFonts w:ascii="Calibri" w:hAnsi="Calibri" w:eastAsia="Microsoft YaHei"/>
        </w:rPr>
        <w:t xml:space="preserve"> 等证据。</w:t>
      </w:r>
      <w:r>
        <w:rPr>
          <w:rFonts w:ascii="Calibri" w:hAnsi="Calibri" w:eastAsia="Microsoft YaHei"/>
          <w:b/>
        </w:rPr>
        <w:t>没证据就不乱猜，恰恰是好习惯。</w:t>
      </w:r>
    </w:p>
    <w:p>
      <w:pPr>
        <w:pStyle w:val="Heading1"/>
      </w:pPr>
      <w:r>
        <w:rPr>
          <w:rFonts w:ascii="Calibri" w:hAnsi="Calibri" w:eastAsia="Microsoft YaHei"/>
        </w:rPr>
        <w:t>7. 把两份结果装进同一个 JSON</w:t>
      </w:r>
    </w:p>
    <w:p>
      <w:r>
        <w:rPr>
          <w:rFonts w:ascii="Calibri" w:hAnsi="Calibri" w:eastAsia="Microsoft YaHei"/>
        </w:rPr>
        <w:t>前两个脚本各管一摊，这一步给它们加一个统一入口。以后 Agent 只需要运行一次，就能拿到一份结构化数据。</w:t>
      </w:r>
    </w:p>
    <w:p>
      <w:r>
        <w:rPr>
          <w:rFonts w:ascii="Calibri" w:hAnsi="Calibri" w:eastAsia="Microsoft YaHei"/>
        </w:rPr>
        <w:t xml:space="preserve">创建 </w:t>
      </w:r>
      <w:r>
        <w:rPr>
          <w:rFonts w:ascii="Consolas" w:hAnsi="Consolas" w:eastAsia="Consolas"/>
          <w:color w:val="496A76"/>
          <w:sz w:val="19"/>
        </w:rPr>
        <w:t>scripts/run_xray.py</w:t>
      </w:r>
      <w:r>
        <w:rPr>
          <w:rFonts w:ascii="Calibri" w:hAnsi="Calibri" w:eastAsia="Microsoft YaHei"/>
        </w:rPr>
        <w:t>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430494" cy="3749040"/>
            <wp:docPr id="11" name="Picture 11" descr="创建 run_xray.py 统一生成扫描数据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create-run-xray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30494" cy="3749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创建 run_xray.py 统一生成扫描数据</w:t>
      </w:r>
    </w:p>
    <w:p>
      <w:r>
        <w:rPr>
          <w:rFonts w:ascii="Calibri" w:hAnsi="Calibri" w:eastAsia="Microsoft YaHei"/>
        </w:rPr>
        <w:t>写入：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PYTHON</w:t>
        <w:br/>
      </w:r>
      <w:r>
        <w:rPr>
          <w:rFonts w:ascii="Consolas" w:hAnsi="Consolas" w:eastAsia="Consolas"/>
          <w:color w:val="20242A"/>
          <w:sz w:val="18"/>
        </w:rPr>
        <w:t>from pathlib import Path</w:t>
        <w:br/>
        <w:t>import json</w:t>
        <w:br/>
        <w:t>import sys</w:t>
        <w:br/>
        <w:br/>
        <w:t>from scan_repo import scan_repository</w:t>
        <w:br/>
        <w:t>from detect_stack import detect_stack</w:t>
        <w:br/>
        <w:br/>
        <w:br/>
        <w:t>def run_xray(root: Path):</w:t>
        <w:br/>
        <w:t xml:space="preserve">    repo_data = scan_repository(root)</w:t>
        <w:br/>
        <w:t xml:space="preserve">    stack_data = detect_stack(root)</w:t>
        <w:br/>
        <w:br/>
        <w:t xml:space="preserve">    result = {</w:t>
        <w:br/>
        <w:t xml:space="preserve">        "project": repo_data,</w:t>
        <w:br/>
        <w:t xml:space="preserve">        "stack": stack_data,</w:t>
        <w:br/>
        <w:t xml:space="preserve">    }</w:t>
        <w:br/>
        <w:br/>
        <w:t xml:space="preserve">    return result</w:t>
        <w:br/>
        <w:br/>
        <w:br/>
        <w:t>def main():</w:t>
        <w:br/>
        <w:t xml:space="preserve">    target = Path(</w:t>
        <w:br/>
        <w:t xml:space="preserve">        sys.argv[1] if len(sys.argv) &gt; 1 else "."</w:t>
        <w:br/>
        <w:t xml:space="preserve">    ).resolve()</w:t>
        <w:br/>
        <w:br/>
        <w:t xml:space="preserve">    result = run_xray(target)</w:t>
        <w:br/>
        <w:br/>
        <w:t xml:space="preserve">    output_path = Path("xray-data.json")</w:t>
        <w:br/>
        <w:br/>
        <w:t xml:space="preserve">    output_path.write_text(</w:t>
        <w:br/>
        <w:t xml:space="preserve">        json.dumps(</w:t>
        <w:br/>
        <w:t xml:space="preserve">            result,</w:t>
        <w:br/>
        <w:t xml:space="preserve">            ensure_ascii=False,</w:t>
        <w:br/>
        <w:t xml:space="preserve">            indent=2</w:t>
        <w:br/>
        <w:t xml:space="preserve">        ),</w:t>
        <w:br/>
        <w:t xml:space="preserve">        encoding="utf-8"</w:t>
        <w:br/>
        <w:t xml:space="preserve">    )</w:t>
        <w:br/>
        <w:br/>
        <w:t xml:space="preserve">    print(f"X-ray 扫描完成")</w:t>
        <w:br/>
        <w:t xml:space="preserve">    print(f"目标项目：{target}")</w:t>
        <w:br/>
        <w:t xml:space="preserve">    print(f"数据文件：{output_path.resolve()}")</w:t>
        <w:br/>
        <w:br/>
        <w:br/>
        <w:t>if __name__ == "__main__":</w:t>
        <w:br/>
        <w:t xml:space="preserve">    main()</w:t>
      </w:r>
    </w:p>
    <w:p>
      <w:r>
        <w:rPr>
          <w:rFonts w:ascii="Calibri" w:hAnsi="Calibri" w:eastAsia="Microsoft YaHei"/>
        </w:rPr>
        <w:t xml:space="preserve">这个文件是统一入口。它把仓库扫描和技术栈识别合并，写成 </w:t>
      </w:r>
      <w:r>
        <w:rPr>
          <w:rFonts w:ascii="Consolas" w:hAnsi="Consolas" w:eastAsia="Consolas"/>
          <w:color w:val="496A76"/>
          <w:sz w:val="19"/>
        </w:rPr>
        <w:t>xray-data.json</w:t>
      </w:r>
      <w:r>
        <w:rPr>
          <w:rFonts w:ascii="Calibri" w:hAnsi="Calibri" w:eastAsia="Microsoft YaHei"/>
        </w:rPr>
        <w:t>，方便 Agent 后面继续处理。</w:t>
      </w:r>
    </w:p>
    <w:p>
      <w:pPr>
        <w:pStyle w:val="Heading1"/>
      </w:pPr>
      <w:r>
        <w:rPr>
          <w:rFonts w:ascii="Calibri" w:hAnsi="Calibri" w:eastAsia="Microsoft YaHei"/>
        </w:rPr>
        <w:t>8. 补三件事：关键文件、复杂度、HTML 模板</w:t>
      </w:r>
    </w:p>
    <w:p>
      <w:r>
        <w:rPr>
          <w:rFonts w:ascii="Calibri" w:hAnsi="Calibri" w:eastAsia="Microsoft YaHei"/>
        </w:rPr>
        <w:t>做到这里，最小骨架已经有了：说明书、扫描脚本、技术栈识别和统一入口。代码看累了可以先歇一下；你不需要立刻理解每一行 Python，只要知道每个文件负责什么、运行后应该看到什么。</w:t>
      </w:r>
    </w:p>
    <w:p>
      <w:r>
        <w:rPr>
          <w:rFonts w:ascii="Calibri" w:hAnsi="Calibri" w:eastAsia="Microsoft YaHei"/>
        </w:rPr>
        <w:t>接下来三个组件会把“能扫描”升级成“能给出有用报告”：找关键文件、计算可解释的复杂度、把结果放进 HTML。它们不是为了把 Python 课偷偷塞进来，而是给 Agent 提供可复用的测量工具。</w:t>
      </w:r>
    </w:p>
    <w:p>
      <w:r>
        <w:rPr>
          <w:rFonts w:ascii="Calibri" w:hAnsi="Calibri" w:eastAsia="Microsoft YaHei"/>
        </w:rPr>
        <w:t xml:space="preserve">先创建 </w:t>
      </w:r>
      <w:r>
        <w:rPr>
          <w:rFonts w:ascii="Consolas" w:hAnsi="Consolas" w:eastAsia="Consolas"/>
          <w:color w:val="496A76"/>
          <w:sz w:val="19"/>
        </w:rPr>
        <w:t>scripts/find_key_files.py</w:t>
      </w:r>
      <w:r>
        <w:rPr>
          <w:rFonts w:ascii="Calibri" w:hAnsi="Calibri" w:eastAsia="Microsoft YaHei"/>
        </w:rPr>
        <w:t>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022185" cy="3749039"/>
            <wp:docPr id="12" name="Picture 12" descr="创建 find_key_files.py 寻找高信息密度文件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create-find-key-files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22185" cy="3749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创建 find_key_files.py 寻找高信息密度文件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PYTHON</w:t>
        <w:br/>
      </w:r>
      <w:r>
        <w:rPr>
          <w:rFonts w:ascii="Consolas" w:hAnsi="Consolas" w:eastAsia="Consolas"/>
          <w:color w:val="20242A"/>
          <w:sz w:val="18"/>
        </w:rPr>
        <w:t>from pathlib import Path</w:t>
        <w:br/>
        <w:t>import json</w:t>
        <w:br/>
        <w:t>import sys</w:t>
        <w:br/>
        <w:br/>
        <w:t>KEY_FILE_RULES = {</w:t>
        <w:br/>
        <w:t xml:space="preserve">    "README.md": "项目说明",</w:t>
        <w:br/>
        <w:t xml:space="preserve">    "README": "项目说明",</w:t>
        <w:br/>
        <w:t xml:space="preserve">    "package.json": "Node.js 项目配置",</w:t>
        <w:br/>
        <w:t xml:space="preserve">    "pyproject.toml": "Python 项目配置",</w:t>
        <w:br/>
        <w:t xml:space="preserve">    "requirements.txt": "Python 依赖",</w:t>
        <w:br/>
        <w:t xml:space="preserve">    "Cargo.toml": "Rust 项目配置",</w:t>
        <w:br/>
        <w:t xml:space="preserve">    "go.mod": "Go 项目配置",</w:t>
        <w:br/>
        <w:t xml:space="preserve">    "Dockerfile": "容器部署",</w:t>
        <w:br/>
        <w:t xml:space="preserve">    "docker-compose.yml": "容器编排",</w:t>
        <w:br/>
        <w:t xml:space="preserve">    "docker-compose.yaml": "容器编排",</w:t>
        <w:br/>
        <w:t xml:space="preserve">    "next.config.js": "Next.js 配置",</w:t>
        <w:br/>
        <w:t xml:space="preserve">    "next.config.mjs": "Next.js 配置",</w:t>
        <w:br/>
        <w:t xml:space="preserve">    "next.config.ts": "Next.js 配置",</w:t>
        <w:br/>
        <w:t xml:space="preserve">    "vite.config.js": "Vite 配置",</w:t>
        <w:br/>
        <w:t xml:space="preserve">    "vite.config.ts": "Vite 配置",</w:t>
        <w:br/>
        <w:t xml:space="preserve">    "tsconfig.json": "TypeScript 配置",</w:t>
        <w:br/>
        <w:t xml:space="preserve">    "prisma/schema.prisma": "数据库模型",</w:t>
        <w:br/>
        <w:t xml:space="preserve">    "src/main.py": "Python 程序入口",</w:t>
        <w:br/>
        <w:t xml:space="preserve">    "main.py": "Python 程序入口",</w:t>
        <w:br/>
        <w:t xml:space="preserve">    "src/main.ts": "程序入口",</w:t>
        <w:br/>
        <w:t xml:space="preserve">    "src/main.tsx": "前端程序入口",</w:t>
        <w:br/>
        <w:t xml:space="preserve">    "src/app/layout.tsx": "Next.js 根布局",</w:t>
        <w:br/>
        <w:t xml:space="preserve">    "src/app/page.tsx": "Next.js 首页",</w:t>
        <w:br/>
        <w:t xml:space="preserve">    "middleware.ts": "中间件",</w:t>
        <w:br/>
        <w:t xml:space="preserve">    "middleware.js": "中间件",</w:t>
        <w:br/>
        <w:t>}</w:t>
        <w:br/>
        <w:br/>
        <w:br/>
        <w:t>def find_key_files(root: Path):</w:t>
        <w:br/>
        <w:t xml:space="preserve">    key_files = []</w:t>
        <w:br/>
        <w:br/>
        <w:t xml:space="preserve">    for relative_path, reason in KEY_FILE_RULES.items():</w:t>
        <w:br/>
        <w:t xml:space="preserve">        path = root / relative_path</w:t>
        <w:br/>
        <w:br/>
        <w:t xml:space="preserve">        if path.exists():</w:t>
        <w:br/>
        <w:t xml:space="preserve">            key_files.append({</w:t>
        <w:br/>
        <w:t xml:space="preserve">                "path": relative_path,</w:t>
        <w:br/>
        <w:t xml:space="preserve">                "reason": reason</w:t>
        <w:br/>
        <w:t xml:space="preserve">            })</w:t>
        <w:br/>
        <w:br/>
        <w:t xml:space="preserve">    return {</w:t>
        <w:br/>
        <w:t xml:space="preserve">        "key_files": key_files</w:t>
        <w:br/>
        <w:t xml:space="preserve">    }</w:t>
        <w:br/>
        <w:br/>
        <w:br/>
        <w:t>def main():</w:t>
        <w:br/>
        <w:t xml:space="preserve">    target = Path(</w:t>
        <w:br/>
        <w:t xml:space="preserve">        sys.argv[1] if len(sys.argv) &gt; 1 else "."</w:t>
        <w:br/>
        <w:t xml:space="preserve">    ).resolve()</w:t>
        <w:br/>
        <w:br/>
        <w:t xml:space="preserve">    result = find_key_files(target)</w:t>
        <w:br/>
        <w:br/>
        <w:t xml:space="preserve">    print(json.dumps(</w:t>
        <w:br/>
        <w:t xml:space="preserve">        result,</w:t>
        <w:br/>
        <w:t xml:space="preserve">        ensure_ascii=False,</w:t>
        <w:br/>
        <w:t xml:space="preserve">        indent=2</w:t>
        <w:br/>
        <w:t xml:space="preserve">    ))</w:t>
        <w:br/>
        <w:br/>
        <w:br/>
        <w:t>if __name__ == "__main__":</w:t>
        <w:br/>
        <w:t xml:space="preserve">    main()</w:t>
      </w:r>
    </w:p>
    <w:p>
      <w:r>
        <w:rPr>
          <w:rFonts w:ascii="Calibri" w:hAnsi="Calibri" w:eastAsia="Microsoft YaHei"/>
        </w:rPr>
        <w:t>它不让模型凭感觉选文件，而是先把 README、配置、入口等高信息密度位置列出来。</w:t>
      </w:r>
    </w:p>
    <w:p>
      <w:r>
        <w:rPr>
          <w:rFonts w:ascii="Calibri" w:hAnsi="Calibri" w:eastAsia="Microsoft YaHei"/>
        </w:rPr>
        <w:t xml:space="preserve">再创建 </w:t>
      </w:r>
      <w:r>
        <w:rPr>
          <w:rFonts w:ascii="Consolas" w:hAnsi="Consolas" w:eastAsia="Consolas"/>
          <w:color w:val="496A76"/>
          <w:sz w:val="19"/>
        </w:rPr>
        <w:t>scripts/complexity.py</w:t>
      </w:r>
      <w:r>
        <w:rPr>
          <w:rFonts w:ascii="Calibri" w:hAnsi="Calibri" w:eastAsia="Microsoft YaHei"/>
        </w:rPr>
        <w:t>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2716050" cy="3749040"/>
            <wp:docPr id="13" name="Picture 13" descr="创建 complexity.py 计算可解释的复杂度分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-create-complexity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16050" cy="3749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创建 complexity.py 计算可解释的复杂度分数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PYTHON</w:t>
        <w:br/>
      </w:r>
      <w:r>
        <w:rPr>
          <w:rFonts w:ascii="Consolas" w:hAnsi="Consolas" w:eastAsia="Consolas"/>
          <w:color w:val="20242A"/>
          <w:sz w:val="18"/>
        </w:rPr>
        <w:t>from pathlib import Path</w:t>
        <w:br/>
        <w:t>import json</w:t>
        <w:br/>
        <w:t>import sys</w:t>
        <w:br/>
        <w:br/>
        <w:br/>
        <w:t>def clamp(value, min_value=0, max_value=10):</w:t>
        <w:br/>
        <w:t xml:space="preserve">    return max(min_value, min(max_value, value))</w:t>
        <w:br/>
        <w:br/>
        <w:br/>
        <w:t>def calculate_complexity(project_data, stack_data, key_files_data):</w:t>
        <w:br/>
        <w:t xml:space="preserve">    total_files = project_data.get("total_files", 0)</w:t>
        <w:br/>
        <w:t xml:space="preserve">    total_directories = project_data.get("total_directories", 0)</w:t>
        <w:br/>
        <w:br/>
        <w:t xml:space="preserve">    languages = project_data.get("languages", {})</w:t>
        <w:br/>
        <w:t xml:space="preserve">    technology_stack = stack_data.get("technology_stack", [])</w:t>
        <w:br/>
        <w:t xml:space="preserve">    key_files = key_files_data.get("key_files", [])</w:t>
        <w:br/>
        <w:br/>
        <w:t xml:space="preserve">    size_score = min(total_files / 100, 10)</w:t>
        <w:br/>
        <w:t xml:space="preserve">    structure_score = min(total_directories / 20, 10)</w:t>
        <w:br/>
        <w:t xml:space="preserve">    stack_score = min(len(technology_stack) * 1.2, 10)</w:t>
        <w:br/>
        <w:t xml:space="preserve">    language_score = min(len(languages) * 2, 10)</w:t>
        <w:br/>
        <w:t xml:space="preserve">    key_file_score = min(len(key_files), 10)</w:t>
        <w:br/>
        <w:br/>
        <w:t xml:space="preserve">    final_score = (</w:t>
        <w:br/>
        <w:t xml:space="preserve">        size_score * 0.30</w:t>
        <w:br/>
        <w:t xml:space="preserve">        + structure_score * 0.20</w:t>
        <w:br/>
        <w:t xml:space="preserve">        + stack_score * 0.25</w:t>
        <w:br/>
        <w:t xml:space="preserve">        + language_score * 0.10</w:t>
        <w:br/>
        <w:t xml:space="preserve">        + key_file_score * 0.15</w:t>
        <w:br/>
        <w:t xml:space="preserve">    )</w:t>
        <w:br/>
        <w:br/>
        <w:t xml:space="preserve">    final_score = round(clamp(final_score), 1)</w:t>
        <w:br/>
        <w:br/>
        <w:t xml:space="preserve">    if final_score &lt; 3:</w:t>
        <w:br/>
        <w:t xml:space="preserve">        level = "简单"</w:t>
        <w:br/>
        <w:t xml:space="preserve">    elif final_score &lt; 5:</w:t>
        <w:br/>
        <w:t xml:space="preserve">        level = "中等"</w:t>
        <w:br/>
        <w:t xml:space="preserve">    elif final_score &lt; 7:</w:t>
        <w:br/>
        <w:t xml:space="preserve">        level = "偏复杂"</w:t>
        <w:br/>
        <w:t xml:space="preserve">    elif final_score &lt; 9:</w:t>
        <w:br/>
        <w:t xml:space="preserve">        level = "复杂"</w:t>
        <w:br/>
        <w:t xml:space="preserve">    else:</w:t>
        <w:br/>
        <w:t xml:space="preserve">        level = "非常复杂"</w:t>
        <w:br/>
        <w:br/>
        <w:t xml:space="preserve">    return {</w:t>
        <w:br/>
        <w:t xml:space="preserve">        "score": final_score,</w:t>
        <w:br/>
        <w:t xml:space="preserve">        "level": level,</w:t>
        <w:br/>
        <w:t xml:space="preserve">        "dimensions": {</w:t>
        <w:br/>
        <w:t xml:space="preserve">            "size": round(size_score, 1),</w:t>
        <w:br/>
        <w:t xml:space="preserve">            "structure": round(structure_score, 1),</w:t>
        <w:br/>
        <w:t xml:space="preserve">            "technology_stack": round(stack_score, 1),</w:t>
        <w:br/>
        <w:t xml:space="preserve">            "languages": round(language_score, 1),</w:t>
        <w:br/>
        <w:t xml:space="preserve">            "key_files": round(key_file_score, 1),</w:t>
        <w:br/>
        <w:t xml:space="preserve">        }</w:t>
        <w:br/>
        <w:t xml:space="preserve">    }</w:t>
        <w:br/>
        <w:br/>
        <w:br/>
        <w:t>def main():</w:t>
        <w:br/>
        <w:t xml:space="preserve">    if len(sys.argv) &lt; 2:</w:t>
        <w:br/>
        <w:t xml:space="preserve">        print("用法：python complexity.py xray-data.json")</w:t>
        <w:br/>
        <w:t xml:space="preserve">        return</w:t>
        <w:br/>
        <w:br/>
        <w:t xml:space="preserve">    data_path = Path(sys.argv[1])</w:t>
        <w:br/>
        <w:t xml:space="preserve">    data = json.loads(data_path.read_text(encoding="utf-8"))</w:t>
        <w:br/>
        <w:br/>
        <w:t xml:space="preserve">    result = calculate_complexity(</w:t>
        <w:br/>
        <w:t xml:space="preserve">        data["project"],</w:t>
        <w:br/>
        <w:t xml:space="preserve">        data["stack"],</w:t>
        <w:br/>
        <w:t xml:space="preserve">        data["key_files"]</w:t>
        <w:br/>
        <w:t xml:space="preserve">    )</w:t>
        <w:br/>
        <w:br/>
        <w:t xml:space="preserve">    print(json.dumps(</w:t>
        <w:br/>
        <w:t xml:space="preserve">        result,</w:t>
        <w:br/>
        <w:t xml:space="preserve">        ensure_ascii=False,</w:t>
        <w:br/>
        <w:t xml:space="preserve">        indent=2</w:t>
        <w:br/>
        <w:t xml:space="preserve">    ))</w:t>
        <w:br/>
        <w:br/>
        <w:br/>
        <w:t>if __name__ == "__main__":</w:t>
        <w:br/>
        <w:t xml:space="preserve">    main()</w:t>
      </w:r>
    </w:p>
    <w:p>
      <w:r>
        <w:rPr>
          <w:rFonts w:ascii="Calibri" w:hAnsi="Calibri" w:eastAsia="Microsoft YaHei"/>
        </w:rPr>
        <w:t>复杂度不是圣旨，只是一个可以解释、可以调整的起点。至少它比“模型看了一眼，觉得大概 8 分”靠谱。</w:t>
      </w:r>
    </w:p>
    <w:p>
      <w:r>
        <w:rPr>
          <w:rFonts w:ascii="Calibri" w:hAnsi="Calibri" w:eastAsia="Microsoft YaHei"/>
        </w:rPr>
        <w:t xml:space="preserve">然后在 </w:t>
      </w:r>
      <w:r>
        <w:rPr>
          <w:rFonts w:ascii="Consolas" w:hAnsi="Consolas" w:eastAsia="Consolas"/>
          <w:color w:val="496A76"/>
          <w:sz w:val="19"/>
        </w:rPr>
        <w:t>assets/report-template.html</w:t>
      </w:r>
      <w:r>
        <w:rPr>
          <w:rFonts w:ascii="Calibri" w:hAnsi="Calibri" w:eastAsia="Microsoft YaHei"/>
        </w:rPr>
        <w:t xml:space="preserve"> 写一个最小模板：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HTML</w:t>
        <w:br/>
      </w:r>
      <w:r>
        <w:rPr>
          <w:rFonts w:ascii="Consolas" w:hAnsi="Consolas" w:eastAsia="Consolas"/>
          <w:color w:val="20242A"/>
          <w:sz w:val="18"/>
        </w:rPr>
        <w:t>&lt;!DOCTYPE html&gt;</w:t>
        <w:br/>
        <w:t>&lt;html lang="zh-CN"&gt;</w:t>
        <w:br/>
        <w:t>&lt;head&gt;</w:t>
        <w:br/>
        <w:t xml:space="preserve">    &lt;meta charset="UTF-8"&gt;</w:t>
        <w:br/>
        <w:t xml:space="preserve">    &lt;title&gt;X-ray Report&lt;/title&gt;</w:t>
        <w:br/>
        <w:t>&lt;/head&gt;</w:t>
        <w:br/>
        <w:t>&lt;body&gt;</w:t>
        <w:br/>
        <w:t xml:space="preserve">    &lt;h1&gt;🔍 X-ray&lt;/h1&gt;</w:t>
        <w:br/>
        <w:t xml:space="preserve">    &lt;h2&gt;{{PROJECT_NAME}}&lt;/h2&gt;</w:t>
        <w:br/>
        <w:t xml:space="preserve">    &lt;p&gt;文件数量：{{TOTAL_FILES}}&lt;/p&gt;</w:t>
        <w:br/>
        <w:t xml:space="preserve">    &lt;p&gt;目录数量：{{TOTAL_DIRECTORIES}}&lt;/p&gt;</w:t>
        <w:br/>
        <w:t xml:space="preserve">    &lt;p&gt;复杂度：{{COMPLEXITY_SCORE}} / 10&lt;/p&gt;</w:t>
        <w:br/>
        <w:t xml:space="preserve">    &lt;h2&gt;技术栈&lt;/h2&gt;</w:t>
        <w:br/>
        <w:t xml:space="preserve">    &lt;div&gt;{{TECH_STACK}}&lt;/div&gt;</w:t>
        <w:br/>
        <w:t xml:space="preserve">    &lt;h2&gt;关键文件&lt;/h2&gt;</w:t>
        <w:br/>
        <w:t xml:space="preserve">    &lt;div&gt;{{KEY_FILES}}&lt;/div&gt;</w:t>
        <w:br/>
        <w:t>&lt;/body&gt;</w:t>
        <w:br/>
        <w:t>&lt;/html&gt;</w:t>
      </w:r>
    </w:p>
    <w:p>
      <w:r>
        <w:rPr>
          <w:rFonts w:ascii="Calibri" w:hAnsi="Calibri" w:eastAsia="Microsoft YaHei"/>
        </w:rPr>
        <w:t>文件树里应该能看到模板：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2542032" cy="3749039"/>
            <wp:docPr id="14" name="Picture 14" descr="在 assets 中创建 report-template.html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-create-report-templat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42032" cy="3749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在 assets 中创建 report-template.html</w:t>
      </w:r>
    </w:p>
    <w:p>
      <w:r>
        <w:rPr>
          <w:rFonts w:ascii="Calibri" w:hAnsi="Calibri" w:eastAsia="Microsoft YaHei"/>
        </w:rPr>
        <w:t xml:space="preserve">最后创建 </w:t>
      </w:r>
      <w:r>
        <w:rPr>
          <w:rFonts w:ascii="Consolas" w:hAnsi="Consolas" w:eastAsia="Consolas"/>
          <w:color w:val="496A76"/>
          <w:sz w:val="19"/>
        </w:rPr>
        <w:t>scripts/render_report.py</w:t>
      </w:r>
      <w:r>
        <w:rPr>
          <w:rFonts w:ascii="Calibri" w:hAnsi="Calibri" w:eastAsia="Microsoft YaHei"/>
        </w:rPr>
        <w:t>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2624327" cy="3749039"/>
            <wp:docPr id="15" name="Picture 15" descr="创建 render_report.py 把结构化数据填入模板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-create-render-report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24327" cy="3749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创建 render_report.py 把结构化数据填入模板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PYTHON</w:t>
        <w:br/>
      </w:r>
      <w:r>
        <w:rPr>
          <w:rFonts w:ascii="Consolas" w:hAnsi="Consolas" w:eastAsia="Consolas"/>
          <w:color w:val="20242A"/>
          <w:sz w:val="18"/>
        </w:rPr>
        <w:t>from pathlib import Path</w:t>
        <w:br/>
        <w:t>import json</w:t>
        <w:br/>
        <w:t>import sys</w:t>
        <w:br/>
        <w:br/>
        <w:br/>
        <w:t>def render_report(data_path):</w:t>
        <w:br/>
        <w:t xml:space="preserve">    data = json.loads(</w:t>
        <w:br/>
        <w:t xml:space="preserve">        Path(data_path).read_text(encoding="utf-8")</w:t>
        <w:br/>
        <w:t xml:space="preserve">    )</w:t>
        <w:br/>
        <w:br/>
        <w:t xml:space="preserve">    script_dir = Path(__file__).resolve().parent</w:t>
        <w:br/>
        <w:t xml:space="preserve">    template_path = (</w:t>
        <w:br/>
        <w:t xml:space="preserve">        script_dir.parent</w:t>
        <w:br/>
        <w:t xml:space="preserve">        / "assets"</w:t>
        <w:br/>
        <w:t xml:space="preserve">        / "report-template.html"</w:t>
        <w:br/>
        <w:t xml:space="preserve">    )</w:t>
        <w:br/>
        <w:br/>
        <w:t xml:space="preserve">    template = template_path.read_text(</w:t>
        <w:br/>
        <w:t xml:space="preserve">        encoding="utf-8"</w:t>
        <w:br/>
        <w:t xml:space="preserve">    )</w:t>
        <w:br/>
        <w:br/>
        <w:t xml:space="preserve">    project = data["project"]</w:t>
        <w:br/>
        <w:t xml:space="preserve">    stack = data["stack"]</w:t>
        <w:br/>
        <w:t xml:space="preserve">    complexity = data["complexity"]</w:t>
        <w:br/>
        <w:t xml:space="preserve">    key_files = data["key_files"]</w:t>
        <w:br/>
        <w:br/>
        <w:t xml:space="preserve">    tech_stack = ", ".join(</w:t>
        <w:br/>
        <w:t xml:space="preserve">        stack["technology_stack"]</w:t>
        <w:br/>
        <w:t xml:space="preserve">    )</w:t>
        <w:br/>
        <w:br/>
        <w:t xml:space="preserve">    key_files_text = ""</w:t>
        <w:br/>
        <w:br/>
        <w:t xml:space="preserve">    for item in key_files["key_files"]:</w:t>
        <w:br/>
        <w:t xml:space="preserve">        key_files_text += (</w:t>
        <w:br/>
        <w:t xml:space="preserve">            f"&lt;p&gt;{item['path']} —— "</w:t>
        <w:br/>
        <w:t xml:space="preserve">            f"{item['reason']}&lt;/p&gt;"</w:t>
        <w:br/>
        <w:t xml:space="preserve">        )</w:t>
        <w:br/>
        <w:br/>
        <w:t xml:space="preserve">    template = template.replace(</w:t>
        <w:br/>
        <w:t xml:space="preserve">        "{{PROJECT_NAME}}",</w:t>
        <w:br/>
        <w:t xml:space="preserve">        project["project_name"]</w:t>
        <w:br/>
        <w:t xml:space="preserve">    )</w:t>
        <w:br/>
        <w:br/>
        <w:t xml:space="preserve">    template = template.replace(</w:t>
        <w:br/>
        <w:t xml:space="preserve">        "{{TOTAL_FILES}}",</w:t>
        <w:br/>
        <w:t xml:space="preserve">        str(project["total_files"])</w:t>
        <w:br/>
        <w:t xml:space="preserve">    )</w:t>
        <w:br/>
        <w:br/>
        <w:t xml:space="preserve">    template = template.replace(</w:t>
        <w:br/>
        <w:t xml:space="preserve">        "{{TOTAL_DIRECTORIES}}",</w:t>
        <w:br/>
        <w:t xml:space="preserve">        str(project["total_directories"])</w:t>
        <w:br/>
        <w:t xml:space="preserve">    )</w:t>
        <w:br/>
        <w:br/>
        <w:t xml:space="preserve">    template = template.replace(</w:t>
        <w:br/>
        <w:t xml:space="preserve">        "{{COMPLEXITY_SCORE}}",</w:t>
        <w:br/>
        <w:t xml:space="preserve">        str(complexity["score"])</w:t>
        <w:br/>
        <w:t xml:space="preserve">    )</w:t>
        <w:br/>
        <w:br/>
        <w:t xml:space="preserve">    template = template.replace(</w:t>
        <w:br/>
        <w:t xml:space="preserve">        "{{TECH_STACK}}",</w:t>
        <w:br/>
        <w:t xml:space="preserve">        tech_stack</w:t>
        <w:br/>
        <w:t xml:space="preserve">    )</w:t>
        <w:br/>
        <w:br/>
        <w:t xml:space="preserve">    template = template.replace(</w:t>
        <w:br/>
        <w:t xml:space="preserve">        "{{KEY_FILES}}",</w:t>
        <w:br/>
        <w:t xml:space="preserve">        key_files_text</w:t>
        <w:br/>
        <w:t xml:space="preserve">    )</w:t>
        <w:br/>
        <w:br/>
        <w:t xml:space="preserve">    output_path = (</w:t>
        <w:br/>
        <w:t xml:space="preserve">        Path(data_path).parent</w:t>
        <w:br/>
        <w:t xml:space="preserve">        / "xray-report.html"</w:t>
        <w:br/>
        <w:t xml:space="preserve">    )</w:t>
        <w:br/>
        <w:br/>
        <w:t xml:space="preserve">    output_path.write_text(</w:t>
        <w:br/>
        <w:t xml:space="preserve">        template,</w:t>
        <w:br/>
        <w:t xml:space="preserve">        encoding="utf-8"</w:t>
        <w:br/>
        <w:t xml:space="preserve">    )</w:t>
        <w:br/>
        <w:br/>
        <w:t xml:space="preserve">    print("✅ X-ray 报告生成完成")</w:t>
        <w:br/>
        <w:t xml:space="preserve">    print(output_path)</w:t>
        <w:br/>
        <w:br/>
        <w:br/>
        <w:t>if __name__ == "__main__":</w:t>
        <w:br/>
        <w:t xml:space="preserve">    render_report(sys.argv[1])</w:t>
      </w:r>
    </w:p>
    <w:p>
      <w:r>
        <w:rPr>
          <w:rFonts w:ascii="Calibri" w:hAnsi="Calibri" w:eastAsia="Microsoft YaHei"/>
        </w:rPr>
        <w:t xml:space="preserve">先别单独运行它。当前 </w:t>
      </w:r>
      <w:r>
        <w:rPr>
          <w:rFonts w:ascii="Consolas" w:hAnsi="Consolas" w:eastAsia="Consolas"/>
          <w:color w:val="496A76"/>
          <w:sz w:val="19"/>
        </w:rPr>
        <w:t>run_xray.py</w:t>
      </w:r>
      <w:r>
        <w:rPr>
          <w:rFonts w:ascii="Calibri" w:hAnsi="Calibri" w:eastAsia="Microsoft YaHei"/>
        </w:rPr>
        <w:t xml:space="preserve"> 只稳定生成 </w:t>
      </w:r>
      <w:r>
        <w:rPr>
          <w:rFonts w:ascii="Consolas" w:hAnsi="Consolas" w:eastAsia="Consolas"/>
          <w:color w:val="496A76"/>
          <w:sz w:val="19"/>
        </w:rPr>
        <w:t>project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Consolas"/>
          <w:color w:val="496A76"/>
          <w:sz w:val="19"/>
        </w:rPr>
        <w:t>stack</w:t>
      </w:r>
      <w:r>
        <w:rPr>
          <w:rFonts w:ascii="Calibri" w:hAnsi="Calibri" w:eastAsia="Microsoft YaHei"/>
        </w:rPr>
        <w:t xml:space="preserve">，而这个渲染脚本还需要 </w:t>
      </w:r>
      <w:r>
        <w:rPr>
          <w:rFonts w:ascii="Consolas" w:hAnsi="Consolas" w:eastAsia="Consolas"/>
          <w:color w:val="496A76"/>
          <w:sz w:val="19"/>
        </w:rPr>
        <w:t>key_files</w:t>
      </w:r>
      <w:r>
        <w:rPr>
          <w:rFonts w:ascii="Calibri" w:hAnsi="Calibri" w:eastAsia="Microsoft YaHei"/>
        </w:rPr>
        <w:t xml:space="preserve"> 与 </w:t>
      </w:r>
      <w:r>
        <w:rPr>
          <w:rFonts w:ascii="Consolas" w:hAnsi="Consolas" w:eastAsia="Consolas"/>
          <w:color w:val="496A76"/>
          <w:sz w:val="19"/>
        </w:rPr>
        <w:t>complexity</w:t>
      </w:r>
      <w:r>
        <w:rPr>
          <w:rFonts w:ascii="Calibri" w:hAnsi="Calibri" w:eastAsia="Microsoft YaHei"/>
        </w:rPr>
        <w:t>。本集的真实路线是让 Agent 调用这些组件、抽样阅读源码，再生成完整 HTML；后面再把它们串成纯脚本流水线也来得及。</w:t>
      </w:r>
    </w:p>
    <w:p>
      <w:pPr>
        <w:pStyle w:val="Heading1"/>
      </w:pPr>
      <w:r>
        <w:rPr>
          <w:rFonts w:ascii="Calibri" w:hAnsi="Calibri" w:eastAsia="Microsoft YaHei"/>
        </w:rPr>
        <w:t>9. 先运行统一扫描入口</w:t>
      </w:r>
    </w:p>
    <w:p>
      <w:r>
        <w:rPr>
          <w:rFonts w:ascii="Calibri" w:hAnsi="Calibri" w:eastAsia="Microsoft YaHei"/>
        </w:rPr>
        <w:t>在交给 Agent 之前，我们先自己运行一次统一入口。这样如果出错，也能立刻判断是脚本问题，还是后面的 Agent 调用问题。</w:t>
      </w:r>
    </w:p>
    <w:p>
      <w:r>
        <w:rPr>
          <w:rFonts w:ascii="Calibri" w:hAnsi="Calibri" w:eastAsia="Microsoft YaHei"/>
        </w:rPr>
        <w:t xml:space="preserve">在 </w:t>
      </w:r>
      <w:r>
        <w:rPr>
          <w:rFonts w:ascii="Consolas" w:hAnsi="Consolas" w:eastAsia="Consolas"/>
          <w:color w:val="496A76"/>
          <w:sz w:val="19"/>
        </w:rPr>
        <w:t>x-ray</w:t>
      </w:r>
      <w:r>
        <w:rPr>
          <w:rFonts w:ascii="Calibri" w:hAnsi="Calibri" w:eastAsia="Microsoft YaHei"/>
        </w:rPr>
        <w:t xml:space="preserve"> 根目录执行：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python scripts\run_xray.py .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884878"/>
            <wp:docPr id="16" name="Picture 16" descr="运行 python scripts/run_xray.py . 生成 xray-data.jso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-run-xray-command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848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运行 python scripts/run_xray.py . 生成 xray-data.json</w:t>
      </w:r>
    </w:p>
    <w:p>
      <w:r>
        <w:rPr>
          <w:rFonts w:ascii="Calibri" w:hAnsi="Calibri" w:eastAsia="Microsoft YaHei"/>
        </w:rPr>
        <w:t xml:space="preserve">你应该看到“X-ray 扫描完成”、目标项目路径和数据文件路径，同时目录里多出 </w:t>
      </w:r>
      <w:r>
        <w:rPr>
          <w:rFonts w:ascii="Consolas" w:hAnsi="Consolas" w:eastAsia="Consolas"/>
          <w:color w:val="496A76"/>
          <w:sz w:val="19"/>
        </w:rPr>
        <w:t>xray-data.json</w:t>
      </w:r>
      <w:r>
        <w:rPr>
          <w:rFonts w:ascii="Calibri" w:hAnsi="Calibri" w:eastAsia="Microsoft YaHei"/>
        </w:rPr>
        <w:t>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3002096"/>
            <wp:docPr id="17" name="Picture 17" descr="xray-data.json 保存脚本采集的一手事实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-xray-data-result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0020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xray-data.json 保存脚本采集的一手事实</w:t>
      </w:r>
    </w:p>
    <w:p>
      <w:r>
        <w:rPr>
          <w:rFonts w:ascii="Calibri" w:hAnsi="Calibri" w:eastAsia="Microsoft YaHei"/>
          <w:b/>
        </w:rPr>
        <w:t>到这里，事实采集层已经成功。</w:t>
      </w:r>
      <w:r>
        <w:rPr>
          <w:rFonts w:ascii="Calibri" w:hAnsi="Calibri" w:eastAsia="Microsoft YaHei"/>
        </w:rPr>
        <w:t xml:space="preserve"> JSON 只负责记录它真正看见的东西，不负责把未知内容脑补成“高并发微服务宇宙”。</w:t>
      </w:r>
    </w:p>
    <w:p>
      <w:pPr>
        <w:pStyle w:val="Heading1"/>
      </w:pPr>
      <w:r>
        <w:rPr>
          <w:rFonts w:ascii="Calibri" w:hAnsi="Calibri" w:eastAsia="Microsoft YaHei"/>
        </w:rPr>
        <w:t>10. 给 Agent 一份分析规则</w:t>
      </w:r>
    </w:p>
    <w:p>
      <w:r>
        <w:rPr>
          <w:rFonts w:ascii="Calibri" w:hAnsi="Calibri" w:eastAsia="Microsoft YaHei"/>
        </w:rPr>
        <w:t>扫描数据只告诉 Agent“看到了什么”，分析规则负责告诉它“应该怎样解释、什么时候必须承认不确定”。</w:t>
      </w:r>
    </w:p>
    <w:p>
      <w:r>
        <w:rPr>
          <w:rFonts w:ascii="Calibri" w:hAnsi="Calibri" w:eastAsia="Microsoft YaHei"/>
        </w:rPr>
        <w:t xml:space="preserve">在 </w:t>
      </w:r>
      <w:r>
        <w:rPr>
          <w:rFonts w:ascii="Consolas" w:hAnsi="Consolas" w:eastAsia="Consolas"/>
          <w:color w:val="496A76"/>
          <w:sz w:val="19"/>
        </w:rPr>
        <w:t>references</w:t>
      </w:r>
      <w:r>
        <w:rPr>
          <w:rFonts w:ascii="Calibri" w:hAnsi="Calibri" w:eastAsia="Microsoft YaHei"/>
        </w:rPr>
        <w:t xml:space="preserve"> 中创建 </w:t>
      </w:r>
      <w:r>
        <w:rPr>
          <w:rFonts w:ascii="Consolas" w:hAnsi="Consolas" w:eastAsia="Consolas"/>
          <w:color w:val="496A76"/>
          <w:sz w:val="19"/>
        </w:rPr>
        <w:t>analysis-rules.md</w:t>
      </w:r>
      <w:r>
        <w:rPr>
          <w:rFonts w:ascii="Calibri" w:hAnsi="Calibri" w:eastAsia="Microsoft YaHei"/>
        </w:rPr>
        <w:t>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679057" cy="3749039"/>
            <wp:docPr id="18" name="Picture 18" descr="在 references 中创建 analysis-rules.m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-create-analysis-rules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79057" cy="3749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在 references 中创建 analysis-rules.md</w:t>
      </w:r>
    </w:p>
    <w:p>
      <w:r>
        <w:rPr>
          <w:rFonts w:ascii="Calibri" w:hAnsi="Calibri" w:eastAsia="Microsoft YaHei"/>
        </w:rPr>
        <w:t>写入：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MARKDOWN</w:t>
        <w:br/>
      </w:r>
      <w:r>
        <w:rPr>
          <w:rFonts w:ascii="Consolas" w:hAnsi="Consolas" w:eastAsia="Consolas"/>
          <w:color w:val="20242A"/>
          <w:sz w:val="18"/>
        </w:rPr>
        <w:t># X-ray 分析规则</w:t>
        <w:br/>
        <w:br/>
        <w:t>先读取 `xray-data.json`，所有分析必须基于扫描得到的一手数据。</w:t>
        <w:br/>
        <w:br/>
        <w:t>## project.total_files</w:t>
        <w:br/>
        <w:t>用于判断项目规模。</w:t>
        <w:br/>
        <w:br/>
        <w:t>## project.total_directories</w:t>
        <w:br/>
        <w:t>用于判断项目的目录规模和组织程度。</w:t>
        <w:br/>
        <w:br/>
        <w:t>## project.languages</w:t>
        <w:br/>
        <w:t>用于判断项目主要使用的开发语言。</w:t>
        <w:br/>
        <w:br/>
        <w:t>## project.files</w:t>
        <w:br/>
        <w:t>用于了解项目文件结构，并选择值得进一步阅读的关键文件。</w:t>
        <w:br/>
        <w:br/>
        <w:t>## stack.technology_stack</w:t>
        <w:br/>
        <w:t>用于判断已经识别出的技术栈。</w:t>
        <w:br/>
        <w:br/>
        <w:t>## 分析原则</w:t>
        <w:br/>
        <w:br/>
        <w:t>在 `xray-data.json` 的基础上，再读取 README、配置文件和关键源码，</w:t>
        <w:br/>
        <w:t>进一步判断：</w:t>
        <w:br/>
        <w:br/>
        <w:t>- 这个项目是什么</w:t>
        <w:br/>
        <w:t>- 项目类型</w:t>
        <w:br/>
        <w:t>- 整体架构</w:t>
        <w:br/>
        <w:t>- 关键模块</w:t>
        <w:br/>
        <w:t>- 项目复杂度</w:t>
        <w:br/>
        <w:t>- 适合哪些方向的人学习</w:t>
        <w:br/>
        <w:t>- 推荐阅读顺序</w:t>
        <w:br/>
        <w:br/>
        <w:t>所有结论必须优先依据 `xray-data.json` 和实际源码。</w:t>
        <w:br/>
        <w:br/>
        <w:t>`references` 只负责说明“如何解释扫描数据”，不能覆盖或虚构项目的一手事实。</w:t>
        <w:br/>
        <w:br/>
        <w:t>如果证据不足，明确标记为“不确定”，不要猜测。</w:t>
      </w:r>
    </w:p>
    <w:p>
      <w:r>
        <w:rPr>
          <w:rFonts w:ascii="Calibri" w:hAnsi="Calibri" w:eastAsia="Microsoft YaHei"/>
        </w:rPr>
        <w:t>这份文件的作用不是给答案，而是约束“怎么得出答案”。事实来自项目，规则只负责提醒 Agent 别演得太投入。</w:t>
      </w:r>
    </w:p>
    <w:p>
      <w:pPr>
        <w:pStyle w:val="Heading1"/>
      </w:pPr>
      <w:r>
        <w:rPr>
          <w:rFonts w:ascii="Calibri" w:hAnsi="Calibri" w:eastAsia="Microsoft YaHei"/>
        </w:rPr>
        <w:t>11. 把完整流程补回 SKILL.md</w:t>
      </w:r>
    </w:p>
    <w:p>
      <w:r>
        <w:rPr>
          <w:rFonts w:ascii="Calibri" w:hAnsi="Calibri" w:eastAsia="Microsoft YaHei"/>
        </w:rPr>
        <w:t xml:space="preserve">前面的文件各自已经能工作，但 Agent 还不知道如何把它们串起来。这一步把完整工作流补回 </w:t>
      </w:r>
      <w:r>
        <w:rPr>
          <w:rFonts w:ascii="Consolas" w:hAnsi="Consolas" w:eastAsia="Consolas"/>
          <w:color w:val="496A76"/>
          <w:sz w:val="19"/>
        </w:rPr>
        <w:t>SKILL.md</w:t>
      </w:r>
      <w:r>
        <w:rPr>
          <w:rFonts w:ascii="Calibri" w:hAnsi="Calibri" w:eastAsia="Microsoft YaHei"/>
        </w:rPr>
        <w:t>，相当于给它一张执行路线图。</w:t>
      </w:r>
    </w:p>
    <w:p>
      <w:r>
        <w:rPr>
          <w:rFonts w:ascii="Calibri" w:hAnsi="Calibri" w:eastAsia="Microsoft YaHei"/>
        </w:rPr>
        <w:t xml:space="preserve">在 </w:t>
      </w:r>
      <w:r>
        <w:rPr>
          <w:rFonts w:ascii="Consolas" w:hAnsi="Consolas" w:eastAsia="Consolas"/>
          <w:color w:val="496A76"/>
          <w:sz w:val="19"/>
        </w:rPr>
        <w:t>SKILL.md</w:t>
      </w:r>
      <w:r>
        <w:rPr>
          <w:rFonts w:ascii="Calibri" w:hAnsi="Calibri" w:eastAsia="Microsoft YaHei"/>
        </w:rPr>
        <w:t xml:space="preserve"> 的安全规则后继续加入：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MARKDOWN</w:t>
        <w:br/>
      </w:r>
      <w:r>
        <w:rPr>
          <w:rFonts w:ascii="Consolas" w:hAnsi="Consolas" w:eastAsia="Consolas"/>
          <w:color w:val="20242A"/>
          <w:sz w:val="18"/>
        </w:rPr>
        <w:t>## 工作流程</w:t>
        <w:br/>
        <w:br/>
        <w:t>当用户调用 X-ray 分析一个陌生项目时：</w:t>
        <w:br/>
        <w:br/>
        <w:t>1. 使用 `scripts/run_xray.py` 扫描当前项目。</w:t>
        <w:br/>
        <w:t>2. 读取扫描生成的 `xray-data.json`。</w:t>
        <w:br/>
        <w:t>3. 读取 `references/analysis-rules.md`，按照其中的规则解释扫描数据。</w:t>
        <w:br/>
        <w:t>4. 根据 `xray-data.json` 中的文件列表，进一步读取：</w:t>
        <w:br/>
        <w:t xml:space="preserve">   - README</w:t>
        <w:br/>
        <w:t xml:space="preserve">   - 项目配置文件</w:t>
        <w:br/>
        <w:t xml:space="preserve">   - 程序入口</w:t>
        <w:br/>
        <w:t xml:space="preserve">   - 关键源码文件</w:t>
        <w:br/>
        <w:t>5. 基于真实扫描数据和实际源码，分析：</w:t>
        <w:br/>
        <w:t xml:space="preserve">   - 这个项目是什么</w:t>
        <w:br/>
        <w:t xml:space="preserve">   - 项目类型</w:t>
        <w:br/>
        <w:t xml:space="preserve">   - 技术栈</w:t>
        <w:br/>
        <w:t xml:space="preserve">   - 文件结构</w:t>
        <w:br/>
        <w:t xml:space="preserve">   - 整体架构</w:t>
        <w:br/>
        <w:t xml:space="preserve">   - 项目复杂度</w:t>
        <w:br/>
        <w:t xml:space="preserve">   - 适合哪些方向的人学习</w:t>
        <w:br/>
        <w:t xml:space="preserve">   - 推荐阅读顺序</w:t>
        <w:br/>
        <w:t>6. 最终生成一个 HTML 可视化项目报告。</w:t>
        <w:br/>
        <w:br/>
        <w:t>## 原则</w:t>
        <w:br/>
        <w:br/>
        <w:t>- 优先依据 `xray-data.json` 和实际源码。</w:t>
        <w:br/>
        <w:t>- `references` 只提供分析方法，不提供项目事实。</w:t>
        <w:br/>
        <w:t>- 不确定的信息明确标记为“不确定”。</w:t>
        <w:br/>
        <w:t>- 不修改被分析项目的源代码。</w:t>
        <w:br/>
        <w:t>- 不安装依赖。</w:t>
        <w:br/>
        <w:t>- 不执行未知项目代码。</w:t>
      </w:r>
    </w:p>
    <w:p>
      <w:r>
        <w:rPr>
          <w:rFonts w:ascii="Calibri" w:hAnsi="Calibri" w:eastAsia="Microsoft YaHei"/>
        </w:rPr>
        <w:t>现在 X-ray 的“大脑说明书、测量工具、判断规则和报告模板”都齐了。下一步不再盯着代码看，我们直接把它扔进真实项目。</w:t>
      </w:r>
    </w:p>
    <w:p>
      <w:pPr>
        <w:pStyle w:val="Heading1"/>
      </w:pPr>
      <w:r>
        <w:rPr>
          <w:rFonts w:ascii="Calibri" w:hAnsi="Calibri" w:eastAsia="Microsoft YaHei"/>
        </w:rPr>
        <w:t>12. 选一个你想分析的项目</w:t>
      </w:r>
    </w:p>
    <w:p>
      <w:r>
        <w:rPr>
          <w:rFonts w:ascii="Calibri" w:hAnsi="Calibri" w:eastAsia="Microsoft YaHei"/>
        </w:rPr>
        <w:t>这里不要求你必须使用 AIFriends：</w:t>
      </w:r>
    </w:p>
    <w:p>
      <w:pPr>
        <w:pStyle w:val="ListBullet"/>
      </w:pPr>
      <w:r>
        <w:rPr>
          <w:rFonts w:ascii="Calibri" w:hAnsi="Calibri" w:eastAsia="Microsoft YaHei"/>
          <w:b/>
        </w:rPr>
        <w:t>手边有自己的项目</w:t>
      </w:r>
      <w:r>
        <w:rPr>
          <w:rFonts w:ascii="Calibri" w:hAnsi="Calibri" w:eastAsia="Microsoft YaHei"/>
        </w:rPr>
        <w:t>：直接使用自己的公开项目，或确认允许发送给当前模型服务的项目。</w:t>
      </w:r>
    </w:p>
    <w:p>
      <w:pPr>
        <w:pStyle w:val="ListBullet"/>
      </w:pPr>
      <w:r>
        <w:rPr>
          <w:rFonts w:ascii="Calibri" w:hAnsi="Calibri" w:eastAsia="Microsoft YaHei"/>
          <w:b/>
        </w:rPr>
        <w:t>暂时没有合适项目</w:t>
      </w:r>
      <w:r>
        <w:rPr>
          <w:rFonts w:ascii="Calibri" w:hAnsi="Calibri" w:eastAsia="Microsoft YaHei"/>
        </w:rPr>
        <w:t>：跟着截图使用 AIFriends，最容易对照结果。</w:t>
      </w:r>
    </w:p>
    <w:p>
      <w:r>
        <w:rPr>
          <w:rFonts w:ascii="Calibri" w:hAnsi="Calibri" w:eastAsia="Microsoft YaHei"/>
        </w:rPr>
        <w:t>不要把未经允许的公司仓库或敏感代码交给云端 Agent。示例可以换，数据边界不能靠勇气突破。</w:t>
      </w:r>
    </w:p>
    <w:p>
      <w:r>
        <w:rPr>
          <w:rFonts w:ascii="Calibri" w:hAnsi="Calibri" w:eastAsia="Microsoft YaHei"/>
        </w:rPr>
        <w:t xml:space="preserve">为了和截图一致，可以在桌面新建 </w:t>
      </w:r>
      <w:r>
        <w:rPr>
          <w:rFonts w:ascii="Consolas" w:hAnsi="Consolas" w:eastAsia="Consolas"/>
          <w:color w:val="496A76"/>
          <w:sz w:val="19"/>
        </w:rPr>
        <w:t>测试X-ray</w:t>
      </w:r>
      <w:r>
        <w:rPr>
          <w:rFonts w:ascii="Calibri" w:hAnsi="Calibri" w:eastAsia="Microsoft YaHei"/>
        </w:rPr>
        <w:t xml:space="preserve"> 文件夹。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3142434"/>
            <wp:docPr id="19" name="Picture 19" descr="新建测试X-ray文件夹，准备第一次真实项目验收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-create-local-test-folder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1424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新建测试X-ray文件夹，准备第一次真实项目验收</w:t>
      </w:r>
    </w:p>
    <w:p>
      <w:r>
        <w:rPr>
          <w:rFonts w:ascii="Calibri" w:hAnsi="Calibri" w:eastAsia="Microsoft YaHei"/>
        </w:rPr>
        <w:t>进入这个文件夹，执行和截图一致的 SSH 命令：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git clone git@github.com:ppshux/AIFriends.git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494579"/>
            <wp:docPr id="20" name="Picture 20" descr="克隆本集使用的公开测试仓库；截图采用 Git SSH 地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-clone-aifriends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4945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克隆本集使用的公开测试仓库；截图采用 Git SSH 地址</w:t>
      </w:r>
    </w:p>
    <w:p>
      <w:r>
        <w:rPr>
          <w:rFonts w:ascii="Calibri" w:hAnsi="Calibri" w:eastAsia="Microsoft YaHei"/>
        </w:rPr>
        <w:t>如果你还没有配置 GitHub SSH Key，就用官方仓库页面提供的 HTTPS 地址：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git clone https://github.com/ppshuX/AIFriends.git</w:t>
      </w:r>
    </w:p>
    <w:p>
      <w:r>
        <w:rPr>
          <w:rFonts w:ascii="Calibri" w:hAnsi="Calibri" w:eastAsia="Microsoft YaHei"/>
        </w:rPr>
        <w:t>本次截图使用 AIFriends，只是为了演示和方便对照；它不是教程的主角，也不是制作 Skill 的必选项。</w:t>
      </w:r>
    </w:p>
    <w:p>
      <w:r>
        <w:rPr>
          <w:rFonts w:ascii="Calibri" w:hAnsi="Calibri" w:eastAsia="Microsoft YaHei"/>
        </w:rPr>
        <w:t xml:space="preserve">两条命令只选一条。看到 </w:t>
      </w:r>
      <w:r>
        <w:rPr>
          <w:rFonts w:ascii="Consolas" w:hAnsi="Consolas" w:eastAsia="Consolas"/>
          <w:color w:val="496A76"/>
          <w:sz w:val="19"/>
        </w:rPr>
        <w:t>Cloning into 'AIFriends'...</w:t>
      </w:r>
      <w:r>
        <w:rPr>
          <w:rFonts w:ascii="Calibri" w:hAnsi="Calibri" w:eastAsia="Microsoft YaHei"/>
        </w:rPr>
        <w:t xml:space="preserve"> 并顺利结束，就说明测试项目已经准备好；我们不会安装它的依赖，也不会运行它。</w:t>
      </w:r>
    </w:p>
    <w:p>
      <w:pPr>
        <w:pStyle w:val="Heading1"/>
      </w:pPr>
      <w:r>
        <w:rPr>
          <w:rFonts w:ascii="Calibri" w:hAnsi="Calibri" w:eastAsia="Microsoft YaHei"/>
        </w:rPr>
        <w:t>13. 用 CodeBuddy 打开测试目录</w:t>
      </w:r>
    </w:p>
    <w:p>
      <w:r>
        <w:rPr>
          <w:rFonts w:ascii="Calibri" w:hAnsi="Calibri" w:eastAsia="Microsoft YaHei"/>
        </w:rPr>
        <w:t xml:space="preserve">这一步是让 CodeBuddy 把测试项目当作当前工作目录。这样调用 </w:t>
      </w:r>
      <w:r>
        <w:rPr>
          <w:rFonts w:ascii="Consolas" w:hAnsi="Consolas" w:eastAsia="Consolas"/>
          <w:color w:val="496A76"/>
          <w:sz w:val="19"/>
        </w:rPr>
        <w:t>/x-ray</w:t>
      </w:r>
      <w:r>
        <w:rPr>
          <w:rFonts w:ascii="Calibri" w:hAnsi="Calibri" w:eastAsia="Microsoft YaHei"/>
        </w:rPr>
        <w:t xml:space="preserve"> 时，它才知道应该分析谁。</w:t>
      </w:r>
    </w:p>
    <w:p>
      <w:r>
        <w:rPr>
          <w:rFonts w:ascii="Calibri" w:hAnsi="Calibri" w:eastAsia="Microsoft YaHei"/>
        </w:rPr>
        <w:t xml:space="preserve">用 CodeBuddy 打开刚刚的 </w:t>
      </w:r>
      <w:r>
        <w:rPr>
          <w:rFonts w:ascii="Consolas" w:hAnsi="Consolas" w:eastAsia="Consolas"/>
          <w:color w:val="496A76"/>
          <w:sz w:val="19"/>
        </w:rPr>
        <w:t>测试X-ray</w:t>
      </w:r>
      <w:r>
        <w:rPr>
          <w:rFonts w:ascii="Calibri" w:hAnsi="Calibri" w:eastAsia="Microsoft YaHei"/>
        </w:rPr>
        <w:t xml:space="preserve"> 文件夹。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3477169"/>
            <wp:docPr id="21" name="Picture 21" descr="用 CodeBuddy 打开测试文件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1-open-codebuddy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4771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用 CodeBuddy 打开测试文件夹</w:t>
      </w:r>
    </w:p>
    <w:p>
      <w:r>
        <w:rPr>
          <w:rFonts w:ascii="Calibri" w:hAnsi="Calibri" w:eastAsia="Microsoft YaHei"/>
        </w:rPr>
        <w:t>第一次使用 CodeBuddy 的读者，回看第 1 节的</w:t>
      </w:r>
      <w:hyperlink r:id="rId34">
        <w:r>
          <w:rPr>
            <w:color w:val="4F9E8B"/>
            <w:u w:val="single"/>
          </w:rPr>
          <w:t>官方下载入口</w:t>
        </w:r>
      </w:hyperlink>
      <w:r>
        <w:rPr>
          <w:rFonts w:ascii="Calibri" w:hAnsi="Calibri" w:eastAsia="Microsoft YaHei"/>
        </w:rPr>
        <w:t>即可。这里的成功标志只有一个：左侧能看到刚克隆的项目文件，右侧能打开 Agent 对话。</w:t>
      </w:r>
    </w:p>
    <w:p>
      <w:pPr>
        <w:pStyle w:val="Heading1"/>
      </w:pPr>
      <w:r>
        <w:rPr>
          <w:rFonts w:ascii="Calibri" w:hAnsi="Calibri" w:eastAsia="Microsoft YaHei"/>
        </w:rPr>
        <w:t>14. 把本地 X-ray 装进 CodeBuddy</w:t>
      </w:r>
    </w:p>
    <w:p>
      <w:r>
        <w:rPr>
          <w:rFonts w:ascii="Calibri" w:hAnsi="Calibri" w:eastAsia="Microsoft YaHei"/>
        </w:rPr>
        <w:t>Skill 文件夹做好了，不等于 Agent 已经能看见它。这一步要把 X-ray 放进 CodeBuddy 实际读取的 Skill 目录。</w:t>
      </w:r>
    </w:p>
    <w:p>
      <w:r>
        <w:rPr>
          <w:rFonts w:ascii="Calibri" w:hAnsi="Calibri" w:eastAsia="Microsoft YaHei"/>
        </w:rPr>
        <w:t>我们直接把真实实验里的话原样交给 Agent：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把我桌面的 x-ray 放到你的skill目录里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164585"/>
            <wp:docPr id="22" name="Picture 22" descr="让 CodeBuddy 把桌面的 x-ray 放入本地 Skill 目录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-install-local-prompt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1645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让 CodeBuddy 把桌面的 x-ray 放入本地 Skill 目录</w:t>
      </w:r>
    </w:p>
    <w:p>
      <w:r>
        <w:rPr>
          <w:rFonts w:ascii="Calibri" w:hAnsi="Calibri" w:eastAsia="Microsoft YaHei"/>
        </w:rPr>
        <w:t xml:space="preserve">CodeBuddy 会找到桌面的 </w:t>
      </w:r>
      <w:r>
        <w:rPr>
          <w:rFonts w:ascii="Consolas" w:hAnsi="Consolas" w:eastAsia="Consolas"/>
          <w:color w:val="496A76"/>
          <w:sz w:val="19"/>
        </w:rPr>
        <w:t>x-ray</w:t>
      </w:r>
      <w:r>
        <w:rPr>
          <w:rFonts w:ascii="Calibri" w:hAnsi="Calibri" w:eastAsia="Microsoft YaHei"/>
        </w:rPr>
        <w:t>，再把它放进自己的 Skill 目录。Windows 上通常是：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C:\Users\你的用户名\.codebuddy\skills\x-ray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1509022" cy="3749038"/>
            <wp:docPr id="23" name="Picture 23" descr="CodeBuddy 完成本地 Skill 安装并提示重启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3-install-local-result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509022" cy="37490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CodeBuddy 完成本地 Skill 安装并提示重启</w:t>
      </w:r>
    </w:p>
    <w:p>
      <w:r>
        <w:rPr>
          <w:rFonts w:ascii="Calibri" w:hAnsi="Calibri" w:eastAsia="Microsoft YaHei"/>
        </w:rPr>
        <w:t>截图里的关键信息是安装目录与“需要重启/重载”。完成后彻底重启 CodeBuddy，让它重新扫描 Skills。</w:t>
      </w:r>
    </w:p>
    <w:p>
      <w:pPr>
        <w:pStyle w:val="Heading1"/>
      </w:pPr>
      <w:r>
        <w:rPr>
          <w:rFonts w:ascii="Calibri" w:hAnsi="Calibri" w:eastAsia="Microsoft YaHei"/>
        </w:rPr>
        <w:t>15. 调用 /x-ray，生成第一份真实报告</w:t>
      </w:r>
    </w:p>
    <w:p>
      <w:r>
        <w:rPr>
          <w:rFonts w:ascii="Calibri" w:hAnsi="Calibri" w:eastAsia="Microsoft YaHei"/>
        </w:rPr>
        <w:t xml:space="preserve">前面都是搭积木，现在才是真正的验收：如果 </w:t>
      </w:r>
      <w:r>
        <w:rPr>
          <w:rFonts w:ascii="Consolas" w:hAnsi="Consolas" w:eastAsia="Consolas"/>
          <w:color w:val="496A76"/>
          <w:sz w:val="19"/>
        </w:rPr>
        <w:t>/x-ray</w:t>
      </w:r>
      <w:r>
        <w:rPr>
          <w:rFonts w:ascii="Calibri" w:hAnsi="Calibri" w:eastAsia="Microsoft YaHei"/>
        </w:rPr>
        <w:t xml:space="preserve"> 能被识别，并为测试项目生成报告，这个 Skill 才算跑通。</w:t>
      </w:r>
    </w:p>
    <w:p>
      <w:r>
        <w:rPr>
          <w:rFonts w:ascii="Calibri" w:hAnsi="Calibri" w:eastAsia="Microsoft YaHei"/>
        </w:rPr>
        <w:t xml:space="preserve">重启后，在对话框输入 </w:t>
      </w:r>
      <w:r>
        <w:rPr>
          <w:rFonts w:ascii="Consolas" w:hAnsi="Consolas" w:eastAsia="Consolas"/>
          <w:color w:val="496A76"/>
          <w:sz w:val="19"/>
        </w:rPr>
        <w:t>/x</w:t>
      </w:r>
      <w:r>
        <w:rPr>
          <w:rFonts w:ascii="Calibri" w:hAnsi="Calibri" w:eastAsia="Microsoft YaHei"/>
        </w:rPr>
        <w:t xml:space="preserve">。列表中能看到 </w:t>
      </w:r>
      <w:r>
        <w:rPr>
          <w:rFonts w:ascii="Consolas" w:hAnsi="Consolas" w:eastAsia="Consolas"/>
          <w:color w:val="496A76"/>
          <w:sz w:val="19"/>
        </w:rPr>
        <w:t>/x-ray</w:t>
      </w:r>
      <w:r>
        <w:rPr>
          <w:rFonts w:ascii="Calibri" w:hAnsi="Calibri" w:eastAsia="Microsoft YaHei"/>
        </w:rPr>
        <w:t>，说明安装成功。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634856" cy="3749040"/>
            <wp:docPr id="24" name="Picture 24" descr="重启后输入斜杠加 x，列表中已经出现 x-ray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-skill-visible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634856" cy="3749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重启后输入斜杠加 x，列表中已经出现 x-ray</w:t>
      </w:r>
    </w:p>
    <w:p>
      <w:r>
        <w:rPr>
          <w:rFonts w:ascii="Calibri" w:hAnsi="Calibri" w:eastAsia="Microsoft YaHei"/>
        </w:rPr>
        <w:t>选中它，直接回车，不需要额外写提示词：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/x-ray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233949"/>
            <wp:docPr id="25" name="Picture 25" descr="直接执行 /x-ray，不需要另外编写提示词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-invoke-xray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2339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直接执行 /x-ray，不需要另外编写提示词</w:t>
      </w:r>
    </w:p>
    <w:p>
      <w:r>
        <w:rPr>
          <w:rFonts w:ascii="Calibri" w:hAnsi="Calibri" w:eastAsia="Microsoft YaHei"/>
        </w:rPr>
        <w:t>CodeBuddy 会先运行扫描脚本，再读取 JSON、分析规则、README、配置与必要源码。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514160" cy="3749040"/>
            <wp:docPr id="26" name="Picture 26" descr="CodeBuddy 开始运行 X-ray 并读取扫描脚本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-xray-running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514160" cy="3749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CodeBuddy 开始运行 X-ray 并读取扫描脚本</w:t>
      </w:r>
    </w:p>
    <w:p>
      <w:r>
        <w:rPr>
          <w:rFonts w:ascii="Calibri" w:hAnsi="Calibri" w:eastAsia="Microsoft YaHei"/>
        </w:rPr>
        <w:t>等它完成后，测试目录里应该出现：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xray-data.json</w:t>
        <w:br/>
        <w:t>xray-report.html</w:t>
      </w:r>
    </w:p>
    <w:p>
      <w:r>
        <w:rPr>
          <w:rFonts w:ascii="Calibri" w:hAnsi="Calibri" w:eastAsia="Microsoft YaHei"/>
        </w:rPr>
        <w:t>打开 HTML，先看项目结构与关键技术组件：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202589" cy="3749039"/>
            <wp:docPr id="27" name="Picture 27" descr="第一份报告展示项目结构与技术组件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-aifriends-report-code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202589" cy="3749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第一份报告展示项目结构与技术组件</w:t>
      </w:r>
    </w:p>
    <w:p>
      <w:r>
        <w:rPr>
          <w:rFonts w:ascii="Calibri" w:hAnsi="Calibri" w:eastAsia="Microsoft YaHei"/>
        </w:rPr>
        <w:t>继续往下看复杂度、适合的学习方向和推荐阅读顺序：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259246" cy="3749040"/>
            <wp:docPr id="28" name="Picture 28" descr="第一份报告给出复杂度、适合方向和推荐阅读顺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8-aifriends-report-path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59246" cy="3749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第一份报告给出复杂度、适合方向和推荐阅读顺序</w:t>
      </w:r>
    </w:p>
    <w:p>
      <w:r>
        <w:rPr>
          <w:rFonts w:ascii="Calibri" w:hAnsi="Calibri" w:eastAsia="Microsoft YaHei"/>
        </w:rPr>
        <w:t>最后回到报告顶部，确认项目名和关键指标：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436456" cy="3749040"/>
            <wp:docPr id="29" name="Picture 29" descr="第一份 X-ray 项目解剖报告已经生成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9-aifriends-report-overview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436456" cy="3749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第一份 X-ray 项目解剖报告已经生成</w:t>
      </w:r>
    </w:p>
    <w:p>
      <w:r>
        <w:rPr>
          <w:rFonts w:ascii="Calibri" w:hAnsi="Calibri" w:eastAsia="Microsoft YaHei"/>
          <w:b/>
        </w:rPr>
        <w:t>上集通关：</w:t>
      </w:r>
      <w:r>
        <w:rPr>
          <w:rFonts w:ascii="Calibri" w:hAnsi="Calibri" w:eastAsia="Microsoft YaHei"/>
        </w:rPr>
        <w:t xml:space="preserve"> 第一份真实项目报告已经生成。此时我们不只是“写了几个文件”，而是亲手完成了“制作 Skill → 本地安装 → 真实项目调用 → 交付 HTML”的第一次闭环。</w:t>
      </w:r>
    </w:p>
    <w:p>
      <w:pPr>
        <w:pStyle w:val="Heading1"/>
      </w:pPr>
      <w:r>
        <w:rPr>
          <w:rFonts w:ascii="Calibri" w:hAnsi="Calibri" w:eastAsia="Microsoft YaHei"/>
        </w:rPr>
        <w:t>16. 三个最容易卡住的地方</w:t>
      </w:r>
    </w:p>
    <w:p>
      <w:pPr>
        <w:pStyle w:val="ListBullet"/>
      </w:pPr>
      <w:r>
        <w:rPr>
          <w:rFonts w:ascii="Calibri" w:hAnsi="Calibri" w:eastAsia="Microsoft YaHei"/>
          <w:b/>
        </w:rPr>
        <w:t>终端提示找不到 Python</w:t>
      </w:r>
      <w:r>
        <w:rPr>
          <w:rFonts w:ascii="Calibri" w:hAnsi="Calibri" w:eastAsia="Microsoft YaHei"/>
        </w:rPr>
        <w:t xml:space="preserve">：依次试 </w:t>
      </w:r>
      <w:r>
        <w:rPr>
          <w:rFonts w:ascii="Consolas" w:hAnsi="Consolas" w:eastAsia="Consolas"/>
          <w:color w:val="496A76"/>
          <w:sz w:val="19"/>
        </w:rPr>
        <w:t>python --version</w:t>
      </w:r>
      <w:r>
        <w:rPr>
          <w:rFonts w:ascii="Calibri" w:hAnsi="Calibri" w:eastAsia="Microsoft YaHei"/>
        </w:rPr>
        <w:t xml:space="preserve"> 与 </w:t>
      </w:r>
      <w:r>
        <w:rPr>
          <w:rFonts w:ascii="Consolas" w:hAnsi="Consolas" w:eastAsia="Consolas"/>
          <w:color w:val="496A76"/>
          <w:sz w:val="19"/>
        </w:rPr>
        <w:t>py --version</w:t>
      </w:r>
      <w:r>
        <w:rPr>
          <w:rFonts w:ascii="Calibri" w:hAnsi="Calibri" w:eastAsia="Microsoft YaHei"/>
        </w:rPr>
        <w:t>，后续统一使用能显示 Python 3 的那个命令。</w:t>
      </w:r>
    </w:p>
    <w:p>
      <w:pPr>
        <w:pStyle w:val="ListBullet"/>
      </w:pPr>
      <w:r>
        <w:rPr>
          <w:rFonts w:ascii="Calibri" w:hAnsi="Calibri" w:eastAsia="Microsoft YaHei"/>
          <w:b/>
        </w:rPr>
        <w:t>重启后没有 `/x-ray`</w:t>
      </w:r>
      <w:r>
        <w:rPr>
          <w:rFonts w:ascii="Calibri" w:hAnsi="Calibri" w:eastAsia="Microsoft YaHei"/>
        </w:rPr>
        <w:t xml:space="preserve">：检查 </w:t>
      </w:r>
      <w:r>
        <w:rPr>
          <w:rFonts w:ascii="Consolas" w:hAnsi="Consolas" w:eastAsia="Consolas"/>
          <w:color w:val="496A76"/>
          <w:sz w:val="19"/>
        </w:rPr>
        <w:t>%USERPROFILE%\.codebuddy\skills\x-ray\SKILL.md</w:t>
      </w:r>
      <w:r>
        <w:rPr>
          <w:rFonts w:ascii="Calibri" w:hAnsi="Calibri" w:eastAsia="Microsoft YaHei"/>
        </w:rPr>
        <w:t xml:space="preserve"> 是否存在，并确认 </w:t>
      </w:r>
      <w:r>
        <w:rPr>
          <w:rFonts w:ascii="Consolas" w:hAnsi="Consolas" w:eastAsia="Consolas"/>
          <w:color w:val="496A76"/>
          <w:sz w:val="19"/>
        </w:rPr>
        <w:t>SKILL.md</w:t>
      </w:r>
      <w:r>
        <w:rPr>
          <w:rFonts w:ascii="Calibri" w:hAnsi="Calibri" w:eastAsia="Microsoft YaHei"/>
        </w:rPr>
        <w:t xml:space="preserve"> 文件名没有变成 </w:t>
      </w:r>
      <w:r>
        <w:rPr>
          <w:rFonts w:ascii="Consolas" w:hAnsi="Consolas" w:eastAsia="Consolas"/>
          <w:color w:val="496A76"/>
          <w:sz w:val="19"/>
        </w:rPr>
        <w:t>SKILL.md.txt</w:t>
      </w:r>
      <w:r>
        <w:rPr>
          <w:rFonts w:ascii="Calibri" w:hAnsi="Calibri" w:eastAsia="Microsoft YaHei"/>
        </w:rPr>
        <w:t>。</w:t>
      </w:r>
    </w:p>
    <w:p>
      <w:pPr>
        <w:pStyle w:val="ListBullet"/>
      </w:pPr>
      <w:r>
        <w:rPr>
          <w:rFonts w:ascii="Calibri" w:hAnsi="Calibri" w:eastAsia="Microsoft YaHei"/>
          <w:b/>
        </w:rPr>
        <w:t>只有 JSON，没有 HTML</w:t>
      </w:r>
      <w:r>
        <w:rPr>
          <w:rFonts w:ascii="Calibri" w:hAnsi="Calibri" w:eastAsia="Microsoft YaHei"/>
        </w:rPr>
        <w:t>：JSON 只代表脚本层完成；继续等待 Agent 抽样阅读与生成报告，并查看对话里是否出现文件读取或写入失败。</w:t>
      </w:r>
    </w:p>
    <w:p>
      <w:r>
        <w:rPr>
          <w:rFonts w:ascii="Calibri" w:hAnsi="Calibri" w:eastAsia="Microsoft YaHei"/>
        </w:rPr>
        <w:t xml:space="preserve">还有一个容易被忽略的边界：X-ray </w:t>
      </w:r>
      <w:r>
        <w:rPr>
          <w:rFonts w:ascii="Calibri" w:hAnsi="Calibri" w:eastAsia="Microsoft YaHei"/>
          <w:b/>
        </w:rPr>
        <w:t>不修改目标项目源码</w:t>
      </w:r>
      <w:r>
        <w:rPr>
          <w:rFonts w:ascii="Calibri" w:hAnsi="Calibri" w:eastAsia="Microsoft YaHei"/>
        </w:rPr>
        <w:t xml:space="preserve">，但会在测试目录写出 </w:t>
      </w:r>
      <w:r>
        <w:rPr>
          <w:rFonts w:ascii="Consolas" w:hAnsi="Consolas" w:eastAsia="Consolas"/>
          <w:color w:val="496A76"/>
          <w:sz w:val="19"/>
        </w:rPr>
        <w:t>xray-data.json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Consolas"/>
          <w:color w:val="496A76"/>
          <w:sz w:val="19"/>
        </w:rPr>
        <w:t>xray-report.html</w:t>
      </w:r>
      <w:r>
        <w:rPr>
          <w:rFonts w:ascii="Calibri" w:hAnsi="Calibri" w:eastAsia="Microsoft YaHei"/>
        </w:rPr>
        <w:t>。如果用于公司仓库，还要先确认代码能否发送给当前模型服务，并检查报告里是否包含内部路径、仓库名或业务信息。</w:t>
      </w:r>
    </w:p>
    <w:p>
      <w:pPr>
        <w:pStyle w:val="Heading1"/>
      </w:pPr>
      <w:r>
        <w:rPr>
          <w:rFonts w:ascii="Calibri" w:hAnsi="Calibri" w:eastAsia="Microsoft YaHei"/>
        </w:rPr>
        <w:t>17. 收尾：我们真正做成了什么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476500"/>
            <wp:docPr id="30" name="Picture 30" descr="上集通关：X-ray 已在真实仓库中生成第一份项目解剖报告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0-episode-summary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76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上集通关：X-ray 已在真实仓库中生成第一份项目解剖报告</w:t>
      </w:r>
    </w:p>
    <w:p>
      <w:r>
        <w:rPr>
          <w:rFonts w:ascii="Calibri" w:hAnsi="Calibri" w:eastAsia="Microsoft YaHei"/>
        </w:rPr>
        <w:t>这一集完成了三件事：</w:t>
      </w:r>
    </w:p>
    <w:p>
      <w:pPr>
        <w:pStyle w:val="ListNumber"/>
      </w:pPr>
      <w:r>
        <w:rPr>
          <w:rFonts w:ascii="Calibri" w:hAnsi="Calibri" w:eastAsia="Microsoft YaHei"/>
        </w:rPr>
        <w:t xml:space="preserve">用 </w:t>
      </w:r>
      <w:r>
        <w:rPr>
          <w:rFonts w:ascii="Consolas" w:hAnsi="Consolas" w:eastAsia="Consolas"/>
          <w:color w:val="496A76"/>
          <w:sz w:val="19"/>
        </w:rPr>
        <w:t>SKILL.md + scripts + references + assets</w:t>
      </w:r>
      <w:r>
        <w:rPr>
          <w:rFonts w:ascii="Calibri" w:hAnsi="Calibri" w:eastAsia="Microsoft YaHei"/>
        </w:rPr>
        <w:t xml:space="preserve"> 做出 X-ray；</w:t>
      </w:r>
    </w:p>
    <w:p>
      <w:pPr>
        <w:pStyle w:val="ListNumber"/>
      </w:pPr>
      <w:r>
        <w:rPr>
          <w:rFonts w:ascii="Calibri" w:hAnsi="Calibri" w:eastAsia="Microsoft YaHei"/>
        </w:rPr>
        <w:t xml:space="preserve">把它装进 CodeBuddy，并成功唤起 </w:t>
      </w:r>
      <w:r>
        <w:rPr>
          <w:rFonts w:ascii="Consolas" w:hAnsi="Consolas" w:eastAsia="Consolas"/>
          <w:color w:val="496A76"/>
          <w:sz w:val="19"/>
        </w:rPr>
        <w:t>/x-ray</w:t>
      </w:r>
      <w:r>
        <w:rPr>
          <w:rFonts w:ascii="Calibri" w:hAnsi="Calibri" w:eastAsia="Microsoft YaHei"/>
        </w:rPr>
        <w:t>；</w:t>
      </w:r>
    </w:p>
    <w:p>
      <w:pPr>
        <w:pStyle w:val="ListNumber"/>
      </w:pPr>
      <w:r>
        <w:rPr>
          <w:rFonts w:ascii="Calibri" w:hAnsi="Calibri" w:eastAsia="Microsoft YaHei"/>
        </w:rPr>
        <w:t>用一个真实仓库生成第一份可以打开的项目解剖报告。</w:t>
      </w:r>
    </w:p>
    <w:p>
      <w:r>
        <w:rPr>
          <w:rFonts w:ascii="Calibri" w:hAnsi="Calibri" w:eastAsia="Microsoft YaHei"/>
        </w:rPr>
        <w:t>这时的 X-ray 已经不是一段聊天记录，而是一套可以重复调用的工作方法。</w:t>
      </w:r>
    </w:p>
    <w:p>
      <w:r>
        <w:rPr>
          <w:rFonts w:ascii="Calibri" w:hAnsi="Calibri" w:eastAsia="Microsoft YaHei"/>
        </w:rPr>
        <w:t>更重要的是，你已经掌握了制作 Skill 的通用套路。哪怕你对“项目 X 光机”没有兴趣，也可以保留目录结构和验证方法，把里面的任务换成自己的需求。</w:t>
      </w:r>
    </w:p>
    <w:p>
      <w:r>
        <w:rPr>
          <w:rFonts w:ascii="Calibri" w:hAnsi="Calibri" w:eastAsia="Microsoft YaHei"/>
        </w:rPr>
        <w:t>下一集只增加一个变量：</w:t>
      </w:r>
      <w:r>
        <w:rPr>
          <w:rFonts w:ascii="Calibri" w:hAnsi="Calibri" w:eastAsia="Microsoft YaHei"/>
          <w:b/>
        </w:rPr>
        <w:t>把它发布到 GitHub，再从仓库重新安装，并换一个项目验证“换个地方还能用”。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68707D"/>
        <w:sz w:val="18"/>
      </w:rPr>
      <w:t xml:space="preserve">第 </w:t>
    </w:r>
    <w:fldSimple w:instr="PAGE"/>
    <w:r>
      <w:rPr>
        <w:rFonts w:ascii="Calibri" w:hAnsi="Calibri" w:eastAsia="Microsoft YaHei"/>
        <w:color w:val="68707D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Microsoft YaHei"/>
        <w:b/>
        <w:color w:val="68707D"/>
        <w:sz w:val="17"/>
      </w:rPr>
      <w:t>AI 架构演进实践  ·  EP. 06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2024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496A7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Calibri" w:hAnsi="Calibri" w:eastAsia="Microsoft YaHei"/>
      <w:b/>
      <w:bCs/>
      <w:i w:val="0"/>
      <w:color w:val="68707D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80" w:after="160" w:line="252" w:lineRule="auto"/>
      <w:ind w:left="230" w:right="230"/>
    </w:pPr>
    <w:rPr>
      <w:rFonts w:ascii="Consolas" w:hAnsi="Consolas" w:eastAsia="Consolas"/>
      <w:color w:val="20242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codebuddy.cn/docs/ide/Getting-Started/Installation" TargetMode="External"/><Relationship Id="rId13" Type="http://schemas.openxmlformats.org/officeDocument/2006/relationships/hyperlink" Target="https://learn.chatgpt.com/codex/use-cases/reusable-codex-skills" TargetMode="External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image" Target="media/image16.png"/><Relationship Id="rId29" Type="http://schemas.openxmlformats.org/officeDocument/2006/relationships/image" Target="media/image17.png"/><Relationship Id="rId30" Type="http://schemas.openxmlformats.org/officeDocument/2006/relationships/image" Target="media/image18.png"/><Relationship Id="rId31" Type="http://schemas.openxmlformats.org/officeDocument/2006/relationships/image" Target="media/image19.png"/><Relationship Id="rId32" Type="http://schemas.openxmlformats.org/officeDocument/2006/relationships/image" Target="media/image20.png"/><Relationship Id="rId33" Type="http://schemas.openxmlformats.org/officeDocument/2006/relationships/image" Target="media/image21.png"/><Relationship Id="rId34" Type="http://schemas.openxmlformats.org/officeDocument/2006/relationships/hyperlink" Target="https://www.codebuddy.cn/ide/" TargetMode="External"/><Relationship Id="rId35" Type="http://schemas.openxmlformats.org/officeDocument/2006/relationships/image" Target="media/image22.png"/><Relationship Id="rId36" Type="http://schemas.openxmlformats.org/officeDocument/2006/relationships/image" Target="media/image23.png"/><Relationship Id="rId37" Type="http://schemas.openxmlformats.org/officeDocument/2006/relationships/image" Target="media/image24.png"/><Relationship Id="rId38" Type="http://schemas.openxmlformats.org/officeDocument/2006/relationships/image" Target="media/image25.png"/><Relationship Id="rId39" Type="http://schemas.openxmlformats.org/officeDocument/2006/relationships/image" Target="media/image26.png"/><Relationship Id="rId40" Type="http://schemas.openxmlformats.org/officeDocument/2006/relationships/image" Target="media/image27.png"/><Relationship Id="rId41" Type="http://schemas.openxmlformats.org/officeDocument/2006/relationships/image" Target="media/image28.png"/><Relationship Id="rId42" Type="http://schemas.openxmlformats.org/officeDocument/2006/relationships/image" Target="media/image29.png"/><Relationship Id="rId43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从零制作 Skill，并用真实项目跑通（上）</dc:title>
  <dc:subject>AI 应用架构演进实践第 6 集</dc:subject>
  <dc:creator/>
  <cp:keywords>Skill 教程, CodeBuddy, X-ray, 本地 Skill, 代码仓库分析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