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80" w:after="240"/>
        <w:jc w:val="center"/>
      </w:pPr>
      <w:r>
        <w:rPr>
          <w:rFonts w:ascii="Calibri" w:hAnsi="Calibri" w:eastAsia="Microsoft YaHei"/>
          <w:b/>
          <w:color w:val="4F9E8B"/>
          <w:sz w:val="20"/>
        </w:rPr>
        <w:t>AI 应用架构演进实践 · 第 07 集</w:t>
      </w:r>
    </w:p>
    <w:p>
      <w:pPr>
        <w:spacing w:before="0" w:after="160"/>
        <w:jc w:val="center"/>
      </w:pPr>
      <w:r>
        <w:rPr>
          <w:rFonts w:ascii="Calibri" w:hAnsi="Calibri" w:eastAsia="Microsoft YaHei"/>
          <w:b/>
          <w:color w:val="496A76"/>
          <w:sz w:val="56"/>
        </w:rPr>
        <w:t>把自己的 Skill 放上 GitHub，再从仓库装回来（中）</w:t>
      </w:r>
    </w:p>
    <w:p>
      <w:pPr>
        <w:spacing w:after="360"/>
        <w:jc w:val="center"/>
      </w:pPr>
      <w:r>
        <w:rPr>
          <w:rFonts w:ascii="Calibri" w:hAnsi="Calibri" w:eastAsia="Microsoft YaHei"/>
          <w:color w:val="68707D"/>
          <w:sz w:val="25"/>
        </w:rPr>
      </w:r>
    </w:p>
    <w:p>
      <w:pPr>
        <w:spacing w:after="320"/>
        <w:jc w:val="center"/>
      </w:pPr>
      <w:r>
        <w:rPr>
          <w:rFonts w:ascii="Calibri" w:hAnsi="Calibri" w:eastAsia="Microsoft YaHei"/>
          <w:b/>
          <w:color w:val="68707D"/>
          <w:sz w:val="19"/>
        </w:rPr>
        <w:t>GitHub 发布  ·  重新安装  ·  换项目复验  ·  第二次验收</w:t>
      </w:r>
    </w:p>
    <w:p>
      <w:r>
        <w:rPr>
          <w:rFonts w:ascii="Calibri" w:hAnsi="Calibri" w:eastAsia="Microsoft YaHei"/>
        </w:rPr>
        <w:t>上集我们已经从零做出一个 Skill，并在本地完成第一次调用。可它现在还住在桌面：电脑一换、文件夹一丢，作品就容易变成“只在作者机器上表演过一次”的限定款。</w:t>
      </w:r>
    </w:p>
    <w:p>
      <w:r>
        <w:rPr>
          <w:rFonts w:ascii="Calibri" w:hAnsi="Calibri" w:eastAsia="Microsoft YaHei"/>
        </w:rPr>
        <w:t>所以这一集不再给 X-ray 加功能，而是借它示范一套通用流程：</w:t>
      </w:r>
      <w:r>
        <w:rPr>
          <w:rFonts w:ascii="Calibri" w:hAnsi="Calibri" w:eastAsia="Microsoft YaHei"/>
          <w:b/>
        </w:rPr>
        <w:t>把自己的 Skill 发布到 GitHub，再从仓库重新安装，验证换台电脑、换个目录还能用。</w:t>
      </w:r>
    </w:p>
    <w:p>
      <w:r>
        <w:rPr>
          <w:rFonts w:ascii="Calibri" w:hAnsi="Calibri" w:eastAsia="Microsoft YaHei"/>
        </w:rPr>
        <w:t>下面的仓库名、地址和截图来自 X-ray；制作你自己的 Skill 时，换成自己的名称和仓库即可。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302000" cy="2476500"/>
            <wp:docPr id="1" name="Picture 1" descr="中集主线：发布 GitHub，再从仓库安装并换一个项目复验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episode-guid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02000" cy="24765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中集主线：发布 GitHub，再从仓库安装并换一个项目复验</w:t>
      </w:r>
    </w:p>
    <w:p>
      <w:pPr>
        <w:pStyle w:val="ListBullet"/>
      </w:pPr>
      <w:r>
        <w:rPr>
          <w:rFonts w:ascii="Calibri" w:hAnsi="Calibri" w:eastAsia="Microsoft YaHei"/>
          <w:b/>
        </w:rPr>
        <w:t>预计用时</w:t>
      </w:r>
      <w:r>
        <w:rPr>
          <w:rFonts w:ascii="Calibri" w:hAnsi="Calibri" w:eastAsia="Microsoft YaHei"/>
        </w:rPr>
        <w:t>：25～35 分钟。</w:t>
      </w:r>
    </w:p>
    <w:p>
      <w:pPr>
        <w:pStyle w:val="ListBullet"/>
      </w:pPr>
      <w:r>
        <w:rPr>
          <w:rFonts w:ascii="Calibri" w:hAnsi="Calibri" w:eastAsia="Microsoft YaHei"/>
          <w:b/>
        </w:rPr>
        <w:t>需要准备</w:t>
      </w:r>
      <w:r>
        <w:rPr>
          <w:rFonts w:ascii="Calibri" w:hAnsi="Calibri" w:eastAsia="Microsoft YaHei"/>
        </w:rPr>
        <w:t>：</w:t>
      </w:r>
      <w:hyperlink r:id="rId12">
        <w:r>
          <w:rPr>
            <w:color w:val="4F9E8B"/>
            <w:u w:val="single"/>
          </w:rPr>
          <w:t>GitHub 账号</w:t>
        </w:r>
      </w:hyperlink>
      <w:r>
        <w:rPr>
          <w:rFonts w:ascii="Calibri" w:hAnsi="Calibri" w:eastAsia="Microsoft YaHei"/>
        </w:rPr>
        <w:t xml:space="preserve">、已经能用的 </w:t>
      </w:r>
      <w:hyperlink r:id="rId13">
        <w:r>
          <w:rPr>
            <w:color w:val="4F9E8B"/>
            <w:u w:val="single"/>
          </w:rPr>
          <w:t>Git</w:t>
        </w:r>
      </w:hyperlink>
      <w:r>
        <w:rPr>
          <w:rFonts w:ascii="Calibri" w:hAnsi="Calibri" w:eastAsia="Microsoft YaHei"/>
        </w:rPr>
        <w:t xml:space="preserve"> 和 </w:t>
      </w:r>
      <w:hyperlink r:id="rId14">
        <w:r>
          <w:rPr>
            <w:color w:val="4F9E8B"/>
            <w:u w:val="single"/>
          </w:rPr>
          <w:t>CodeBuddy</w:t>
        </w:r>
      </w:hyperlink>
      <w:r>
        <w:rPr>
          <w:rFonts w:ascii="Calibri" w:hAnsi="Calibri" w:eastAsia="Microsoft YaHei"/>
        </w:rPr>
        <w:t>。</w:t>
      </w:r>
    </w:p>
    <w:p>
      <w:pPr>
        <w:pStyle w:val="ListBullet"/>
      </w:pPr>
      <w:r>
        <w:rPr>
          <w:rFonts w:ascii="Calibri" w:hAnsi="Calibri" w:eastAsia="Microsoft YaHei"/>
          <w:b/>
        </w:rPr>
        <w:t>成功标志</w:t>
      </w:r>
      <w:r>
        <w:rPr>
          <w:rFonts w:ascii="Calibri" w:hAnsi="Calibri" w:eastAsia="Microsoft YaHei"/>
        </w:rPr>
        <w:t xml:space="preserve">：GitHub 仓库能看到完整源码；新测试目录里，CodeBuddy 从仓库安装 X-ray，并为另一个项目生成 </w:t>
      </w:r>
      <w:r>
        <w:rPr>
          <w:rFonts w:ascii="Consolas" w:hAnsi="Consolas" w:eastAsia="Consolas"/>
          <w:color w:val="496A76"/>
          <w:sz w:val="19"/>
        </w:rPr>
        <w:t>xray-report.html</w:t>
      </w:r>
      <w:r>
        <w:rPr>
          <w:rFonts w:ascii="Calibri" w:hAnsi="Calibri" w:eastAsia="Microsoft YaHei"/>
        </w:rPr>
        <w:t>。</w:t>
      </w:r>
    </w:p>
    <w:p>
      <w:pPr>
        <w:pStyle w:val="ListBullet"/>
      </w:pPr>
      <w:r>
        <w:rPr>
          <w:rFonts w:ascii="Calibri" w:hAnsi="Calibri" w:eastAsia="Microsoft YaHei"/>
          <w:b/>
        </w:rPr>
        <w:t>今天不做</w:t>
      </w:r>
      <w:r>
        <w:rPr>
          <w:rFonts w:ascii="Calibri" w:hAnsi="Calibri" w:eastAsia="Microsoft YaHei"/>
        </w:rPr>
        <w:t>：不发布 ClawHub，不改 X-ray 的核心代码。</w:t>
      </w:r>
    </w:p>
    <w:p>
      <w:r>
        <w:rPr>
          <w:rFonts w:ascii="Calibri" w:hAnsi="Calibri" w:eastAsia="Microsoft YaHei"/>
        </w:rPr>
        <w:t>推上去只是“存好了”；从一个新文件夹重新装回来，才算真的能复用。</w:t>
      </w:r>
    </w:p>
    <w:p>
      <w:pPr>
        <w:pStyle w:val="Heading1"/>
      </w:pPr>
      <w:r>
        <w:rPr>
          <w:rFonts w:ascii="Calibri" w:hAnsi="Calibri" w:eastAsia="Microsoft YaHei"/>
        </w:rPr>
        <w:t>1. 先看懂这一集的闭环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302000" cy="2476500"/>
            <wp:docPr id="2" name="Picture 2" descr="GitHub 闭环：源码进入仓库，再从新文件夹重新安装验证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-github-flow-diagram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02000" cy="24765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GitHub 闭环：源码进入仓库，再从新文件夹重新安装验证</w:t>
      </w:r>
    </w:p>
    <w:p>
      <w:r>
        <w:rPr>
          <w:rFonts w:ascii="Calibri" w:hAnsi="Calibri" w:eastAsia="Microsoft YaHei"/>
        </w:rPr>
        <w:t>路线只有四步：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TEXT</w:t>
        <w:br/>
      </w:r>
      <w:r>
        <w:rPr>
          <w:rFonts w:ascii="Consolas" w:hAnsi="Consolas" w:eastAsia="Consolas"/>
          <w:color w:val="20242A"/>
          <w:sz w:val="18"/>
        </w:rPr>
        <w:t>本地 X-ray</w:t>
        <w:br/>
        <w:t xml:space="preserve">  → GitHub 保存源码与版本</w:t>
        <w:br/>
        <w:t xml:space="preserve">  → CodeBuddy 从仓库重新安装</w:t>
        <w:br/>
        <w:t xml:space="preserve">  → 新项目再次生成项目报告</w:t>
      </w:r>
    </w:p>
    <w:p>
      <w:r>
        <w:rPr>
          <w:rFonts w:ascii="Calibri" w:hAnsi="Calibri" w:eastAsia="Microsoft YaHei"/>
        </w:rPr>
        <w:t>这次我们刻意换一个项目。否则同一个文件夹反复跑成功，很容易把“缓存还在”误当成“发布真的有效”。</w:t>
      </w:r>
    </w:p>
    <w:p>
      <w:pPr>
        <w:pStyle w:val="Heading1"/>
      </w:pPr>
      <w:r>
        <w:rPr>
          <w:rFonts w:ascii="Calibri" w:hAnsi="Calibri" w:eastAsia="Microsoft YaHei"/>
        </w:rPr>
        <w:t>2. 在 GitHub 创建空仓库</w:t>
      </w:r>
    </w:p>
    <w:p>
      <w:r>
        <w:rPr>
          <w:rFonts w:ascii="Calibri" w:hAnsi="Calibri" w:eastAsia="Microsoft YaHei"/>
        </w:rPr>
        <w:t>GitHub 在这里不只是“备份网盘”，它会保存 Skill 的源码、说明、许可证和每次修改历史，也为后面的重新安装提供稳定地址。</w:t>
      </w:r>
    </w:p>
    <w:p>
      <w:r>
        <w:rPr>
          <w:rFonts w:ascii="Calibri" w:hAnsi="Calibri" w:eastAsia="Microsoft YaHei"/>
        </w:rPr>
        <w:t xml:space="preserve">打开 </w:t>
      </w:r>
      <w:hyperlink r:id="rId16">
        <w:r>
          <w:rPr>
            <w:color w:val="4F9E8B"/>
            <w:u w:val="single"/>
          </w:rPr>
          <w:t>GitHub 新建仓库页面</w:t>
        </w:r>
      </w:hyperlink>
      <w:r>
        <w:rPr>
          <w:rFonts w:ascii="Calibri" w:hAnsi="Calibri" w:eastAsia="Microsoft YaHei"/>
        </w:rPr>
        <w:t xml:space="preserve">。为了和截图一致，仓库名填写 </w:t>
      </w:r>
      <w:r>
        <w:rPr>
          <w:rFonts w:ascii="Consolas" w:hAnsi="Consolas" w:eastAsia="Consolas"/>
          <w:color w:val="496A76"/>
          <w:sz w:val="19"/>
        </w:rPr>
        <w:t>x-ray</w:t>
      </w:r>
      <w:r>
        <w:rPr>
          <w:rFonts w:ascii="Calibri" w:hAnsi="Calibri" w:eastAsia="Microsoft YaHei"/>
        </w:rPr>
        <w:t xml:space="preserve">；制作自己的 Skill 时改成自己的名称即可。准备公开分享时选择 </w:t>
      </w:r>
      <w:r>
        <w:rPr>
          <w:rFonts w:ascii="Consolas" w:hAnsi="Consolas" w:eastAsia="Consolas"/>
          <w:color w:val="496A76"/>
          <w:sz w:val="19"/>
        </w:rPr>
        <w:t>Public</w:t>
      </w:r>
      <w:r>
        <w:rPr>
          <w:rFonts w:ascii="Calibri" w:hAnsi="Calibri" w:eastAsia="Microsoft YaHei"/>
        </w:rPr>
        <w:t>，只做内部练习则先确认组织规则。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2412011"/>
            <wp:docPr id="3" name="Picture 3" descr="在 GitHub 创建公开的 x-ray 仓库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-create-github-repo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41201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在 GitHub 创建公开的 x-ray 仓库</w:t>
      </w:r>
    </w:p>
    <w:p>
      <w:r>
        <w:rPr>
          <w:rFonts w:ascii="Calibri" w:hAnsi="Calibri" w:eastAsia="Microsoft YaHei"/>
        </w:rPr>
        <w:t>为了和我们的真实实验一致，这里先不要勾选自动创建 README、</w:t>
      </w:r>
      <w:r>
        <w:rPr>
          <w:rFonts w:ascii="Consolas" w:hAnsi="Consolas" w:eastAsia="Consolas"/>
          <w:color w:val="496A76"/>
          <w:sz w:val="19"/>
        </w:rPr>
        <w:t>.gitignore</w:t>
      </w:r>
      <w:r>
        <w:rPr>
          <w:rFonts w:ascii="Calibri" w:hAnsi="Calibri" w:eastAsia="Microsoft YaHei"/>
        </w:rPr>
        <w:t xml:space="preserve"> 和 License。稍后我们亲手补齐，也能看清每个文件为什么存在。</w:t>
      </w:r>
    </w:p>
    <w:p>
      <w:r>
        <w:rPr>
          <w:rFonts w:ascii="Calibri" w:hAnsi="Calibri" w:eastAsia="Microsoft YaHei"/>
        </w:rPr>
        <w:t>创建完成后先别急着关页面，记下仓库地址。截图中的地址是：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TEXT</w:t>
        <w:br/>
      </w:r>
      <w:r>
        <w:rPr>
          <w:rFonts w:ascii="Consolas" w:hAnsi="Consolas" w:eastAsia="Consolas"/>
          <w:color w:val="20242A"/>
          <w:sz w:val="18"/>
        </w:rPr>
        <w:t>https://github.com/ppshuX/x-ray.git</w:t>
      </w:r>
    </w:p>
    <w:p>
      <w:r>
        <w:rPr>
          <w:rFonts w:ascii="Calibri" w:hAnsi="Calibri" w:eastAsia="Microsoft YaHei"/>
        </w:rPr>
        <w:t>你跟做时，把用户名换成自己的。</w:t>
      </w:r>
    </w:p>
    <w:p>
      <w:pPr>
        <w:pStyle w:val="Heading1"/>
      </w:pPr>
      <w:r>
        <w:rPr>
          <w:rFonts w:ascii="Calibri" w:hAnsi="Calibri" w:eastAsia="Microsoft YaHei"/>
        </w:rPr>
        <w:t>3. 先写 .gitignore：别把运行垃圾一起搬家</w:t>
      </w:r>
    </w:p>
    <w:p>
      <w:r>
        <w:rPr>
          <w:rFonts w:ascii="Calibri" w:hAnsi="Calibri" w:eastAsia="Microsoft YaHei"/>
        </w:rPr>
        <w:t xml:space="preserve">在本地 </w:t>
      </w:r>
      <w:r>
        <w:rPr>
          <w:rFonts w:ascii="Consolas" w:hAnsi="Consolas" w:eastAsia="Consolas"/>
          <w:color w:val="496A76"/>
          <w:sz w:val="19"/>
        </w:rPr>
        <w:t>x-ray</w:t>
      </w:r>
      <w:r>
        <w:rPr>
          <w:rFonts w:ascii="Calibri" w:hAnsi="Calibri" w:eastAsia="Microsoft YaHei"/>
        </w:rPr>
        <w:t xml:space="preserve"> 根目录创建 </w:t>
      </w:r>
      <w:r>
        <w:rPr>
          <w:rFonts w:ascii="Consolas" w:hAnsi="Consolas" w:eastAsia="Consolas"/>
          <w:color w:val="496A76"/>
          <w:sz w:val="19"/>
        </w:rPr>
        <w:t>.gitignore</w:t>
      </w:r>
      <w:r>
        <w:rPr>
          <w:rFonts w:ascii="Calibri" w:hAnsi="Calibri" w:eastAsia="Microsoft YaHei"/>
        </w:rPr>
        <w:t>，写入：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GITIGNORE</w:t>
        <w:br/>
      </w:r>
      <w:r>
        <w:rPr>
          <w:rFonts w:ascii="Consolas" w:hAnsi="Consolas" w:eastAsia="Consolas"/>
          <w:color w:val="20242A"/>
          <w:sz w:val="18"/>
        </w:rPr>
        <w:t># Python 缓存</w:t>
        <w:br/>
        <w:t>__pycache__/</w:t>
        <w:br/>
        <w:t>*.pyc</w:t>
        <w:br/>
        <w:br/>
        <w:t># X-ray 运行生成的数据</w:t>
        <w:br/>
        <w:t>xray-data.json</w:t>
        <w:br/>
        <w:t>xray-report.html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3288145"/>
            <wp:docPr id="4" name="Picture 4" descr="用 .gitignore 排除缓存与运行生成的数据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-gitignore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28814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用 .gitignore 排除缓存与运行生成的数据</w:t>
      </w:r>
    </w:p>
    <w:p>
      <w:r>
        <w:rPr>
          <w:rFonts w:ascii="Calibri" w:hAnsi="Calibri" w:eastAsia="Microsoft YaHei"/>
        </w:rPr>
        <w:t>这两个输出文件属于“每次扫描的结果”，不是 Skill 源码。把它们提交到仓库，就像搬家时把垃圾桶也打包贴上“祖传资产”——不是不行，主要是没必要。</w:t>
      </w:r>
    </w:p>
    <w:p>
      <w:pPr>
        <w:pStyle w:val="Heading1"/>
      </w:pPr>
      <w:r>
        <w:rPr>
          <w:rFonts w:ascii="Calibri" w:hAnsi="Calibri" w:eastAsia="Microsoft YaHei"/>
        </w:rPr>
        <w:t>4. 提交并推送到 GitHub</w:t>
      </w:r>
    </w:p>
    <w:p>
      <w:r>
        <w:rPr>
          <w:rFonts w:ascii="Calibri" w:hAnsi="Calibri" w:eastAsia="Microsoft YaHei"/>
        </w:rPr>
        <w:t>如果这是一个全新的本地目录，复制下面这组命令：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POWERSHELL</w:t>
        <w:br/>
      </w:r>
      <w:r>
        <w:rPr>
          <w:rFonts w:ascii="Consolas" w:hAnsi="Consolas" w:eastAsia="Consolas"/>
          <w:color w:val="20242A"/>
          <w:sz w:val="18"/>
        </w:rPr>
        <w:t>git init</w:t>
        <w:br/>
        <w:t>git add .</w:t>
        <w:br/>
        <w:t>git commit -m "Initial release of X-ray Skill"</w:t>
        <w:br/>
        <w:t>git branch -M main</w:t>
        <w:br/>
        <w:t>git remote add origin https://github.com/你的用户名/x-ray.git</w:t>
        <w:br/>
        <w:t>git push -u origin main</w:t>
      </w:r>
    </w:p>
    <w:p>
      <w:r>
        <w:rPr>
          <w:rFonts w:ascii="Calibri" w:hAnsi="Calibri" w:eastAsia="Microsoft YaHei"/>
        </w:rPr>
        <w:t xml:space="preserve">命令中的 </w:t>
      </w:r>
      <w:r>
        <w:rPr>
          <w:rFonts w:ascii="Consolas" w:hAnsi="Consolas" w:eastAsia="Consolas"/>
          <w:color w:val="496A76"/>
          <w:sz w:val="19"/>
        </w:rPr>
        <w:t>你的用户名</w:t>
      </w:r>
      <w:r>
        <w:rPr>
          <w:rFonts w:ascii="Calibri" w:hAnsi="Calibri" w:eastAsia="Microsoft YaHei"/>
        </w:rPr>
        <w:t xml:space="preserve"> 要替换成真实 GitHub 用户名。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3008031"/>
            <wp:docPr id="5" name="Picture 5" descr="本地提交后把 main 分支推送到 GitHu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-git-push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0080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本地提交后把 main 分支推送到 GitHub</w:t>
      </w:r>
    </w:p>
    <w:p>
      <w:r>
        <w:rPr>
          <w:rFonts w:ascii="Calibri" w:hAnsi="Calibri" w:eastAsia="Microsoft YaHei"/>
        </w:rPr>
        <w:t>这张图是我们的真实实验现场，有两个细节和全新目录不同：</w:t>
      </w:r>
    </w:p>
    <w:p>
      <w:pPr>
        <w:pStyle w:val="ListBullet"/>
      </w:pPr>
      <w:r>
        <w:rPr>
          <w:rFonts w:ascii="Calibri" w:hAnsi="Calibri" w:eastAsia="Microsoft YaHei"/>
        </w:rPr>
        <w:t xml:space="preserve">本地已经有初始提交，所以画面里用了 </w:t>
      </w:r>
      <w:r>
        <w:rPr>
          <w:rFonts w:ascii="Consolas" w:hAnsi="Consolas" w:eastAsia="Consolas"/>
          <w:color w:val="496A76"/>
          <w:sz w:val="19"/>
        </w:rPr>
        <w:t>git commit --amend --no-edit</w:t>
      </w:r>
      <w:r>
        <w:rPr>
          <w:rFonts w:ascii="Calibri" w:hAnsi="Calibri" w:eastAsia="Microsoft YaHei"/>
        </w:rPr>
        <w:t xml:space="preserve">；第一次跟做请使用上面的 </w:t>
      </w:r>
      <w:r>
        <w:rPr>
          <w:rFonts w:ascii="Consolas" w:hAnsi="Consolas" w:eastAsia="Consolas"/>
          <w:color w:val="496A76"/>
          <w:sz w:val="19"/>
        </w:rPr>
        <w:t>git commit -m ...</w:t>
      </w:r>
      <w:r>
        <w:rPr>
          <w:rFonts w:ascii="Calibri" w:hAnsi="Calibri" w:eastAsia="Microsoft YaHei"/>
        </w:rPr>
        <w:t>，不要无缘无故改写历史。</w:t>
      </w:r>
    </w:p>
    <w:p>
      <w:pPr>
        <w:pStyle w:val="ListBullet"/>
      </w:pPr>
      <w:r>
        <w:rPr>
          <w:rFonts w:ascii="Calibri" w:hAnsi="Calibri" w:eastAsia="Microsoft YaHei"/>
        </w:rPr>
        <w:t xml:space="preserve">GitHub 提示仓库地址大小写发生跳转，但最终仍成功显示 </w:t>
      </w:r>
      <w:r>
        <w:rPr>
          <w:rFonts w:ascii="Consolas" w:hAnsi="Consolas" w:eastAsia="Consolas"/>
          <w:color w:val="496A76"/>
          <w:sz w:val="19"/>
        </w:rPr>
        <w:t>main -&gt; main</w:t>
      </w:r>
      <w:r>
        <w:rPr>
          <w:rFonts w:ascii="Calibri" w:hAnsi="Calibri" w:eastAsia="Microsoft YaHei"/>
        </w:rPr>
        <w:t>。</w:t>
      </w:r>
    </w:p>
    <w:p>
      <w:r>
        <w:rPr>
          <w:rFonts w:ascii="Calibri" w:hAnsi="Calibri" w:eastAsia="Microsoft YaHei"/>
          <w:b/>
        </w:rPr>
        <w:t>你真正要比对的成功标志：</w:t>
      </w:r>
      <w:r>
        <w:rPr>
          <w:rFonts w:ascii="Calibri" w:hAnsi="Calibri" w:eastAsia="Microsoft YaHei"/>
        </w:rPr>
        <w:t xml:space="preserve"> 终端最后没有报错，并出现 </w:t>
      </w:r>
      <w:r>
        <w:rPr>
          <w:rFonts w:ascii="Consolas" w:hAnsi="Consolas" w:eastAsia="Consolas"/>
          <w:color w:val="496A76"/>
          <w:sz w:val="19"/>
        </w:rPr>
        <w:t>branch 'main' set up to track 'origin/main'</w:t>
      </w:r>
      <w:r>
        <w:rPr>
          <w:rFonts w:ascii="Calibri" w:hAnsi="Calibri" w:eastAsia="Microsoft YaHei"/>
        </w:rPr>
        <w:t xml:space="preserve"> 或同义提示。</w:t>
      </w:r>
    </w:p>
    <w:p>
      <w:r>
        <w:rPr>
          <w:rFonts w:ascii="Calibri" w:hAnsi="Calibri" w:eastAsia="Microsoft YaHei"/>
        </w:rPr>
        <w:t xml:space="preserve">刷新 GitHub 页面，应该能看到 </w:t>
      </w:r>
      <w:r>
        <w:rPr>
          <w:rFonts w:ascii="Consolas" w:hAnsi="Consolas" w:eastAsia="Consolas"/>
          <w:color w:val="496A76"/>
          <w:sz w:val="19"/>
        </w:rPr>
        <w:t>assets</w:t>
      </w:r>
      <w:r>
        <w:rPr>
          <w:rFonts w:ascii="Calibri" w:hAnsi="Calibri" w:eastAsia="Microsoft YaHei"/>
        </w:rPr>
        <w:t>、</w:t>
      </w:r>
      <w:r>
        <w:rPr>
          <w:rFonts w:ascii="Consolas" w:hAnsi="Consolas" w:eastAsia="Consolas"/>
          <w:color w:val="496A76"/>
          <w:sz w:val="19"/>
        </w:rPr>
        <w:t>references</w:t>
      </w:r>
      <w:r>
        <w:rPr>
          <w:rFonts w:ascii="Calibri" w:hAnsi="Calibri" w:eastAsia="Microsoft YaHei"/>
        </w:rPr>
        <w:t>、</w:t>
      </w:r>
      <w:r>
        <w:rPr>
          <w:rFonts w:ascii="Consolas" w:hAnsi="Consolas" w:eastAsia="Consolas"/>
          <w:color w:val="496A76"/>
          <w:sz w:val="19"/>
        </w:rPr>
        <w:t>scripts</w:t>
      </w:r>
      <w:r>
        <w:rPr>
          <w:rFonts w:ascii="Calibri" w:hAnsi="Calibri" w:eastAsia="Microsoft YaHei"/>
        </w:rPr>
        <w:t>、</w:t>
      </w:r>
      <w:r>
        <w:rPr>
          <w:rFonts w:ascii="Consolas" w:hAnsi="Consolas" w:eastAsia="Consolas"/>
          <w:color w:val="496A76"/>
          <w:sz w:val="19"/>
        </w:rPr>
        <w:t>.gitignore</w:t>
      </w:r>
      <w:r>
        <w:rPr>
          <w:rFonts w:ascii="Calibri" w:hAnsi="Calibri" w:eastAsia="Microsoft YaHei"/>
        </w:rPr>
        <w:t xml:space="preserve"> 和 </w:t>
      </w:r>
      <w:r>
        <w:rPr>
          <w:rFonts w:ascii="Consolas" w:hAnsi="Consolas" w:eastAsia="Consolas"/>
          <w:color w:val="496A76"/>
          <w:sz w:val="19"/>
        </w:rPr>
        <w:t>SKILL.md</w:t>
      </w:r>
      <w:r>
        <w:rPr>
          <w:rFonts w:ascii="Calibri" w:hAnsi="Calibri" w:eastAsia="Microsoft YaHei"/>
        </w:rPr>
        <w:t>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2994740"/>
            <wp:docPr id="6" name="Picture 6" descr="GitHub 已收到 X-ray 的目录与源码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-github-repo-created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9947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GitHub 已收到 X-ray 的目录与源码</w:t>
      </w:r>
    </w:p>
    <w:p>
      <w:pPr>
        <w:pStyle w:val="Heading1"/>
      </w:pPr>
      <w:r>
        <w:rPr>
          <w:rFonts w:ascii="Calibri" w:hAnsi="Calibri" w:eastAsia="Microsoft YaHei"/>
        </w:rPr>
        <w:t>5. 给仓库补一张“说明书”</w:t>
      </w:r>
    </w:p>
    <w:p>
      <w:r>
        <w:rPr>
          <w:rFonts w:ascii="Calibri" w:hAnsi="Calibri" w:eastAsia="Microsoft YaHei"/>
        </w:rPr>
        <w:t xml:space="preserve">点击 GitHub 页面上的 </w:t>
      </w:r>
      <w:r>
        <w:rPr>
          <w:rFonts w:ascii="Consolas" w:hAnsi="Consolas" w:eastAsia="Consolas"/>
          <w:color w:val="496A76"/>
          <w:sz w:val="19"/>
        </w:rPr>
        <w:t>Add a README</w:t>
      </w:r>
      <w:r>
        <w:rPr>
          <w:rFonts w:ascii="Calibri" w:hAnsi="Calibri" w:eastAsia="Microsoft YaHei"/>
        </w:rPr>
        <w:t>，写清三件事：</w:t>
      </w:r>
    </w:p>
    <w:p>
      <w:pPr>
        <w:pStyle w:val="ListNumber"/>
      </w:pPr>
      <w:r>
        <w:rPr>
          <w:rFonts w:ascii="Calibri" w:hAnsi="Calibri" w:eastAsia="Microsoft YaHei"/>
        </w:rPr>
        <w:t>X-ray 能做什么；</w:t>
      </w:r>
    </w:p>
    <w:p>
      <w:pPr>
        <w:pStyle w:val="ListNumber"/>
      </w:pPr>
      <w:r>
        <w:rPr>
          <w:rFonts w:ascii="Calibri" w:hAnsi="Calibri" w:eastAsia="Microsoft YaHei"/>
        </w:rPr>
        <w:t>它怎样工作；</w:t>
      </w:r>
    </w:p>
    <w:p>
      <w:pPr>
        <w:pStyle w:val="ListNumber"/>
      </w:pPr>
      <w:r>
        <w:rPr>
          <w:rFonts w:ascii="Calibri" w:hAnsi="Calibri" w:eastAsia="Microsoft YaHei"/>
        </w:rPr>
        <w:t>目录里每一部分负责什么。</w:t>
      </w:r>
    </w:p>
    <w:p>
      <w:r>
        <w:rPr>
          <w:rFonts w:ascii="Calibri" w:hAnsi="Calibri" w:eastAsia="Microsoft YaHei"/>
        </w:rPr>
        <w:t>我们的 README 页面是这样：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304138" cy="3749040"/>
            <wp:docPr id="7" name="Picture 7" descr="补充 README，说明 X-ray 的用途、原理和目录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-add-readme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304138" cy="37490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补充 README，说明 X-ray 的用途、原理和目录</w:t>
      </w:r>
    </w:p>
    <w:p>
      <w:r>
        <w:rPr>
          <w:rFonts w:ascii="Calibri" w:hAnsi="Calibri" w:eastAsia="Microsoft YaHei"/>
        </w:rPr>
        <w:t xml:space="preserve">如果不想从空白开始，可以参考已经公开的 </w:t>
      </w:r>
      <w:hyperlink r:id="rId22">
        <w:r>
          <w:rPr>
            <w:color w:val="4F9E8B"/>
            <w:u w:val="single"/>
          </w:rPr>
          <w:t>X-ray GitHub 仓库</w:t>
        </w:r>
      </w:hyperlink>
      <w:r>
        <w:rPr>
          <w:rFonts w:ascii="Calibri" w:hAnsi="Calibri" w:eastAsia="Microsoft YaHei"/>
        </w:rPr>
        <w:t>，但建议用自己的话改一遍。README 是写给人看的，</w:t>
      </w:r>
      <w:r>
        <w:rPr>
          <w:rFonts w:ascii="Consolas" w:hAnsi="Consolas" w:eastAsia="Consolas"/>
          <w:color w:val="496A76"/>
          <w:sz w:val="19"/>
        </w:rPr>
        <w:t>SKILL.md</w:t>
      </w:r>
      <w:r>
        <w:rPr>
          <w:rFonts w:ascii="Calibri" w:hAnsi="Calibri" w:eastAsia="Microsoft YaHei"/>
        </w:rPr>
        <w:t xml:space="preserve"> 才是写给 Agent 执行的，两者别串台。</w:t>
      </w:r>
    </w:p>
    <w:p>
      <w:pPr>
        <w:pStyle w:val="Heading1"/>
      </w:pPr>
      <w:r>
        <w:rPr>
          <w:rFonts w:ascii="Calibri" w:hAnsi="Calibri" w:eastAsia="Microsoft YaHei"/>
        </w:rPr>
        <w:t>6. 再补一个开源许可证</w:t>
      </w:r>
    </w:p>
    <w:p>
      <w:r>
        <w:rPr>
          <w:rFonts w:ascii="Calibri" w:hAnsi="Calibri" w:eastAsia="Microsoft YaHei"/>
        </w:rPr>
        <w:t xml:space="preserve">回到仓库主页，点击 </w:t>
      </w:r>
      <w:r>
        <w:rPr>
          <w:rFonts w:ascii="Consolas" w:hAnsi="Consolas" w:eastAsia="Consolas"/>
          <w:color w:val="496A76"/>
          <w:sz w:val="19"/>
        </w:rPr>
        <w:t>Add file → Create new file</w:t>
      </w:r>
      <w:r>
        <w:rPr>
          <w:rFonts w:ascii="Calibri" w:hAnsi="Calibri" w:eastAsia="Microsoft YaHei"/>
        </w:rPr>
        <w:t>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2382843"/>
            <wp:docPr id="8" name="Picture 8" descr="从 GitHub 页面创建开源许可证文件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-add-license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38284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从 GitHub 页面创建开源许可证文件</w:t>
      </w:r>
    </w:p>
    <w:p>
      <w:r>
        <w:rPr>
          <w:rFonts w:ascii="Calibri" w:hAnsi="Calibri" w:eastAsia="Microsoft YaHei"/>
        </w:rPr>
        <w:t xml:space="preserve">文件名输入 </w:t>
      </w:r>
      <w:r>
        <w:rPr>
          <w:rFonts w:ascii="Consolas" w:hAnsi="Consolas" w:eastAsia="Consolas"/>
          <w:color w:val="496A76"/>
          <w:sz w:val="19"/>
        </w:rPr>
        <w:t>LICENSE</w:t>
      </w:r>
      <w:r>
        <w:rPr>
          <w:rFonts w:ascii="Calibri" w:hAnsi="Calibri" w:eastAsia="Microsoft YaHei"/>
        </w:rPr>
        <w:t xml:space="preserve">，再点击 </w:t>
      </w:r>
      <w:r>
        <w:rPr>
          <w:rFonts w:ascii="Consolas" w:hAnsi="Consolas" w:eastAsia="Consolas"/>
          <w:color w:val="496A76"/>
          <w:sz w:val="19"/>
        </w:rPr>
        <w:t>Choose a license template</w:t>
      </w:r>
      <w:r>
        <w:rPr>
          <w:rFonts w:ascii="Calibri" w:hAnsi="Calibri" w:eastAsia="Microsoft YaHei"/>
        </w:rPr>
        <w:t>，选择 MIT License。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2622881"/>
            <wp:docPr id="9" name="Picture 9" descr="实验选择 MIT License 作为 GitHub 仓库许可证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9-choose-mit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62288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实验选择 MIT License 作为 GitHub 仓库许可证</w:t>
      </w:r>
    </w:p>
    <w:p>
      <w:r>
        <w:rPr>
          <w:rFonts w:ascii="Calibri" w:hAnsi="Calibri" w:eastAsia="Microsoft YaHei"/>
        </w:rPr>
        <w:t>确认年份和版权人后提交：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2407343"/>
            <wp:docPr id="10" name="Picture 10" descr="提交 LICENSE 文件，完成仓库说明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0-commit-license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40734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提交 LICENSE 文件，完成仓库说明</w:t>
      </w:r>
    </w:p>
    <w:p>
      <w:r>
        <w:rPr>
          <w:rFonts w:ascii="Calibri" w:hAnsi="Calibri" w:eastAsia="Microsoft YaHei"/>
        </w:rPr>
        <w:t>GitHub 官方的</w:t>
      </w:r>
      <w:hyperlink r:id="rId26">
        <w:r>
          <w:rPr>
            <w:color w:val="4F9E8B"/>
            <w:u w:val="single"/>
          </w:rPr>
          <w:t>开源许可证说明</w:t>
        </w:r>
      </w:hyperlink>
      <w:r>
        <w:rPr>
          <w:rFonts w:ascii="Calibri" w:hAnsi="Calibri" w:eastAsia="Microsoft YaHei"/>
        </w:rPr>
        <w:t>也提醒：许可证决定别人可以怎样使用、修改和分发代码，不要把它当成仓库装饰品。</w:t>
      </w:r>
    </w:p>
    <w:p>
      <w:r>
        <w:rPr>
          <w:rFonts w:ascii="Calibri" w:hAnsi="Calibri" w:eastAsia="Microsoft YaHei"/>
        </w:rPr>
        <w:t>现在仓库里已经有源码、README 和 MIT License：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3116864"/>
            <wp:docPr id="11" name="Picture 11" descr="GitHub 仓库已经包含源码、README 与许可证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1-github-release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1168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GitHub 仓库已经包含源码、README 与许可证</w:t>
      </w:r>
    </w:p>
    <w:p>
      <w:r>
        <w:rPr>
          <w:rFonts w:ascii="Calibri" w:hAnsi="Calibri" w:eastAsia="Microsoft YaHei"/>
        </w:rPr>
        <w:t>如果你在网页端新增了 README 或 LICENSE，之后还要继续从本地推送，先执行一次：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POWERSHELL</w:t>
        <w:br/>
      </w:r>
      <w:r>
        <w:rPr>
          <w:rFonts w:ascii="Consolas" w:hAnsi="Consolas" w:eastAsia="Consolas"/>
          <w:color w:val="20242A"/>
          <w:sz w:val="18"/>
        </w:rPr>
        <w:t>git pull --rebase origin main</w:t>
      </w:r>
    </w:p>
    <w:p>
      <w:r>
        <w:rPr>
          <w:rFonts w:ascii="Calibri" w:hAnsi="Calibri" w:eastAsia="Microsoft YaHei"/>
        </w:rPr>
        <w:t>这样本地和远端不会各写各的，最后在历史里上演“双城记”。</w:t>
      </w:r>
    </w:p>
    <w:p>
      <w:pPr>
        <w:pStyle w:val="Heading1"/>
      </w:pPr>
      <w:r>
        <w:rPr>
          <w:rFonts w:ascii="Calibri" w:hAnsi="Calibri" w:eastAsia="Microsoft YaHei"/>
        </w:rPr>
        <w:t>7. 新建一个干净的 GitHub 测试目录</w:t>
      </w:r>
    </w:p>
    <w:p>
      <w:r>
        <w:rPr>
          <w:rFonts w:ascii="Calibri" w:hAnsi="Calibri" w:eastAsia="Microsoft YaHei"/>
        </w:rPr>
        <w:t xml:space="preserve">现在开始验证“从仓库装回来”。在桌面新建 </w:t>
      </w:r>
      <w:r>
        <w:rPr>
          <w:rFonts w:ascii="Consolas" w:hAnsi="Consolas" w:eastAsia="Consolas"/>
          <w:color w:val="496A76"/>
          <w:sz w:val="19"/>
        </w:rPr>
        <w:t>github测试skill</w:t>
      </w:r>
      <w:r>
        <w:rPr>
          <w:rFonts w:ascii="Calibri" w:hAnsi="Calibri" w:eastAsia="Microsoft YaHei"/>
        </w:rPr>
        <w:t xml:space="preserve"> 文件夹。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3629526"/>
            <wp:docPr id="12" name="Picture 12" descr="新建 github测试skill 文件夹，模拟一台没装过 X-ray 的环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2-create-github-test-folder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62952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新建 github测试skill 文件夹，模拟一台没装过 X-ray 的环境</w:t>
      </w:r>
    </w:p>
    <w:p>
      <w:r>
        <w:rPr>
          <w:rFonts w:ascii="Calibri" w:hAnsi="Calibri" w:eastAsia="Microsoft YaHei"/>
        </w:rPr>
        <w:t>这一步看似普通，却很重要：我们不在原来的 X-ray 开发目录里测试，避免本地文件让结果作弊。</w:t>
      </w:r>
    </w:p>
    <w:p>
      <w:pPr>
        <w:pStyle w:val="Heading1"/>
      </w:pPr>
      <w:r>
        <w:rPr>
          <w:rFonts w:ascii="Calibri" w:hAnsi="Calibri" w:eastAsia="Microsoft YaHei"/>
        </w:rPr>
        <w:t>8. 换一个项目做复验</w:t>
      </w:r>
    </w:p>
    <w:p>
      <w:r>
        <w:rPr>
          <w:rFonts w:ascii="Calibri" w:hAnsi="Calibri" w:eastAsia="Microsoft YaHei"/>
        </w:rPr>
        <w:t>这里同样不用照搬 AcApp。你可以选择自己的公开项目，或者任何允许当前模型读取的仓库；刻意换项目，是为了排除旧目录和缓存带来的“假成功”。</w:t>
      </w:r>
    </w:p>
    <w:p>
      <w:r>
        <w:rPr>
          <w:rFonts w:ascii="Calibri" w:hAnsi="Calibri" w:eastAsia="Microsoft YaHei"/>
        </w:rPr>
        <w:t xml:space="preserve">如果暂时没有合适项目，可以进入 </w:t>
      </w:r>
      <w:r>
        <w:rPr>
          <w:rFonts w:ascii="Consolas" w:hAnsi="Consolas" w:eastAsia="Consolas"/>
          <w:color w:val="496A76"/>
          <w:sz w:val="19"/>
        </w:rPr>
        <w:t>github测试skill</w:t>
      </w:r>
      <w:r>
        <w:rPr>
          <w:rFonts w:ascii="Calibri" w:hAnsi="Calibri" w:eastAsia="Microsoft YaHei"/>
        </w:rPr>
        <w:t>，执行和截图一致的 SSH 命令：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POWERSHELL</w:t>
        <w:br/>
      </w:r>
      <w:r>
        <w:rPr>
          <w:rFonts w:ascii="Consolas" w:hAnsi="Consolas" w:eastAsia="Consolas"/>
          <w:color w:val="20242A"/>
          <w:sz w:val="18"/>
        </w:rPr>
        <w:t>git clone git@github.com:ppshux/acapp.git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1093453"/>
            <wp:docPr id="13" name="Picture 13" descr="克隆另一个公开仓库，准备验证 GitHub 安装路线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3-clone-acapp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09345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克隆另一个公开仓库，准备验证 GitHub 安装路线</w:t>
      </w:r>
    </w:p>
    <w:p>
      <w:r>
        <w:rPr>
          <w:rFonts w:ascii="Calibri" w:hAnsi="Calibri" w:eastAsia="Microsoft YaHei"/>
        </w:rPr>
        <w:t>没有配置 GitHub SSH Key 时，用 HTTPS：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POWERSHELL</w:t>
        <w:br/>
      </w:r>
      <w:r>
        <w:rPr>
          <w:rFonts w:ascii="Consolas" w:hAnsi="Consolas" w:eastAsia="Consolas"/>
          <w:color w:val="20242A"/>
          <w:sz w:val="18"/>
        </w:rPr>
        <w:t>git clone https://github.com/ppshuX/acapp.git</w:t>
      </w:r>
    </w:p>
    <w:p>
      <w:r>
        <w:rPr>
          <w:rFonts w:ascii="Calibri" w:hAnsi="Calibri" w:eastAsia="Microsoft YaHei"/>
        </w:rPr>
        <w:t xml:space="preserve">本次截图使用公开的 </w:t>
      </w:r>
      <w:hyperlink r:id="rId30">
        <w:r>
          <w:rPr>
            <w:color w:val="4F9E8B"/>
            <w:u w:val="single"/>
          </w:rPr>
          <w:t>AcApp 仓库</w:t>
        </w:r>
      </w:hyperlink>
      <w:r>
        <w:rPr>
          <w:rFonts w:ascii="Calibri" w:hAnsi="Calibri" w:eastAsia="Microsoft YaHei"/>
        </w:rPr>
        <w:t>，只是为了方便对照；我们只读取文件，不安装依赖、不启动服务。</w:t>
      </w:r>
    </w:p>
    <w:p>
      <w:pPr>
        <w:pStyle w:val="Heading1"/>
      </w:pPr>
      <w:r>
        <w:rPr>
          <w:rFonts w:ascii="Calibri" w:hAnsi="Calibri" w:eastAsia="Microsoft YaHei"/>
        </w:rPr>
        <w:t>9. 让 CodeBuddy 从 GitHub 安装 X-ray</w:t>
      </w:r>
    </w:p>
    <w:p>
      <w:r>
        <w:rPr>
          <w:rFonts w:ascii="Calibri" w:hAnsi="Calibri" w:eastAsia="Microsoft YaHei"/>
        </w:rPr>
        <w:t>这一步验证的不是 X-ray 功能，而是“仅凭 GitHub 地址，Agent 能不能把一个 Skill 正确装回来”。</w:t>
      </w:r>
    </w:p>
    <w:p>
      <w:r>
        <w:rPr>
          <w:rFonts w:ascii="Calibri" w:hAnsi="Calibri" w:eastAsia="Microsoft YaHei"/>
        </w:rPr>
        <w:t xml:space="preserve">用 CodeBuddy 打开 </w:t>
      </w:r>
      <w:r>
        <w:rPr>
          <w:rFonts w:ascii="Consolas" w:hAnsi="Consolas" w:eastAsia="Consolas"/>
          <w:color w:val="496A76"/>
          <w:sz w:val="19"/>
        </w:rPr>
        <w:t>github测试skill</w:t>
      </w:r>
      <w:r>
        <w:rPr>
          <w:rFonts w:ascii="Calibri" w:hAnsi="Calibri" w:eastAsia="Microsoft YaHei"/>
        </w:rPr>
        <w:t>，把截图里的这句话原样发给它。制作自己的 Skill 时，把 URL 换成自己的仓库：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TEXT</w:t>
        <w:br/>
      </w:r>
      <w:r>
        <w:rPr>
          <w:rFonts w:ascii="Consolas" w:hAnsi="Consolas" w:eastAsia="Consolas"/>
          <w:color w:val="20242A"/>
          <w:sz w:val="18"/>
        </w:rPr>
        <w:t>帮我装一下这个skill：https://github.com/ppshuX/X-ray.git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1046621"/>
            <wp:docPr id="14" name="Picture 14" descr="把 GitHub 仓库地址交给 CodeBuddy 安装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4-install-from-github-prompt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04662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把 GitHub 仓库地址交给 CodeBuddy 安装</w:t>
      </w:r>
    </w:p>
    <w:p>
      <w:r>
        <w:rPr>
          <w:rFonts w:ascii="Calibri" w:hAnsi="Calibri" w:eastAsia="Microsoft YaHei"/>
        </w:rPr>
        <w:t>这里的 URL 直接指向刚刚发布的仓库。CodeBuddy 会克隆它，并放入本地 Skill 目录。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2928397" cy="3749039"/>
            <wp:docPr id="15" name="Picture 15" descr="CodeBuddy 将 GitHub 仓库安装到 .codebuddy/skills/x-ray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5-install-from-github-result.pn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928397" cy="374903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CodeBuddy 将 GitHub 仓库安装到 .codebuddy/skills/x-ray</w:t>
      </w:r>
    </w:p>
    <w:p>
      <w:r>
        <w:rPr>
          <w:rFonts w:ascii="Calibri" w:hAnsi="Calibri" w:eastAsia="Microsoft YaHei"/>
        </w:rPr>
        <w:t>在结果里重点检查两项：</w:t>
      </w:r>
    </w:p>
    <w:p>
      <w:pPr>
        <w:pStyle w:val="ListBullet"/>
      </w:pPr>
      <w:r>
        <w:rPr>
          <w:rFonts w:ascii="Calibri" w:hAnsi="Calibri" w:eastAsia="Microsoft YaHei"/>
        </w:rPr>
        <w:t xml:space="preserve">安装来源是 </w:t>
      </w:r>
      <w:r>
        <w:rPr>
          <w:rFonts w:ascii="Consolas" w:hAnsi="Consolas" w:eastAsia="Consolas"/>
          <w:color w:val="496A76"/>
          <w:sz w:val="19"/>
        </w:rPr>
        <w:t>git@github.com:ppshuX/x-ray.git</w:t>
      </w:r>
      <w:r>
        <w:rPr>
          <w:rFonts w:ascii="Calibri" w:hAnsi="Calibri" w:eastAsia="Microsoft YaHei"/>
        </w:rPr>
        <w:t xml:space="preserve"> 或同一个仓库的 HTTPS 地址；</w:t>
      </w:r>
    </w:p>
    <w:p>
      <w:pPr>
        <w:pStyle w:val="ListBullet"/>
      </w:pPr>
      <w:r>
        <w:rPr>
          <w:rFonts w:ascii="Calibri" w:hAnsi="Calibri" w:eastAsia="Microsoft YaHei"/>
        </w:rPr>
        <w:t xml:space="preserve">安装目录是 </w:t>
      </w:r>
      <w:r>
        <w:rPr>
          <w:rFonts w:ascii="Consolas" w:hAnsi="Consolas" w:eastAsia="Consolas"/>
          <w:color w:val="496A76"/>
          <w:sz w:val="19"/>
        </w:rPr>
        <w:t>C:\Users\你的用户名\.codebuddy\skills\x-ray</w:t>
      </w:r>
      <w:r>
        <w:rPr>
          <w:rFonts w:ascii="Calibri" w:hAnsi="Calibri" w:eastAsia="Microsoft YaHei"/>
        </w:rPr>
        <w:t>。</w:t>
      </w:r>
    </w:p>
    <w:p>
      <w:r>
        <w:rPr>
          <w:rFonts w:ascii="Calibri" w:hAnsi="Calibri" w:eastAsia="Microsoft YaHei"/>
        </w:rPr>
        <w:t>如果旧版本已经存在，先让 CodeBuddy 明确是覆盖、更新还是复用，别让两个同名 X-ray 在后台玩“真假美猴王”。安装完成后重启或重载 CodeBuddy。</w:t>
      </w:r>
    </w:p>
    <w:p>
      <w:pPr>
        <w:pStyle w:val="Heading1"/>
      </w:pPr>
      <w:r>
        <w:rPr>
          <w:rFonts w:ascii="Calibri" w:hAnsi="Calibri" w:eastAsia="Microsoft YaHei"/>
        </w:rPr>
        <w:t>10. 用 /x-ray 分析新项目</w:t>
      </w:r>
    </w:p>
    <w:p>
      <w:r>
        <w:rPr>
          <w:rFonts w:ascii="Calibri" w:hAnsi="Calibri" w:eastAsia="Microsoft YaHei"/>
        </w:rPr>
        <w:t xml:space="preserve">重新打开 </w:t>
      </w:r>
      <w:r>
        <w:rPr>
          <w:rFonts w:ascii="Consolas" w:hAnsi="Consolas" w:eastAsia="Consolas"/>
          <w:color w:val="496A76"/>
          <w:sz w:val="19"/>
        </w:rPr>
        <w:t>github测试skill</w:t>
      </w:r>
      <w:r>
        <w:rPr>
          <w:rFonts w:ascii="Calibri" w:hAnsi="Calibri" w:eastAsia="Microsoft YaHei"/>
        </w:rPr>
        <w:t>，输入：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TEXT</w:t>
        <w:br/>
      </w:r>
      <w:r>
        <w:rPr>
          <w:rFonts w:ascii="Consolas" w:hAnsi="Consolas" w:eastAsia="Consolas"/>
          <w:color w:val="20242A"/>
          <w:sz w:val="18"/>
        </w:rPr>
        <w:t>/x-ray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1908671"/>
            <wp:docPr id="16" name="Picture 16" descr="重新执行 /x-ray 验证 GitHub 安装版本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6-invoke-github-skill.pn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90867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重新执行 /x-ray 验证 GitHub 安装版本</w:t>
      </w:r>
    </w:p>
    <w:p>
      <w:r>
        <w:rPr>
          <w:rFonts w:ascii="Calibri" w:hAnsi="Calibri" w:eastAsia="Microsoft YaHei"/>
        </w:rPr>
        <w:t>等待它完成扫描、抽样阅读和 HTML 生成。目录里应该再次出现：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TEXT</w:t>
        <w:br/>
      </w:r>
      <w:r>
        <w:rPr>
          <w:rFonts w:ascii="Consolas" w:hAnsi="Consolas" w:eastAsia="Consolas"/>
          <w:color w:val="20242A"/>
          <w:sz w:val="18"/>
        </w:rPr>
        <w:t>xray-data.json</w:t>
        <w:br/>
        <w:t>xray-report.html</w:t>
      </w:r>
    </w:p>
    <w:p>
      <w:r>
        <w:rPr>
          <w:rFonts w:ascii="Calibri" w:hAnsi="Calibri" w:eastAsia="Microsoft YaHei"/>
        </w:rPr>
        <w:t>打开报告，顶部会显示新项目的文件数、目录数、语言与项目概况：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3281593"/>
            <wp:docPr id="17" name="Picture 17" descr="从 GitHub 安装的 X-ray 已生成第二份项目报告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7-acapp-report-overview.pn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28159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从 GitHub 安装的 X-ray 已生成第二份项目报告</w:t>
      </w:r>
    </w:p>
    <w:p>
      <w:r>
        <w:rPr>
          <w:rFonts w:ascii="Calibri" w:hAnsi="Calibri" w:eastAsia="Microsoft YaHei"/>
        </w:rPr>
        <w:t>继续往下看复杂度、学习方向、推荐阅读顺序和注意事项：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444402" cy="3749039"/>
            <wp:docPr id="18" name="Picture 18" descr="第二份报告给出复杂度、学习方向与阅读顺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8-acapp-report-details.pn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444402" cy="374903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第二份报告给出复杂度、学习方向与阅读顺序</w:t>
      </w:r>
    </w:p>
    <w:p>
      <w:r>
        <w:rPr>
          <w:rFonts w:ascii="Calibri" w:hAnsi="Calibri" w:eastAsia="Microsoft YaHei"/>
          <w:b/>
        </w:rPr>
        <w:t>中集通关：</w:t>
      </w:r>
      <w:r>
        <w:rPr>
          <w:rFonts w:ascii="Calibri" w:hAnsi="Calibri" w:eastAsia="Microsoft YaHei"/>
        </w:rPr>
        <w:t xml:space="preserve"> X-ray 不再只存在于桌面。它已经进入 GitHub，并能从仓库重新安装，在新项目上交出第二份报告。</w:t>
      </w:r>
    </w:p>
    <w:p>
      <w:pPr>
        <w:pStyle w:val="Heading1"/>
      </w:pPr>
      <w:r>
        <w:rPr>
          <w:rFonts w:ascii="Calibri" w:hAnsi="Calibri" w:eastAsia="Microsoft YaHei"/>
        </w:rPr>
        <w:t>11. 这里到底验证了什么？</w:t>
      </w:r>
    </w:p>
    <w:p>
      <w:r>
        <w:rPr>
          <w:rFonts w:ascii="Calibri" w:hAnsi="Calibri" w:eastAsia="Microsoft YaHei"/>
        </w:rPr>
        <w:t>我们验证了三层：</w:t>
      </w:r>
    </w:p>
    <w:p>
      <w:pPr>
        <w:pStyle w:val="ListNumber"/>
      </w:pPr>
      <w:r>
        <w:rPr>
          <w:rFonts w:ascii="Calibri" w:hAnsi="Calibri" w:eastAsia="Microsoft YaHei"/>
          <w:b/>
        </w:rPr>
        <w:t>源码层</w:t>
      </w:r>
      <w:r>
        <w:rPr>
          <w:rFonts w:ascii="Calibri" w:hAnsi="Calibri" w:eastAsia="Microsoft YaHei"/>
        </w:rPr>
        <w:t>：GitHub 能完整保存 Skill 的目录和历史；</w:t>
      </w:r>
    </w:p>
    <w:p>
      <w:pPr>
        <w:pStyle w:val="ListNumber"/>
      </w:pPr>
      <w:r>
        <w:rPr>
          <w:rFonts w:ascii="Calibri" w:hAnsi="Calibri" w:eastAsia="Microsoft YaHei"/>
          <w:b/>
        </w:rPr>
        <w:t>安装层</w:t>
      </w:r>
      <w:r>
        <w:rPr>
          <w:rFonts w:ascii="Calibri" w:hAnsi="Calibri" w:eastAsia="Microsoft YaHei"/>
        </w:rPr>
        <w:t>：CodeBuddy 能根据仓库地址把 X-ray 装进 Skill 目录；</w:t>
      </w:r>
    </w:p>
    <w:p>
      <w:pPr>
        <w:pStyle w:val="ListNumber"/>
      </w:pPr>
      <w:r>
        <w:rPr>
          <w:rFonts w:ascii="Calibri" w:hAnsi="Calibri" w:eastAsia="Microsoft YaHei"/>
          <w:b/>
        </w:rPr>
        <w:t>复用层</w:t>
      </w:r>
      <w:r>
        <w:rPr>
          <w:rFonts w:ascii="Calibri" w:hAnsi="Calibri" w:eastAsia="Microsoft YaHei"/>
        </w:rPr>
        <w:t>：换一个项目后，X-ray 仍能生成独立报告。</w:t>
      </w:r>
    </w:p>
    <w:p>
      <w:r>
        <w:rPr>
          <w:rFonts w:ascii="Calibri" w:hAnsi="Calibri" w:eastAsia="Microsoft YaHei"/>
        </w:rPr>
        <w:t>但 GitHub 还不是专门的 Skill 市场。别人需要先知道仓库地址，也看不到统一的版本页和自动扫描状态。</w:t>
      </w:r>
    </w:p>
    <w:p>
      <w:pPr>
        <w:pStyle w:val="Heading1"/>
      </w:pPr>
      <w:r>
        <w:rPr>
          <w:rFonts w:ascii="Calibri" w:hAnsi="Calibri" w:eastAsia="Microsoft YaHei"/>
        </w:rPr>
        <w:t>12. 收尾：GitHub 路线闭环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302000" cy="2476500"/>
            <wp:docPr id="19" name="Picture 19" descr="中集通关：X-ray 已经能从 GitHub 重新安装并完成独立复验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9-episode-summary.pn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302000" cy="24765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中集通关：X-ray 已经能从 GitHub 重新安装并完成独立复验</w:t>
      </w:r>
    </w:p>
    <w:p>
      <w:r>
        <w:rPr>
          <w:rFonts w:ascii="Calibri" w:hAnsi="Calibri" w:eastAsia="Microsoft YaHei"/>
        </w:rPr>
        <w:t>这一集完成了：</w:t>
      </w:r>
    </w:p>
    <w:p>
      <w:pPr>
        <w:pStyle w:val="ListNumber"/>
      </w:pPr>
      <w:r>
        <w:rPr>
          <w:rFonts w:ascii="Calibri" w:hAnsi="Calibri" w:eastAsia="Microsoft YaHei"/>
        </w:rPr>
        <w:t>把 Skill 源码、README 与许可证放进 GitHub；</w:t>
      </w:r>
    </w:p>
    <w:p>
      <w:pPr>
        <w:pStyle w:val="ListNumber"/>
      </w:pPr>
      <w:r>
        <w:rPr>
          <w:rFonts w:ascii="Calibri" w:hAnsi="Calibri" w:eastAsia="Microsoft YaHei"/>
        </w:rPr>
        <w:t>从 GitHub 仓库重新安装 Skill；</w:t>
      </w:r>
    </w:p>
    <w:p>
      <w:pPr>
        <w:pStyle w:val="ListNumber"/>
      </w:pPr>
      <w:r>
        <w:rPr>
          <w:rFonts w:ascii="Calibri" w:hAnsi="Calibri" w:eastAsia="Microsoft YaHei"/>
        </w:rPr>
        <w:t>用另一个项目生成第二份项目解剖报告。</w:t>
      </w:r>
    </w:p>
    <w:p>
      <w:r>
        <w:rPr>
          <w:rFonts w:ascii="Calibri" w:hAnsi="Calibri" w:eastAsia="Microsoft YaHei"/>
        </w:rPr>
        <w:t>你真正可以复用的，是“整理发布内容 → 推送仓库 → 换目录重装 → 换项目验收”这条路线。下一集只增加一个变量：</w:t>
      </w:r>
      <w:r>
        <w:rPr>
          <w:rFonts w:ascii="Calibri" w:hAnsi="Calibri" w:eastAsia="Microsoft YaHei"/>
          <w:b/>
        </w:rPr>
        <w:t>把 Skill 发布到 ClawHub，获得版本、安装入口和自动扫描结果，再做第三次复验。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 w:eastAsia="Microsoft YaHei"/>
        <w:color w:val="68707D"/>
        <w:sz w:val="18"/>
      </w:rPr>
      <w:t xml:space="preserve">第 </w:t>
    </w:r>
    <w:fldSimple w:instr="PAGE"/>
    <w:r>
      <w:rPr>
        <w:rFonts w:ascii="Calibri" w:hAnsi="Calibri" w:eastAsia="Microsoft YaHei"/>
        <w:color w:val="68707D"/>
        <w:sz w:val="18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 w:eastAsia="Microsoft YaHei"/>
        <w:b/>
        <w:color w:val="68707D"/>
        <w:sz w:val="17"/>
      </w:rPr>
      <w:t>AI 架构演进实践  ·  EP. 07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 w:eastAsia="Microsoft YaHei"/>
      <w:color w:val="20242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Microsoft YaHei"/>
      <w:b/>
      <w:bCs/>
      <w:color w:val="4F9E8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 w:eastAsia="Microsoft YaHei"/>
      <w:b/>
      <w:bCs/>
      <w:color w:val="4F9E8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 w:eastAsia="Microsoft YaHei"/>
      <w:b/>
      <w:bCs/>
      <w:color w:val="496A76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 w:eastAsia="Microsoft YaHe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 w:eastAsia="Microsoft YaHe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 w:before="80" w:after="160"/>
      <w:jc w:val="center"/>
    </w:pPr>
    <w:rPr>
      <w:rFonts w:ascii="Calibri" w:hAnsi="Calibri" w:eastAsia="Microsoft YaHei"/>
      <w:b/>
      <w:bCs/>
      <w:i w:val="0"/>
      <w:color w:val="68707D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 Block"/>
    <w:pPr>
      <w:spacing w:before="80" w:after="160" w:line="252" w:lineRule="auto"/>
      <w:ind w:left="230" w:right="230"/>
    </w:pPr>
    <w:rPr>
      <w:rFonts w:ascii="Consolas" w:hAnsi="Consolas" w:eastAsia="Consolas"/>
      <w:color w:val="20242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yperlink" Target="https://github.com/signup" TargetMode="External"/><Relationship Id="rId13" Type="http://schemas.openxmlformats.org/officeDocument/2006/relationships/hyperlink" Target="https://git-scm.com/downloads" TargetMode="External"/><Relationship Id="rId14" Type="http://schemas.openxmlformats.org/officeDocument/2006/relationships/hyperlink" Target="https://www.codebuddy.cn/ide/" TargetMode="External"/><Relationship Id="rId15" Type="http://schemas.openxmlformats.org/officeDocument/2006/relationships/image" Target="media/image2.png"/><Relationship Id="rId16" Type="http://schemas.openxmlformats.org/officeDocument/2006/relationships/hyperlink" Target="https://github.com/new" TargetMode="External"/><Relationship Id="rId17" Type="http://schemas.openxmlformats.org/officeDocument/2006/relationships/image" Target="media/image3.png"/><Relationship Id="rId18" Type="http://schemas.openxmlformats.org/officeDocument/2006/relationships/image" Target="media/image4.png"/><Relationship Id="rId19" Type="http://schemas.openxmlformats.org/officeDocument/2006/relationships/image" Target="media/image5.png"/><Relationship Id="rId20" Type="http://schemas.openxmlformats.org/officeDocument/2006/relationships/image" Target="media/image6.png"/><Relationship Id="rId21" Type="http://schemas.openxmlformats.org/officeDocument/2006/relationships/image" Target="media/image7.png"/><Relationship Id="rId22" Type="http://schemas.openxmlformats.org/officeDocument/2006/relationships/hyperlink" Target="https://github.com/ppshuX/x-ray" TargetMode="External"/><Relationship Id="rId23" Type="http://schemas.openxmlformats.org/officeDocument/2006/relationships/image" Target="media/image8.png"/><Relationship Id="rId24" Type="http://schemas.openxmlformats.org/officeDocument/2006/relationships/image" Target="media/image9.png"/><Relationship Id="rId25" Type="http://schemas.openxmlformats.org/officeDocument/2006/relationships/image" Target="media/image10.png"/><Relationship Id="rId26" Type="http://schemas.openxmlformats.org/officeDocument/2006/relationships/hyperlink" Target="https://docs.github.com/en/repositories/managing-your-repositorys-settings-and-features/customizing-your-repository/licensing-a-repository" TargetMode="External"/><Relationship Id="rId27" Type="http://schemas.openxmlformats.org/officeDocument/2006/relationships/image" Target="media/image11.png"/><Relationship Id="rId28" Type="http://schemas.openxmlformats.org/officeDocument/2006/relationships/image" Target="media/image12.png"/><Relationship Id="rId29" Type="http://schemas.openxmlformats.org/officeDocument/2006/relationships/image" Target="media/image13.png"/><Relationship Id="rId30" Type="http://schemas.openxmlformats.org/officeDocument/2006/relationships/hyperlink" Target="https://github.com/ppshuX/acapp" TargetMode="External"/><Relationship Id="rId31" Type="http://schemas.openxmlformats.org/officeDocument/2006/relationships/image" Target="media/image14.png"/><Relationship Id="rId32" Type="http://schemas.openxmlformats.org/officeDocument/2006/relationships/image" Target="media/image15.png"/><Relationship Id="rId33" Type="http://schemas.openxmlformats.org/officeDocument/2006/relationships/image" Target="media/image16.png"/><Relationship Id="rId34" Type="http://schemas.openxmlformats.org/officeDocument/2006/relationships/image" Target="media/image17.png"/><Relationship Id="rId35" Type="http://schemas.openxmlformats.org/officeDocument/2006/relationships/image" Target="media/image18.png"/><Relationship Id="rId36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把自己的 Skill 放上 GitHub，再从仓库装回来（中）</dc:title>
  <dc:subject>AI 应用架构演进实践第 7 集</dc:subject>
  <dc:creator/>
  <cp:keywords>GitHub, Skill 发布, CodeBuddy, 重新安装, X-ray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