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240"/>
        <w:jc w:val="center"/>
      </w:pPr>
      <w:r>
        <w:rPr>
          <w:rFonts w:ascii="Calibri" w:hAnsi="Calibri" w:eastAsia="Microsoft YaHei"/>
          <w:b/>
          <w:color w:val="4F9E8B"/>
          <w:sz w:val="20"/>
        </w:rPr>
        <w:t>AI 应用架构演进实践 · 第 08 集</w:t>
      </w:r>
    </w:p>
    <w:p>
      <w:pPr>
        <w:spacing w:before="0" w:after="160"/>
        <w:jc w:val="center"/>
      </w:pPr>
      <w:r>
        <w:rPr>
          <w:rFonts w:ascii="Calibri" w:hAnsi="Calibri" w:eastAsia="Microsoft YaHei"/>
          <w:b/>
          <w:color w:val="496A76"/>
          <w:sz w:val="56"/>
        </w:rPr>
        <w:t>把自己的 Skill 发布到 ClawHub，再从平台装回来（下）</w:t>
      </w:r>
    </w:p>
    <w:p>
      <w:pPr>
        <w:spacing w:after="360"/>
        <w:jc w:val="center"/>
      </w:pPr>
      <w:r>
        <w:rPr>
          <w:rFonts w:ascii="Calibri" w:hAnsi="Calibri" w:eastAsia="Microsoft YaHei"/>
          <w:color w:val="68707D"/>
          <w:sz w:val="25"/>
        </w:rPr>
      </w:r>
    </w:p>
    <w:p>
      <w:pPr>
        <w:spacing w:after="320"/>
        <w:jc w:val="center"/>
      </w:pPr>
      <w:r>
        <w:rPr>
          <w:rFonts w:ascii="Calibri" w:hAnsi="Calibri" w:eastAsia="Microsoft YaHei"/>
          <w:b/>
          <w:color w:val="68707D"/>
          <w:sz w:val="19"/>
        </w:rPr>
        <w:t>ClawHub  ·  安全扫描  ·  重新安装  ·  最终验收</w:t>
      </w:r>
    </w:p>
    <w:p>
      <w:r>
        <w:rPr>
          <w:rFonts w:ascii="Calibri" w:hAnsi="Calibri" w:eastAsia="Microsoft YaHei"/>
        </w:rPr>
        <w:t>GitHub 解决了“源码放在哪里”，但别人想安装你的 Skill 时，仍要先知道仓库地址、自己判断版本、再想办法放进正确目录。</w:t>
      </w:r>
    </w:p>
    <w:p>
      <w:r>
        <w:rPr>
          <w:rFonts w:ascii="Calibri" w:hAnsi="Calibri" w:eastAsia="Microsoft YaHei"/>
        </w:rPr>
        <w:t>这一集继续用 X-ray 作为示例，把最后一块拼图补上：</w:t>
      </w:r>
      <w:r>
        <w:rPr>
          <w:rFonts w:ascii="Calibri" w:hAnsi="Calibri" w:eastAsia="Microsoft YaHei"/>
          <w:b/>
        </w:rPr>
        <w:t>将自己的 Skill 发布到 ClawHub，查看自动扫描结果，再从平台重新安装并完成最终验收。</w:t>
      </w:r>
      <w:r>
        <w:rPr>
          <w:rFonts w:ascii="Calibri" w:hAnsi="Calibri" w:eastAsia="Microsoft YaHei"/>
        </w:rPr>
        <w:t xml:space="preserve"> 名称、简介和版本号都可以换成你自己的内容。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1" name="Picture 1" descr="下集主线：发布 ClawHub、核对扫描、重新安装并换项目复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episod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下集主线：发布 ClawHub、核对扫描、重新安装并换项目复验</w:t>
      </w:r>
    </w:p>
    <w:p>
      <w:pPr>
        <w:pStyle w:val="ListBullet"/>
      </w:pPr>
      <w:r>
        <w:rPr>
          <w:rFonts w:ascii="Calibri" w:hAnsi="Calibri" w:eastAsia="Microsoft YaHei"/>
          <w:b/>
        </w:rPr>
        <w:t>预计用时</w:t>
      </w:r>
      <w:r>
        <w:rPr>
          <w:rFonts w:ascii="Calibri" w:hAnsi="Calibri" w:eastAsia="Microsoft YaHei"/>
        </w:rPr>
        <w:t>：25～35 分钟，安全扫描等待时间另算。</w:t>
      </w:r>
    </w:p>
    <w:p>
      <w:pPr>
        <w:pStyle w:val="ListBullet"/>
      </w:pPr>
      <w:r>
        <w:rPr>
          <w:rFonts w:ascii="Calibri" w:hAnsi="Calibri" w:eastAsia="Microsoft YaHei"/>
          <w:b/>
        </w:rPr>
        <w:t>需要准备</w:t>
      </w:r>
      <w:r>
        <w:rPr>
          <w:rFonts w:ascii="Calibri" w:hAnsi="Calibri" w:eastAsia="Microsoft YaHei"/>
        </w:rPr>
        <w:t>：Node.js/npm、GitHub 账号、已经发布好的 X-ray 文件夹。</w:t>
      </w:r>
    </w:p>
    <w:p>
      <w:pPr>
        <w:pStyle w:val="ListBullet"/>
      </w:pPr>
      <w:r>
        <w:rPr>
          <w:rFonts w:ascii="Calibri" w:hAnsi="Calibri" w:eastAsia="Microsoft YaHei"/>
          <w:b/>
        </w:rPr>
        <w:t>成功标志</w:t>
      </w:r>
      <w:r>
        <w:rPr>
          <w:rFonts w:ascii="Calibri" w:hAnsi="Calibri" w:eastAsia="Microsoft YaHei"/>
        </w:rPr>
        <w:t xml:space="preserve">：ClawHub 出现 </w:t>
      </w:r>
      <w:r>
        <w:rPr>
          <w:rFonts w:ascii="Consolas" w:hAnsi="Consolas" w:eastAsia="Consolas"/>
          <w:color w:val="496A76"/>
          <w:sz w:val="19"/>
        </w:rPr>
        <w:t>@ppshux/x-ray</w:t>
      </w:r>
      <w:r>
        <w:rPr>
          <w:rFonts w:ascii="Calibri" w:hAnsi="Calibri" w:eastAsia="Microsoft YaHei"/>
        </w:rPr>
        <w:t xml:space="preserve"> 1.0.0；安装命令成功下载；新测试目录生成 </w:t>
      </w:r>
      <w:r>
        <w:rPr>
          <w:rFonts w:ascii="Consolas" w:hAnsi="Consolas" w:eastAsia="Consolas"/>
          <w:color w:val="496A76"/>
          <w:sz w:val="19"/>
        </w:rPr>
        <w:t>xray-data.json</w:t>
      </w:r>
      <w:r>
        <w:rPr>
          <w:rFonts w:ascii="Calibri" w:hAnsi="Calibri" w:eastAsia="Microsoft YaHei"/>
        </w:rPr>
        <w:t xml:space="preserve"> 与 </w:t>
      </w:r>
      <w:r>
        <w:rPr>
          <w:rFonts w:ascii="Consolas" w:hAnsi="Consolas" w:eastAsia="Consolas"/>
          <w:color w:val="496A76"/>
          <w:sz w:val="19"/>
        </w:rPr>
        <w:t>xray-report.html</w:t>
      </w:r>
      <w:r>
        <w:rPr>
          <w:rFonts w:ascii="Calibri" w:hAnsi="Calibri" w:eastAsia="Microsoft YaHei"/>
        </w:rPr>
        <w:t>。</w:t>
      </w:r>
    </w:p>
    <w:p>
      <w:pPr>
        <w:pStyle w:val="ListBullet"/>
      </w:pPr>
      <w:r>
        <w:rPr>
          <w:rFonts w:ascii="Calibri" w:hAnsi="Calibri" w:eastAsia="Microsoft YaHei"/>
          <w:b/>
        </w:rPr>
        <w:t>今天不做</w:t>
      </w:r>
      <w:r>
        <w:rPr>
          <w:rFonts w:ascii="Calibri" w:hAnsi="Calibri" w:eastAsia="Microsoft YaHei"/>
        </w:rPr>
        <w:t>：不修改 X-ray 功能，不运行测试项目代码。</w:t>
      </w:r>
    </w:p>
    <w:p>
      <w:r>
        <w:rPr>
          <w:rFonts w:ascii="Calibri" w:hAnsi="Calibri" w:eastAsia="Microsoft YaHei"/>
        </w:rPr>
        <w:t>所谓“发布到云端”，不是让 X-ray 在云上偷偷加班，而是把它变成一个可发现、可下载、可版本化的包。真正分析仓库的动作，仍发生在本地 Agent。</w:t>
      </w:r>
    </w:p>
    <w:p>
      <w:pPr>
        <w:pStyle w:val="Heading1"/>
      </w:pPr>
      <w:r>
        <w:rPr>
          <w:rFonts w:ascii="Calibri" w:hAnsi="Calibri" w:eastAsia="Microsoft YaHei"/>
        </w:rPr>
        <w:t>1. 先分清 GitHub、ClawHub 和本地 Agent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2" name="Picture 2" descr="ClawHub 负责版本分发，本地 Agent 负责真正运行 Skil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distribution-diagram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ClawHub 负责版本分发，本地 Agent 负责真正运行 Skill</w:t>
      </w:r>
    </w:p>
    <w:p>
      <w:pPr>
        <w:pStyle w:val="ListBullet"/>
      </w:pPr>
      <w:r>
        <w:rPr>
          <w:rFonts w:ascii="Calibri" w:hAnsi="Calibri" w:eastAsia="Microsoft YaHei"/>
          <w:b/>
        </w:rPr>
        <w:t>GitHub</w:t>
      </w:r>
      <w:r>
        <w:rPr>
          <w:rFonts w:ascii="Calibri" w:hAnsi="Calibri" w:eastAsia="Microsoft YaHei"/>
        </w:rPr>
        <w:t>：保存源码、README、许可证和提交历史。</w:t>
      </w:r>
    </w:p>
    <w:p>
      <w:pPr>
        <w:pStyle w:val="ListBullet"/>
      </w:pPr>
      <w:r>
        <w:rPr>
          <w:rFonts w:ascii="Calibri" w:hAnsi="Calibri" w:eastAsia="Microsoft YaHei"/>
          <w:b/>
        </w:rPr>
        <w:t>ClawHub</w:t>
      </w:r>
      <w:r>
        <w:rPr>
          <w:rFonts w:ascii="Calibri" w:hAnsi="Calibri" w:eastAsia="Microsoft YaHei"/>
        </w:rPr>
        <w:t>：保存可安装版本、公开页面、分类信息和自动扫描结果。</w:t>
      </w:r>
    </w:p>
    <w:p>
      <w:pPr>
        <w:pStyle w:val="ListBullet"/>
      </w:pPr>
      <w:r>
        <w:rPr>
          <w:rFonts w:ascii="Calibri" w:hAnsi="Calibri" w:eastAsia="Microsoft YaHei"/>
          <w:b/>
        </w:rPr>
        <w:t>OpenClaw / CodeBuddy</w:t>
      </w:r>
      <w:r>
        <w:rPr>
          <w:rFonts w:ascii="Calibri" w:hAnsi="Calibri" w:eastAsia="Microsoft YaHei"/>
        </w:rPr>
        <w:t>：把 Skill 安装到自己能读取的位置，并在本地项目中真正执行。</w:t>
      </w:r>
    </w:p>
    <w:p>
      <w:r>
        <w:rPr>
          <w:rFonts w:ascii="Calibri" w:hAnsi="Calibri" w:eastAsia="Microsoft YaHei"/>
        </w:rPr>
        <w:t xml:space="preserve">ClawHub 官方把自己定义为 OpenClaw Skills 与 Plugins 的公共注册表。发布使用 </w:t>
      </w:r>
      <w:r>
        <w:rPr>
          <w:rFonts w:ascii="Consolas" w:hAnsi="Consolas" w:eastAsia="Consolas"/>
          <w:color w:val="496A76"/>
          <w:sz w:val="19"/>
        </w:rPr>
        <w:t>clawhub</w:t>
      </w:r>
      <w:r>
        <w:rPr>
          <w:rFonts w:ascii="Calibri" w:hAnsi="Calibri" w:eastAsia="Microsoft YaHei"/>
        </w:rPr>
        <w:t xml:space="preserve"> CLI；安装到 OpenClaw 则可以使用 </w:t>
      </w:r>
      <w:r>
        <w:rPr>
          <w:rFonts w:ascii="Consolas" w:hAnsi="Consolas" w:eastAsia="Consolas"/>
          <w:color w:val="496A76"/>
          <w:sz w:val="19"/>
        </w:rPr>
        <w:t>openclaw skills install</w:t>
      </w:r>
      <w:r>
        <w:rPr>
          <w:rFonts w:ascii="Calibri" w:hAnsi="Calibri" w:eastAsia="Microsoft YaHei"/>
        </w:rPr>
        <w:t>。完整说明可看</w:t>
      </w:r>
      <w:hyperlink r:id="rId13">
        <w:r>
          <w:rPr>
            <w:color w:val="4F9E8B"/>
            <w:u w:val="single"/>
          </w:rPr>
          <w:t>ClawHub 官方概览</w:t>
        </w:r>
      </w:hyperlink>
      <w:r>
        <w:rPr>
          <w:rFonts w:ascii="Calibri" w:hAnsi="Calibri" w:eastAsia="Microsoft YaHei"/>
        </w:rPr>
        <w:t>与</w:t>
      </w:r>
      <w:hyperlink r:id="rId14">
        <w:r>
          <w:rPr>
            <w:color w:val="4F9E8B"/>
            <w:u w:val="single"/>
          </w:rPr>
          <w:t>快速开始</w:t>
        </w:r>
      </w:hyperlink>
      <w:r>
        <w:rPr>
          <w:rFonts w:ascii="Calibri" w:hAnsi="Calibri" w:eastAsia="Microsoft YaHei"/>
        </w:rPr>
        <w:t>。</w:t>
      </w:r>
    </w:p>
    <w:p>
      <w:pPr>
        <w:pStyle w:val="Heading1"/>
      </w:pPr>
      <w:r>
        <w:rPr>
          <w:rFonts w:ascii="Calibri" w:hAnsi="Calibri" w:eastAsia="Microsoft YaHei"/>
        </w:rPr>
        <w:t>2. 安装 ClawHub CLI</w:t>
      </w:r>
    </w:p>
    <w:p>
      <w:r>
        <w:rPr>
          <w:rFonts w:ascii="Calibri" w:hAnsi="Calibri" w:eastAsia="Microsoft YaHei"/>
        </w:rPr>
        <w:t>CLI 是我们与 ClawHub 交互的命令行工具，后面的登录、发布、检查和安装都靠它完成。</w:t>
      </w:r>
    </w:p>
    <w:p>
      <w:r>
        <w:rPr>
          <w:rFonts w:ascii="Calibri" w:hAnsi="Calibri" w:eastAsia="Microsoft YaHei"/>
        </w:rPr>
        <w:t xml:space="preserve">ClawHub CLI 通过 npm 安装。没有 Node.js 时，先从 </w:t>
      </w:r>
      <w:hyperlink r:id="rId15">
        <w:r>
          <w:rPr>
            <w:color w:val="4F9E8B"/>
            <w:u w:val="single"/>
          </w:rPr>
          <w:t>Node.js 官网</w:t>
        </w:r>
      </w:hyperlink>
      <w:r>
        <w:rPr>
          <w:rFonts w:ascii="Calibri" w:hAnsi="Calibri" w:eastAsia="Microsoft YaHei"/>
        </w:rPr>
        <w:t>安装 LTS 版本，再检查：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node --version</w:t>
        <w:br/>
        <w:t>npm --version</w:t>
      </w:r>
    </w:p>
    <w:p>
      <w:r>
        <w:rPr>
          <w:rFonts w:ascii="Calibri" w:hAnsi="Calibri" w:eastAsia="Microsoft YaHei"/>
        </w:rPr>
        <w:t>能看到两个版本号后，在 PowerShell 执行和截图一致的命令：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npm i -g clawhub</w:t>
        <w:br/>
        <w:t>clawhub --help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2655144" cy="3749039"/>
            <wp:docPr id="3" name="Picture 3" descr="安装 ClawHub CLI 后用帮助命令确认可用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clawhub-cli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5144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安装 ClawHub CLI 后用帮助命令确认可用</w:t>
      </w:r>
    </w:p>
    <w:p>
      <w:r>
        <w:rPr>
          <w:rFonts w:ascii="Calibri" w:hAnsi="Calibri" w:eastAsia="Microsoft YaHei"/>
        </w:rPr>
        <w:t xml:space="preserve">截图使用的 ClawHub CLI 是 v0.23.3。CLI 会继续更新，所以真正复现时，以你电脑上 </w:t>
      </w:r>
      <w:r>
        <w:rPr>
          <w:rFonts w:ascii="Consolas" w:hAnsi="Consolas" w:eastAsia="Consolas"/>
          <w:color w:val="496A76"/>
          <w:sz w:val="19"/>
        </w:rPr>
        <w:t>clawhub --help</w:t>
      </w:r>
      <w:r>
        <w:rPr>
          <w:rFonts w:ascii="Calibri" w:hAnsi="Calibri" w:eastAsia="Microsoft YaHei"/>
        </w:rPr>
        <w:t xml:space="preserve"> 和</w:t>
      </w:r>
      <w:hyperlink r:id="rId17">
        <w:r>
          <w:rPr>
            <w:color w:val="4F9E8B"/>
            <w:u w:val="single"/>
          </w:rPr>
          <w:t>官方 CLI 文档</w:t>
        </w:r>
      </w:hyperlink>
      <w:r>
        <w:rPr>
          <w:rFonts w:ascii="Calibri" w:hAnsi="Calibri" w:eastAsia="Microsoft YaHei"/>
        </w:rPr>
        <w:t xml:space="preserve">为准；但本篇实际用到的 </w:t>
      </w:r>
      <w:r>
        <w:rPr>
          <w:rFonts w:ascii="Consolas" w:hAnsi="Consolas" w:eastAsia="Consolas"/>
          <w:color w:val="496A76"/>
          <w:sz w:val="19"/>
        </w:rPr>
        <w:t>login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skill publish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inspect</w:t>
      </w:r>
      <w:r>
        <w:rPr>
          <w:rFonts w:ascii="Calibri" w:hAnsi="Calibri" w:eastAsia="Microsoft YaHei"/>
        </w:rPr>
        <w:t xml:space="preserve"> 与安装路径参数都仍在官方文档中。</w:t>
      </w:r>
    </w:p>
    <w:p>
      <w:r>
        <w:rPr>
          <w:rFonts w:ascii="Calibri" w:hAnsi="Calibri" w:eastAsia="Microsoft YaHei"/>
          <w:b/>
        </w:rPr>
        <w:t>看到什么算成功：</w:t>
      </w:r>
      <w:r>
        <w:rPr>
          <w:rFonts w:ascii="Calibri" w:hAnsi="Calibri" w:eastAsia="Microsoft YaHei"/>
        </w:rPr>
        <w:t xml:space="preserve"> 终端出现 </w:t>
      </w:r>
      <w:r>
        <w:rPr>
          <w:rFonts w:ascii="Consolas" w:hAnsi="Consolas" w:eastAsia="Consolas"/>
          <w:color w:val="496A76"/>
          <w:sz w:val="19"/>
        </w:rPr>
        <w:t>ClawHub CLI</w:t>
      </w:r>
      <w:r>
        <w:rPr>
          <w:rFonts w:ascii="Calibri" w:hAnsi="Calibri" w:eastAsia="Microsoft YaHei"/>
        </w:rPr>
        <w:t xml:space="preserve"> 和命令列表，而不是“无法识别 clawhub”。</w:t>
      </w:r>
    </w:p>
    <w:p>
      <w:pPr>
        <w:pStyle w:val="Heading1"/>
      </w:pPr>
      <w:r>
        <w:rPr>
          <w:rFonts w:ascii="Calibri" w:hAnsi="Calibri" w:eastAsia="Microsoft YaHei"/>
        </w:rPr>
        <w:t>3. 登录 ClawHub</w:t>
      </w:r>
    </w:p>
    <w:p>
      <w:r>
        <w:rPr>
          <w:rFonts w:ascii="Calibri" w:hAnsi="Calibri" w:eastAsia="Microsoft YaHei"/>
        </w:rPr>
        <w:t>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clawhub login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165851"/>
            <wp:docPr id="4" name="Picture 4" descr="运行 clawhub login 后终端给出设备授权入口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clawhub-logi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658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运行 clawhub login 后终端给出设备授权入口</w:t>
      </w:r>
    </w:p>
    <w:p>
      <w:r>
        <w:rPr>
          <w:rFonts w:ascii="Calibri" w:hAnsi="Calibri" w:eastAsia="Microsoft YaHei"/>
        </w:rPr>
        <w:t>终端会给出设备授权网址和一次性验证码。截图中已把验证码遮住；你只需要打开自己终端显示的网址，不要把真实验证码发给别人。</w:t>
      </w:r>
    </w:p>
    <w:p>
      <w:r>
        <w:rPr>
          <w:rFonts w:ascii="Calibri" w:hAnsi="Calibri" w:eastAsia="Microsoft YaHei"/>
        </w:rPr>
        <w:t>浏览器会进入授权页面，登录 GitHub 后点击授权：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412302"/>
            <wp:docPr id="5" name="Picture 5" descr="在 ClawHub 页面完成 GitHub 设备授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clawhub-authoriz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123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 ClawHub 页面完成 GitHub 设备授权</w:t>
      </w:r>
    </w:p>
    <w:p>
      <w:r>
        <w:rPr>
          <w:rFonts w:ascii="Calibri" w:hAnsi="Calibri" w:eastAsia="Microsoft YaHei"/>
        </w:rPr>
        <w:t>回到终端，继续执行：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clawhub whoami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469353"/>
            <wp:docPr id="6" name="Picture 6" descr="授权完成后用 clawhub whoami 验证当前账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clawhub-whoami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693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授权完成后用 clawhub whoami 验证当前账号</w:t>
      </w:r>
    </w:p>
    <w:p>
      <w:r>
        <w:rPr>
          <w:rFonts w:ascii="Calibri" w:hAnsi="Calibri" w:eastAsia="Microsoft YaHei"/>
        </w:rPr>
        <w:t xml:space="preserve">能看到自己的 ClawHub 用户名，登录就完成了。截图里是 </w:t>
      </w:r>
      <w:r>
        <w:rPr>
          <w:rFonts w:ascii="Consolas" w:hAnsi="Consolas" w:eastAsia="Consolas"/>
          <w:color w:val="496A76"/>
          <w:sz w:val="19"/>
        </w:rPr>
        <w:t>ppshux</w:t>
      </w:r>
      <w:r>
        <w:rPr>
          <w:rFonts w:ascii="Calibri" w:hAnsi="Calibri" w:eastAsia="Microsoft YaHei"/>
        </w:rPr>
        <w:t>；你看到的应该是自己的账号。</w:t>
      </w:r>
    </w:p>
    <w:p>
      <w:pPr>
        <w:pStyle w:val="Heading1"/>
      </w:pPr>
      <w:r>
        <w:rPr>
          <w:rFonts w:ascii="Calibri" w:hAnsi="Calibri" w:eastAsia="Microsoft YaHei"/>
        </w:rPr>
        <w:t>4. 先 dry-run：彩排一遍，不真正上传</w:t>
      </w:r>
    </w:p>
    <w:p>
      <w:r>
        <w:rPr>
          <w:rFonts w:ascii="Calibri" w:hAnsi="Calibri" w:eastAsia="Microsoft YaHei"/>
        </w:rPr>
        <w:t xml:space="preserve">在本地 </w:t>
      </w:r>
      <w:r>
        <w:rPr>
          <w:rFonts w:ascii="Consolas" w:hAnsi="Consolas" w:eastAsia="Consolas"/>
          <w:color w:val="496A76"/>
          <w:sz w:val="19"/>
        </w:rPr>
        <w:t>x-ray</w:t>
      </w:r>
      <w:r>
        <w:rPr>
          <w:rFonts w:ascii="Calibri" w:hAnsi="Calibri" w:eastAsia="Microsoft YaHei"/>
        </w:rPr>
        <w:t xml:space="preserve"> 根目录执行和截图一致的命令：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clawhub skill publish . --slug x-ray --name "X-ray" --categories development --topics "codebase,analysis,onboarding" --dry-run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52323"/>
            <wp:docPr id="7" name="Picture 7" descr="正式发布前用 --dry-run 预览 x-ray 1.0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publish-dry-run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523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正式发布前用 --dry-run 预览 x-ray 1.0.0</w:t>
      </w:r>
    </w:p>
    <w:p>
      <w:r>
        <w:rPr>
          <w:rFonts w:ascii="Calibri" w:hAnsi="Calibri" w:eastAsia="Microsoft YaHei"/>
        </w:rPr>
        <w:t>几个参数只需要记住大白话版本：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.</w:t>
      </w:r>
      <w:r>
        <w:rPr>
          <w:rFonts w:ascii="Calibri" w:hAnsi="Calibri" w:eastAsia="Microsoft YaHei"/>
        </w:rPr>
        <w:t>：发布当前文件夹；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--slug x-ray</w:t>
      </w:r>
      <w:r>
        <w:rPr>
          <w:rFonts w:ascii="Calibri" w:hAnsi="Calibri" w:eastAsia="Microsoft YaHei"/>
        </w:rPr>
        <w:t>：公开地址里的名字；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--name "X-ray"</w:t>
      </w:r>
      <w:r>
        <w:rPr>
          <w:rFonts w:ascii="Calibri" w:hAnsi="Calibri" w:eastAsia="Microsoft YaHei"/>
        </w:rPr>
        <w:t>：页面显示名；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--categories</w:t>
      </w:r>
      <w:r>
        <w:rPr>
          <w:rFonts w:ascii="Calibri" w:hAnsi="Calibri" w:eastAsia="Microsoft YaHei"/>
        </w:rPr>
        <w:t xml:space="preserve"> 与 </w:t>
      </w:r>
      <w:r>
        <w:rPr>
          <w:rFonts w:ascii="Consolas" w:hAnsi="Consolas" w:eastAsia="Consolas"/>
          <w:color w:val="496A76"/>
          <w:sz w:val="19"/>
        </w:rPr>
        <w:t>--topics</w:t>
      </w:r>
      <w:r>
        <w:rPr>
          <w:rFonts w:ascii="Calibri" w:hAnsi="Calibri" w:eastAsia="Microsoft YaHei"/>
        </w:rPr>
        <w:t>：帮助别人搜索和筛选；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--dry-run</w:t>
      </w:r>
      <w:r>
        <w:rPr>
          <w:rFonts w:ascii="Calibri" w:hAnsi="Calibri" w:eastAsia="Microsoft YaHei"/>
        </w:rPr>
        <w:t>：只预览，不上传。</w:t>
      </w:r>
    </w:p>
    <w:p>
      <w:r>
        <w:rPr>
          <w:rFonts w:ascii="Calibri" w:hAnsi="Calibri" w:eastAsia="Microsoft YaHei"/>
        </w:rPr>
        <w:t xml:space="preserve">终端出现 </w:t>
      </w:r>
      <w:r>
        <w:rPr>
          <w:rFonts w:ascii="Consolas" w:hAnsi="Consolas" w:eastAsia="Consolas"/>
          <w:color w:val="496A76"/>
          <w:sz w:val="19"/>
        </w:rPr>
        <w:t>Would publish x-ray@1.0.0</w:t>
      </w:r>
      <w:r>
        <w:rPr>
          <w:rFonts w:ascii="Calibri" w:hAnsi="Calibri" w:eastAsia="Microsoft YaHei"/>
        </w:rPr>
        <w:t>，说明包内容与元数据已经通过预检查。新 Skill 默认从 1.0.0 开始，后续内容变化通常自动增加补丁版本。</w:t>
      </w:r>
    </w:p>
    <w:p>
      <w:pPr>
        <w:pStyle w:val="Heading1"/>
      </w:pPr>
      <w:r>
        <w:rPr>
          <w:rFonts w:ascii="Calibri" w:hAnsi="Calibri" w:eastAsia="Microsoft YaHei"/>
        </w:rPr>
        <w:t>5. 正式发布</w:t>
      </w:r>
    </w:p>
    <w:p>
      <w:r>
        <w:rPr>
          <w:rFonts w:ascii="Calibri" w:hAnsi="Calibri" w:eastAsia="Microsoft YaHei"/>
        </w:rPr>
        <w:t xml:space="preserve">确认预览没问题后，删掉最后的 </w:t>
      </w:r>
      <w:r>
        <w:rPr>
          <w:rFonts w:ascii="Consolas" w:hAnsi="Consolas" w:eastAsia="Consolas"/>
          <w:color w:val="496A76"/>
          <w:sz w:val="19"/>
        </w:rPr>
        <w:t>--dry-run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clawhub skill publish . --slug x-ray --name "X-ray" --categories development --topics "codebase,analysis,onboarding"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415714"/>
            <wp:docPr id="8" name="Picture 8" descr="正式提交后 ClawHub 返回待安全扫描的发布结果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publish-result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15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正式提交后 ClawHub 返回待安全扫描的发布结果</w:t>
      </w:r>
    </w:p>
    <w:p>
      <w:r>
        <w:rPr>
          <w:rFonts w:ascii="Calibri" w:hAnsi="Calibri" w:eastAsia="Microsoft YaHei"/>
        </w:rPr>
        <w:t>截图返回：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Update submitted for x-ray@1.0.0; pending security scans before it becomes public.</w:t>
      </w:r>
    </w:p>
    <w:p>
      <w:r>
        <w:rPr>
          <w:rFonts w:ascii="Calibri" w:hAnsi="Calibri" w:eastAsia="Microsoft YaHei"/>
        </w:rPr>
        <w:t>这句话的意思是“已经提交，正在等自动扫描”，还不是“全网可见”。别在终点线前两米就开始放礼花。</w:t>
      </w:r>
    </w:p>
    <w:p>
      <w:pPr>
        <w:pStyle w:val="Heading1"/>
      </w:pPr>
      <w:r>
        <w:rPr>
          <w:rFonts w:ascii="Calibri" w:hAnsi="Calibri" w:eastAsia="Microsoft YaHei"/>
        </w:rPr>
        <w:t>6. 检查版本和自动扫描</w:t>
      </w:r>
    </w:p>
    <w:p>
      <w:r>
        <w:rPr>
          <w:rFonts w:ascii="Calibri" w:hAnsi="Calibri" w:eastAsia="Microsoft YaHei"/>
        </w:rPr>
        <w:t>过一会儿执行：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clawhub inspect @ppshux/x-ray --versions</w:t>
      </w:r>
    </w:p>
    <w:p>
      <w:r>
        <w:rPr>
          <w:rFonts w:ascii="Calibri" w:hAnsi="Calibri" w:eastAsia="Microsoft YaHei"/>
        </w:rPr>
        <w:t xml:space="preserve">跟做时把 </w:t>
      </w:r>
      <w:r>
        <w:rPr>
          <w:rFonts w:ascii="Consolas" w:hAnsi="Consolas" w:eastAsia="Consolas"/>
          <w:color w:val="496A76"/>
          <w:sz w:val="19"/>
        </w:rPr>
        <w:t>ppshux</w:t>
      </w:r>
      <w:r>
        <w:rPr>
          <w:rFonts w:ascii="Calibri" w:hAnsi="Calibri" w:eastAsia="Microsoft YaHei"/>
        </w:rPr>
        <w:t xml:space="preserve"> 换成自己的 ClawHub 用户名。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471147"/>
            <wp:docPr id="9" name="Picture 9" descr="inspect 显示自动扫描结果为 CLE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security-scan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711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inspect 显示自动扫描结果为 CLEAN</w:t>
      </w:r>
    </w:p>
    <w:p>
      <w:r>
        <w:rPr>
          <w:rFonts w:ascii="Calibri" w:hAnsi="Calibri" w:eastAsia="Microsoft YaHei"/>
        </w:rPr>
        <w:t>实验截图显示：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Moderate CLEAN</w:t>
        <w:br/>
        <w:t>scanner.llm.clean</w:t>
        <w:br/>
        <w:t>No suspicious patterns detected.</w:t>
      </w:r>
    </w:p>
    <w:p>
      <w:r>
        <w:rPr>
          <w:rFonts w:ascii="Calibri" w:hAnsi="Calibri" w:eastAsia="Microsoft YaHei"/>
        </w:rPr>
        <w:t>准确说法是：</w:t>
      </w:r>
      <w:r>
        <w:rPr>
          <w:rFonts w:ascii="Calibri" w:hAnsi="Calibri" w:eastAsia="Microsoft YaHei"/>
          <w:b/>
        </w:rPr>
        <w:t>ClawHub 对这个版本的自动扫描没有发现已知可疑模式。</w:t>
      </w:r>
      <w:r>
        <w:rPr>
          <w:rFonts w:ascii="Calibri" w:hAnsi="Calibri" w:eastAsia="Microsoft YaHei"/>
        </w:rPr>
        <w:t xml:space="preserve"> 它不是人工逐行审计，也不代表 Skill 永远绝对安全。安装陌生 Skill 前，仍然要看 </w:t>
      </w:r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>、脚本、权限需求与来源。</w:t>
      </w:r>
    </w:p>
    <w:p>
      <w:r>
        <w:rPr>
          <w:rFonts w:ascii="Calibri" w:hAnsi="Calibri" w:eastAsia="Microsoft YaHei"/>
        </w:rPr>
        <w:t>还有一个许可证细节：我们的 GitHub 仓库选择了 MIT；ClawHub 官方文档说明，发布到 ClawHub 的 Skill 版本按 MIT-0 分发。两处页面显示不同并不是截图出错，但正式维护项目时最好在 README 中明确说明，避免读者猜。</w:t>
      </w:r>
    </w:p>
    <w:p>
      <w:pPr>
        <w:pStyle w:val="Heading1"/>
      </w:pPr>
      <w:r>
        <w:rPr>
          <w:rFonts w:ascii="Calibri" w:hAnsi="Calibri" w:eastAsia="Microsoft YaHei"/>
        </w:rPr>
        <w:t>7. 在 ClawHub 找到自己的 X-ray</w:t>
      </w:r>
    </w:p>
    <w:p>
      <w:r>
        <w:rPr>
          <w:rFonts w:ascii="Calibri" w:hAnsi="Calibri" w:eastAsia="Microsoft YaHei"/>
        </w:rPr>
        <w:t xml:space="preserve">打开 </w:t>
      </w:r>
      <w:hyperlink r:id="rId24">
        <w:r>
          <w:rPr>
            <w:color w:val="4F9E8B"/>
            <w:u w:val="single"/>
          </w:rPr>
          <w:t>ClawHub</w:t>
        </w:r>
      </w:hyperlink>
      <w:r>
        <w:rPr>
          <w:rFonts w:ascii="Calibri" w:hAnsi="Calibri" w:eastAsia="Microsoft YaHei"/>
        </w:rPr>
        <w:t xml:space="preserve">，搜索 </w:t>
      </w:r>
      <w:r>
        <w:rPr>
          <w:rFonts w:ascii="Consolas" w:hAnsi="Consolas" w:eastAsia="Consolas"/>
          <w:color w:val="496A76"/>
          <w:sz w:val="19"/>
        </w:rPr>
        <w:t>x-ray</w:t>
      </w:r>
      <w:r>
        <w:rPr>
          <w:rFonts w:ascii="Calibri" w:hAnsi="Calibri" w:eastAsia="Microsoft YaHei"/>
        </w:rPr>
        <w:t>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131835"/>
            <wp:docPr id="10" name="Picture 10" descr="在 ClawHub 搜索 x-ray 并找到公开条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lawhub-search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318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 ClawHub 搜索 x-ray 并找到公开条目</w:t>
      </w:r>
    </w:p>
    <w:p>
      <w:r>
        <w:rPr>
          <w:rFonts w:ascii="Calibri" w:hAnsi="Calibri" w:eastAsia="Microsoft YaHei"/>
        </w:rPr>
        <w:t>进入详情页，应该能看到作者、版本、说明、扫描状态与安装命令。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995923"/>
            <wp:docPr id="11" name="Picture 11" descr="X-ray 的 ClawHub 页面展示版本、说明和安装命令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clawhub-p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959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X-ray 的 ClawHub 页面展示版本、说明和安装命令</w:t>
      </w:r>
    </w:p>
    <w:p>
      <w:r>
        <w:rPr>
          <w:rFonts w:ascii="Calibri" w:hAnsi="Calibri" w:eastAsia="Microsoft YaHei"/>
        </w:rPr>
        <w:t>到这里，“发布闭环”已经完成：X-ray 不只是一份 GitHub 源码，还拥有一个可以被搜索和安装的版本页。</w:t>
      </w:r>
    </w:p>
    <w:p>
      <w:pPr>
        <w:pStyle w:val="Heading1"/>
      </w:pPr>
      <w:r>
        <w:rPr>
          <w:rFonts w:ascii="Calibri" w:hAnsi="Calibri" w:eastAsia="Microsoft YaHei"/>
        </w:rPr>
        <w:t>8. 换一个项目，准备最终复验</w:t>
      </w:r>
    </w:p>
    <w:p>
      <w:r>
        <w:rPr>
          <w:rFonts w:ascii="Calibri" w:hAnsi="Calibri" w:eastAsia="Microsoft YaHei"/>
        </w:rPr>
        <w:t>接下来验证安装和复用。你可以使用自己的公开项目，或者任何确认允许当前模型读取的仓库；KOF 只是截图里的测试样例。</w:t>
      </w:r>
    </w:p>
    <w:p>
      <w:r>
        <w:rPr>
          <w:rFonts w:ascii="Calibri" w:hAnsi="Calibri" w:eastAsia="Microsoft YaHei"/>
        </w:rPr>
        <w:t xml:space="preserve">为了和截图一致，可以在桌面新建 </w:t>
      </w:r>
      <w:r>
        <w:rPr>
          <w:rFonts w:ascii="Consolas" w:hAnsi="Consolas" w:eastAsia="Consolas"/>
          <w:color w:val="496A76"/>
          <w:sz w:val="19"/>
        </w:rPr>
        <w:t>测试云端X-ray</w:t>
      </w:r>
      <w:r>
        <w:rPr>
          <w:rFonts w:ascii="Calibri" w:hAnsi="Calibri" w:eastAsia="Microsoft YaHei"/>
        </w:rPr>
        <w:t xml:space="preserve"> 文件夹。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69738" cy="3749040"/>
            <wp:docPr id="12" name="Picture 12" descr="新建测试云端X-ray文件夹，准备第三次独立验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create-cloud-test-folder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69738" cy="3749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新建测试云端X-ray文件夹，准备第三次独立验收</w:t>
      </w:r>
    </w:p>
    <w:p>
      <w:r>
        <w:rPr>
          <w:rFonts w:ascii="Calibri" w:hAnsi="Calibri" w:eastAsia="Microsoft YaHei"/>
        </w:rPr>
        <w:t>进入文件夹，执行和截图一致的 SSH 命令：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git clone git@github.com:ppshux/kof.git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348954"/>
            <wp:docPr id="13" name="Picture 13" descr="克隆一个新项目，作为 ClawHub 路线的最终测试对象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clone-kof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348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克隆一个新项目，作为 ClawHub 路线的最终测试对象</w:t>
      </w:r>
    </w:p>
    <w:p>
      <w:r>
        <w:rPr>
          <w:rFonts w:ascii="Calibri" w:hAnsi="Calibri" w:eastAsia="Microsoft YaHei"/>
        </w:rPr>
        <w:t>没有配置 SSH Key 时用 HTTPS：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git clone https://github.com/ppshuX/kof.git</w:t>
      </w:r>
    </w:p>
    <w:p>
      <w:r>
        <w:rPr>
          <w:rFonts w:ascii="Calibri" w:hAnsi="Calibri" w:eastAsia="Microsoft YaHei"/>
        </w:rPr>
        <w:t xml:space="preserve">本次截图使用公开的 </w:t>
      </w:r>
      <w:hyperlink r:id="rId29">
        <w:r>
          <w:rPr>
            <w:color w:val="4F9E8B"/>
            <w:u w:val="single"/>
          </w:rPr>
          <w:t>KOF 仓库</w:t>
        </w:r>
      </w:hyperlink>
      <w:r>
        <w:rPr>
          <w:rFonts w:ascii="Calibri" w:hAnsi="Calibri" w:eastAsia="Microsoft YaHei"/>
        </w:rPr>
        <w:t>，只是为了方便对照；和前两次一样，我们只读文件，不安装依赖、不启动游戏。</w:t>
      </w:r>
    </w:p>
    <w:p>
      <w:pPr>
        <w:pStyle w:val="Heading1"/>
      </w:pPr>
      <w:r>
        <w:rPr>
          <w:rFonts w:ascii="Calibri" w:hAnsi="Calibri" w:eastAsia="Microsoft YaHei"/>
        </w:rPr>
        <w:t>9. 从 ClawHub 安装 x-ray 1.0.0</w:t>
      </w:r>
    </w:p>
    <w:p>
      <w:r>
        <w:rPr>
          <w:rFonts w:ascii="Calibri" w:hAnsi="Calibri" w:eastAsia="Microsoft YaHei"/>
        </w:rPr>
        <w:t>这一步要证明的是：别人不需要知道你的本地文件夹，只凭平台上的包名就能把 Skill 下载回来。</w:t>
      </w:r>
    </w:p>
    <w:p>
      <w:r>
        <w:rPr>
          <w:rFonts w:ascii="Calibri" w:hAnsi="Calibri" w:eastAsia="Microsoft YaHei"/>
        </w:rPr>
        <w:t>ClawHub 页面给出的 OpenClaw 安装命令是：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openclaw skills install @ppshux/x-ray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908807"/>
            <wp:docPr id="14" name="Picture 14" descr="从 ClawHub 页面复制 OpenClaw 安装命令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copy-install-command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088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 ClawHub 页面复制 OpenClaw 安装命令</w:t>
      </w:r>
    </w:p>
    <w:p>
      <w:r>
        <w:rPr>
          <w:rFonts w:ascii="Calibri" w:hAnsi="Calibri" w:eastAsia="Microsoft YaHei"/>
        </w:rPr>
        <w:t xml:space="preserve">如果终端提示找不到 </w:t>
      </w:r>
      <w:r>
        <w:rPr>
          <w:rFonts w:ascii="Consolas" w:hAnsi="Consolas" w:eastAsia="Consolas"/>
          <w:color w:val="496A76"/>
          <w:sz w:val="19"/>
        </w:rPr>
        <w:t>openclaw</w:t>
      </w:r>
      <w:r>
        <w:rPr>
          <w:rFonts w:ascii="Calibri" w:hAnsi="Calibri" w:eastAsia="Microsoft YaHei"/>
        </w:rPr>
        <w:t>，按截图中的路线先安装：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npm install -g openclaw@latest</w:t>
        <w:br/>
        <w:t>openclaw skills install @ppshux/x-ray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262288"/>
            <wp:docPr id="15" name="Picture 15" descr="OpenClaw 从 ClawHub 下载 x-ray 1.0.0 并写入工作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install-cloud-skill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622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OpenClaw 从 ClawHub 下载 x-ray 1.0.0 并写入工作区</w:t>
      </w:r>
    </w:p>
    <w:p>
      <w:r>
        <w:rPr>
          <w:rFonts w:ascii="Calibri" w:hAnsi="Calibri" w:eastAsia="Microsoft YaHei"/>
        </w:rPr>
        <w:t>截图里可以看到三个关键结果：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Downloading x-ray@1.0.0 from ClawHub...</w:t>
        <w:br/>
        <w:t>Installing to C:\Users\wenxiaolv\.openclaw\workspace\skills\x-ray...</w:t>
        <w:br/>
        <w:t>Installed x-ray@1.0.0</w:t>
      </w:r>
    </w:p>
    <w:p>
      <w:r>
        <w:rPr>
          <w:rFonts w:ascii="Calibri" w:hAnsi="Calibri" w:eastAsia="Microsoft YaHei"/>
        </w:rPr>
        <w:t xml:space="preserve">这证明 </w:t>
      </w:r>
      <w:r>
        <w:rPr>
          <w:rFonts w:ascii="Calibri" w:hAnsi="Calibri" w:eastAsia="Microsoft YaHei"/>
          <w:b/>
        </w:rPr>
        <w:t>ClawHub 上的 1.0.0 已经成功下载到 OpenClaw 工作区</w:t>
      </w:r>
      <w:r>
        <w:rPr>
          <w:rFonts w:ascii="Calibri" w:hAnsi="Calibri" w:eastAsia="Microsoft YaHei"/>
        </w:rPr>
        <w:t>。</w:t>
      </w:r>
    </w:p>
    <w:p>
      <w:pPr>
        <w:pStyle w:val="Heading2"/>
      </w:pPr>
      <w:r>
        <w:rPr>
          <w:rFonts w:ascii="Calibri" w:hAnsi="Calibri" w:eastAsia="Microsoft YaHei"/>
        </w:rPr>
        <w:t>用 CodeBuddy 复现时，多补一个“目标目录”动作</w:t>
      </w:r>
    </w:p>
    <w:p>
      <w:r>
        <w:rPr>
          <w:rFonts w:ascii="Calibri" w:hAnsi="Calibri" w:eastAsia="Microsoft YaHei"/>
        </w:rPr>
        <w:t>OpenClaw 与 CodeBuddy 默认读取的 Skill 目录不同。为了确保下一步 CodeBuddy 用到的就是 ClawHub 下载版本，可以再执行：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clawhub --workdir "$env:USERPROFILE" --dir ".codebuddy/skills" install @ppshux/x-ray</w:t>
      </w:r>
    </w:p>
    <w:p>
      <w:r>
        <w:rPr>
          <w:rFonts w:ascii="Calibri" w:hAnsi="Calibri" w:eastAsia="Microsoft YaHei"/>
        </w:rPr>
        <w:t xml:space="preserve">官方 CLI 的目录规则是 </w:t>
      </w:r>
      <w:r>
        <w:rPr>
          <w:rFonts w:ascii="Consolas" w:hAnsi="Consolas" w:eastAsia="Consolas"/>
          <w:color w:val="496A76"/>
          <w:sz w:val="19"/>
        </w:rPr>
        <w:t>&lt;workdir&gt;/&lt;dir&gt;/&lt;slug&gt;</w:t>
      </w:r>
      <w:r>
        <w:rPr>
          <w:rFonts w:ascii="Calibri" w:hAnsi="Calibri" w:eastAsia="Microsoft YaHei"/>
        </w:rPr>
        <w:t>，所以上面会安装到：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C:\Users\你的用户名\.codebuddy\skills\x-ray</w:t>
      </w:r>
    </w:p>
    <w:p>
      <w:r>
        <w:rPr>
          <w:rFonts w:ascii="Calibri" w:hAnsi="Calibri" w:eastAsia="Microsoft YaHei"/>
        </w:rPr>
        <w:t>如果该目录已有旧版，先备份或移走旧文件夹，再安装并重启 CodeBuddy。这样就不会出现“ClawHub 确实装了，但 CodeBuddy 其实还在调用旧副本”的证据空档。</w:t>
      </w:r>
    </w:p>
    <w:p>
      <w:pPr>
        <w:pStyle w:val="Heading1"/>
      </w:pPr>
      <w:r>
        <w:rPr>
          <w:rFonts w:ascii="Calibri" w:hAnsi="Calibri" w:eastAsia="Microsoft YaHei"/>
        </w:rPr>
        <w:t>10. 在 CodeBuddy 中再次调用 /x-ray</w:t>
      </w:r>
    </w:p>
    <w:p>
      <w:r>
        <w:rPr>
          <w:rFonts w:ascii="Calibri" w:hAnsi="Calibri" w:eastAsia="Microsoft YaHei"/>
        </w:rPr>
        <w:t xml:space="preserve">用 CodeBuddy 打开 </w:t>
      </w:r>
      <w:r>
        <w:rPr>
          <w:rFonts w:ascii="Consolas" w:hAnsi="Consolas" w:eastAsia="Consolas"/>
          <w:color w:val="496A76"/>
          <w:sz w:val="19"/>
        </w:rPr>
        <w:t>测试云端X-ray</w:t>
      </w:r>
      <w:r>
        <w:rPr>
          <w:rFonts w:ascii="Calibri" w:hAnsi="Calibri" w:eastAsia="Microsoft YaHei"/>
        </w:rPr>
        <w:t>，输入：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/x-ray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374016"/>
            <wp:docPr id="16" name="Picture 16" descr="回到 CodeBuddy 再次执行 /x-ra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cloud-skill-visibl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3740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回到 CodeBuddy 再次执行 /x-ray</w:t>
      </w:r>
    </w:p>
    <w:p>
      <w:r>
        <w:rPr>
          <w:rFonts w:ascii="Calibri" w:hAnsi="Calibri" w:eastAsia="Microsoft YaHei"/>
        </w:rPr>
        <w:t>看到命令可用，只证明 CodeBuddy 已识别 X-ray；真正的验收仍然是新的 JSON 与 HTML。</w:t>
      </w:r>
    </w:p>
    <w:p>
      <w:r>
        <w:rPr>
          <w:rFonts w:ascii="Calibri" w:hAnsi="Calibri" w:eastAsia="Microsoft YaHei"/>
        </w:rPr>
        <w:t>等待扫描结束后，打开新项目的报告顶部：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887744"/>
            <wp:docPr id="17" name="Picture 17" descr="新项目生成第三份 X-ray 分析报告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kof-report-overview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87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新项目生成第三份 X-ray 分析报告</w:t>
      </w:r>
    </w:p>
    <w:p>
      <w:r>
        <w:rPr>
          <w:rFonts w:ascii="Calibri" w:hAnsi="Calibri" w:eastAsia="Microsoft YaHei"/>
        </w:rPr>
        <w:t>这次报告识别出 248 个文件、64 个目录、Python 与 JavaScript，并给出 4.5/10 的复杂度。</w:t>
      </w:r>
    </w:p>
    <w:p>
      <w:r>
        <w:rPr>
          <w:rFonts w:ascii="Calibri" w:hAnsi="Calibri" w:eastAsia="Microsoft YaHei"/>
        </w:rPr>
        <w:t>继续往下看项目结构和复杂度分布：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091522" cy="3749040"/>
            <wp:docPr id="18" name="Picture 18" descr="第三份报告展示项目结构与复杂度分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-kof-report-details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91522" cy="3749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第三份报告展示项目结构与复杂度分布</w:t>
      </w:r>
    </w:p>
    <w:p>
      <w:r>
        <w:rPr>
          <w:rFonts w:ascii="Calibri" w:hAnsi="Calibri" w:eastAsia="Microsoft YaHei"/>
        </w:rPr>
        <w:t>最后检查关键文件、适合人群和推荐阅读顺序：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746805" cy="3749039"/>
            <wp:docPr id="19" name="Picture 19" descr="第三份报告给出关键文件、适合人群与推荐阅读顺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-clawhub-closur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46805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第三份报告给出关键文件、适合人群与推荐阅读顺序</w:t>
      </w:r>
    </w:p>
    <w:p>
      <w:r>
        <w:rPr>
          <w:rFonts w:ascii="Calibri" w:hAnsi="Calibri" w:eastAsia="Microsoft YaHei"/>
          <w:b/>
        </w:rPr>
        <w:t>下集通关：</w:t>
      </w:r>
      <w:r>
        <w:rPr>
          <w:rFonts w:ascii="Calibri" w:hAnsi="Calibri" w:eastAsia="Microsoft YaHei"/>
        </w:rPr>
        <w:t xml:space="preserve"> X-ray 已发布到 ClawHub，1.0.0 能被下载；在目标 Agent 的 Skill 目录安装后，新项目又生成了一份独立报告。</w:t>
      </w:r>
    </w:p>
    <w:p>
      <w:pPr>
        <w:pStyle w:val="Heading1"/>
      </w:pPr>
      <w:r>
        <w:rPr>
          <w:rFonts w:ascii="Calibri" w:hAnsi="Calibri" w:eastAsia="Microsoft YaHei"/>
        </w:rPr>
        <w:t>11. 三个常见问题</w:t>
      </w:r>
    </w:p>
    <w:p>
      <w:pPr>
        <w:pStyle w:val="ListBullet"/>
      </w:pPr>
      <w:r>
        <w:rPr>
          <w:rFonts w:ascii="Calibri" w:hAnsi="Calibri" w:eastAsia="Microsoft YaHei"/>
          <w:b/>
        </w:rPr>
        <w:t>`clawhub` 不是命令</w:t>
      </w:r>
      <w:r>
        <w:rPr>
          <w:rFonts w:ascii="Calibri" w:hAnsi="Calibri" w:eastAsia="Microsoft YaHei"/>
        </w:rPr>
        <w:t xml:space="preserve">：重新执行 </w:t>
      </w:r>
      <w:r>
        <w:rPr>
          <w:rFonts w:ascii="Consolas" w:hAnsi="Consolas" w:eastAsia="Consolas"/>
          <w:color w:val="496A76"/>
          <w:sz w:val="19"/>
        </w:rPr>
        <w:t>npm i -g clawhub</w:t>
      </w:r>
      <w:r>
        <w:rPr>
          <w:rFonts w:ascii="Calibri" w:hAnsi="Calibri" w:eastAsia="Microsoft YaHei"/>
        </w:rPr>
        <w:t xml:space="preserve">，再运行 </w:t>
      </w:r>
      <w:r>
        <w:rPr>
          <w:rFonts w:ascii="Consolas" w:hAnsi="Consolas" w:eastAsia="Consolas"/>
          <w:color w:val="496A76"/>
          <w:sz w:val="19"/>
        </w:rPr>
        <w:t>clawhub --help</w:t>
      </w:r>
      <w:r>
        <w:rPr>
          <w:rFonts w:ascii="Calibri" w:hAnsi="Calibri" w:eastAsia="Microsoft YaHei"/>
        </w:rPr>
        <w:t>；如果仍失败，检查 npm 全局命令目录是否进入 PATH。</w:t>
      </w:r>
    </w:p>
    <w:p>
      <w:pPr>
        <w:pStyle w:val="ListBullet"/>
      </w:pPr>
      <w:r>
        <w:rPr>
          <w:rFonts w:ascii="Calibri" w:hAnsi="Calibri" w:eastAsia="Microsoft YaHei"/>
          <w:b/>
        </w:rPr>
        <w:t>发布后搜不到</w:t>
      </w:r>
      <w:r>
        <w:rPr>
          <w:rFonts w:ascii="Calibri" w:hAnsi="Calibri" w:eastAsia="Microsoft YaHei"/>
        </w:rPr>
        <w:t xml:space="preserve">：先看终端是否还在 </w:t>
      </w:r>
      <w:r>
        <w:rPr>
          <w:rFonts w:ascii="Consolas" w:hAnsi="Consolas" w:eastAsia="Consolas"/>
          <w:color w:val="496A76"/>
          <w:sz w:val="19"/>
        </w:rPr>
        <w:t>pending security scans</w:t>
      </w:r>
      <w:r>
        <w:rPr>
          <w:rFonts w:ascii="Calibri" w:hAnsi="Calibri" w:eastAsia="Microsoft YaHei"/>
        </w:rPr>
        <w:t xml:space="preserve">，稍等后用 </w:t>
      </w:r>
      <w:r>
        <w:rPr>
          <w:rFonts w:ascii="Consolas" w:hAnsi="Consolas" w:eastAsia="Consolas"/>
          <w:color w:val="496A76"/>
          <w:sz w:val="19"/>
        </w:rPr>
        <w:t>clawhub inspect @你的用户名/x-ray --versions</w:t>
      </w:r>
      <w:r>
        <w:rPr>
          <w:rFonts w:ascii="Calibri" w:hAnsi="Calibri" w:eastAsia="Microsoft YaHei"/>
        </w:rPr>
        <w:t xml:space="preserve"> 检查。</w:t>
      </w:r>
    </w:p>
    <w:p>
      <w:pPr>
        <w:pStyle w:val="ListBullet"/>
      </w:pPr>
      <w:r>
        <w:rPr>
          <w:rFonts w:ascii="Calibri" w:hAnsi="Calibri" w:eastAsia="Microsoft YaHei"/>
          <w:b/>
        </w:rPr>
        <w:t>安装成功但 CodeBuddy 没有 `/x-ray`</w:t>
      </w:r>
      <w:r>
        <w:rPr>
          <w:rFonts w:ascii="Calibri" w:hAnsi="Calibri" w:eastAsia="Microsoft YaHei"/>
        </w:rPr>
        <w:t xml:space="preserve">：确认安装目标是 </w:t>
      </w:r>
      <w:r>
        <w:rPr>
          <w:rFonts w:ascii="Consolas" w:hAnsi="Consolas" w:eastAsia="Consolas"/>
          <w:color w:val="496A76"/>
          <w:sz w:val="19"/>
        </w:rPr>
        <w:t>%USERPROFILE%\.codebuddy\skills\x-ray</w:t>
      </w:r>
      <w:r>
        <w:rPr>
          <w:rFonts w:ascii="Calibri" w:hAnsi="Calibri" w:eastAsia="Microsoft YaHei"/>
        </w:rPr>
        <w:t xml:space="preserve">，而不是只有 </w:t>
      </w:r>
      <w:r>
        <w:rPr>
          <w:rFonts w:ascii="Consolas" w:hAnsi="Consolas" w:eastAsia="Consolas"/>
          <w:color w:val="496A76"/>
          <w:sz w:val="19"/>
        </w:rPr>
        <w:t>.openclaw\workspace\skills\x-ray</w:t>
      </w:r>
      <w:r>
        <w:rPr>
          <w:rFonts w:ascii="Calibri" w:hAnsi="Calibri" w:eastAsia="Microsoft YaHei"/>
        </w:rPr>
        <w:t>，然后彻底重启 CodeBuddy。</w:t>
      </w:r>
    </w:p>
    <w:p>
      <w:pPr>
        <w:pStyle w:val="Heading1"/>
      </w:pPr>
      <w:r>
        <w:rPr>
          <w:rFonts w:ascii="Calibri" w:hAnsi="Calibri" w:eastAsia="Microsoft YaHei"/>
        </w:rPr>
        <w:t>12. 收尾：从一个想法，到可复用数字资产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20" name="Picture 20" descr="三部曲通关：制作、GitHub 发布、ClawHub 分发全部闭环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-episode-summary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三部曲通关：制作、GitHub 发布、ClawHub 分发全部闭环</w:t>
      </w:r>
    </w:p>
    <w:p>
      <w:r>
        <w:rPr>
          <w:rFonts w:ascii="Calibri" w:hAnsi="Calibri" w:eastAsia="Microsoft YaHei"/>
        </w:rPr>
        <w:t>三集下来，我们完成了三个闭环：</w:t>
      </w:r>
    </w:p>
    <w:p>
      <w:pPr>
        <w:pStyle w:val="ListNumber"/>
      </w:pPr>
      <w:r>
        <w:rPr>
          <w:rFonts w:ascii="Calibri" w:hAnsi="Calibri" w:eastAsia="Microsoft YaHei"/>
          <w:b/>
        </w:rPr>
        <w:t>本地闭环</w:t>
      </w:r>
      <w:r>
        <w:rPr>
          <w:rFonts w:ascii="Calibri" w:hAnsi="Calibri" w:eastAsia="Microsoft YaHei"/>
        </w:rPr>
        <w:t>：制作 X-ray，装进 Agent 工具并跑通第一次调用；</w:t>
      </w:r>
    </w:p>
    <w:p>
      <w:pPr>
        <w:pStyle w:val="ListNumber"/>
      </w:pPr>
      <w:r>
        <w:rPr>
          <w:rFonts w:ascii="Calibri" w:hAnsi="Calibri" w:eastAsia="Microsoft YaHei"/>
          <w:b/>
        </w:rPr>
        <w:t>GitHub 闭环</w:t>
      </w:r>
      <w:r>
        <w:rPr>
          <w:rFonts w:ascii="Calibri" w:hAnsi="Calibri" w:eastAsia="Microsoft YaHei"/>
        </w:rPr>
        <w:t>：发布源码，从仓库重新安装并换项目复验；</w:t>
      </w:r>
    </w:p>
    <w:p>
      <w:pPr>
        <w:pStyle w:val="ListNumber"/>
      </w:pPr>
      <w:r>
        <w:rPr>
          <w:rFonts w:ascii="Calibri" w:hAnsi="Calibri" w:eastAsia="Microsoft YaHei"/>
          <w:b/>
        </w:rPr>
        <w:t>ClawHub 闭环</w:t>
      </w:r>
      <w:r>
        <w:rPr>
          <w:rFonts w:ascii="Calibri" w:hAnsi="Calibri" w:eastAsia="Microsoft YaHei"/>
        </w:rPr>
        <w:t>：发布版本、查看自动扫描、从平台重新安装并完成最终验收。</w:t>
      </w:r>
    </w:p>
    <w:p>
      <w:r>
        <w:rPr>
          <w:rFonts w:ascii="Calibri" w:hAnsi="Calibri" w:eastAsia="Microsoft YaHei"/>
        </w:rPr>
        <w:t xml:space="preserve">更重要的是，你已经完整“抄”过一遍 Skill 的制作与发布流程。下次只需要换掉 </w:t>
      </w:r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 xml:space="preserve"> 的目标、脚本、参考规则和资产模板，就能开始做自己的 Skill。</w:t>
      </w:r>
    </w:p>
    <w:p>
      <w:r>
        <w:rPr>
          <w:rFonts w:ascii="Calibri" w:hAnsi="Calibri" w:eastAsia="Microsoft YaHei"/>
        </w:rPr>
        <w:t>X-ray 的口号可以很酷：</w:t>
      </w:r>
      <w:r>
        <w:rPr>
          <w:rFonts w:ascii="Calibri" w:hAnsi="Calibri" w:eastAsia="Microsoft YaHei"/>
          <w:b/>
        </w:rPr>
        <w:t>Understand any codebase in 5 minutes.</w:t>
      </w:r>
      <w:r>
        <w:rPr>
          <w:rFonts w:ascii="Calibri" w:hAnsi="Calibri" w:eastAsia="Microsoft YaHei"/>
        </w:rPr>
        <w:t xml:space="preserve"> 但这三集真正想交付的，不是宣传某个 Skill，而是让你亲手走完“制作 → 本地调用 → GitHub 管理 → ClawHub 分发”的全流程。</w:t>
      </w:r>
    </w:p>
    <w:p>
      <w:r>
        <w:rPr>
          <w:rFonts w:ascii="Calibri" w:hAnsi="Calibri" w:eastAsia="Microsoft YaHei"/>
        </w:rPr>
        <w:t>现在把 X-ray 换成你的想法，这套路线仍然成立：先从一个小而明确的任务开始，让它真的被调用一次，再考虑发布给别人。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8707D"/>
        <w:sz w:val="18"/>
      </w:rPr>
      <w:t xml:space="preserve">第 </w:t>
    </w:r>
    <w:fldSimple w:instr="PAGE"/>
    <w:r>
      <w:rPr>
        <w:rFonts w:ascii="Calibri" w:hAnsi="Calibri" w:eastAsia="Microsoft YaHei"/>
        <w:color w:val="68707D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8707D"/>
        <w:sz w:val="17"/>
      </w:rPr>
      <w:t>AI 架构演进实践  ·  EP. 08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024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496A7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Calibri" w:hAnsi="Calibri" w:eastAsia="Microsoft YaHei"/>
      <w:b/>
      <w:bCs/>
      <w:i w:val="0"/>
      <w:color w:val="68707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80" w:after="160" w:line="252" w:lineRule="auto"/>
      <w:ind w:left="230" w:right="230"/>
    </w:pPr>
    <w:rPr>
      <w:rFonts w:ascii="Consolas" w:hAnsi="Consolas" w:eastAsia="Consolas"/>
      <w:color w:val="2024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github.com/openclaw/clawhub/blob/main/docs/clawhub.md" TargetMode="External"/><Relationship Id="rId14" Type="http://schemas.openxmlformats.org/officeDocument/2006/relationships/hyperlink" Target="https://github.com/openclaw/clawhub/blob/main/docs/quickstart.md" TargetMode="External"/><Relationship Id="rId15" Type="http://schemas.openxmlformats.org/officeDocument/2006/relationships/hyperlink" Target="https://nodejs.org/en/download" TargetMode="External"/><Relationship Id="rId16" Type="http://schemas.openxmlformats.org/officeDocument/2006/relationships/image" Target="media/image3.png"/><Relationship Id="rId17" Type="http://schemas.openxmlformats.org/officeDocument/2006/relationships/hyperlink" Target="https://github.com/openclaw/clawhub/blob/main/docs/cli.md" TargetMode="External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hyperlink" Target="https://clawhub.ai/" TargetMode="External"/><Relationship Id="rId25" Type="http://schemas.openxmlformats.org/officeDocument/2006/relationships/image" Target="media/image10.png"/><Relationship Id="rId26" Type="http://schemas.openxmlformats.org/officeDocument/2006/relationships/image" Target="media/image11.png"/><Relationship Id="rId27" Type="http://schemas.openxmlformats.org/officeDocument/2006/relationships/image" Target="media/image12.png"/><Relationship Id="rId28" Type="http://schemas.openxmlformats.org/officeDocument/2006/relationships/image" Target="media/image13.png"/><Relationship Id="rId29" Type="http://schemas.openxmlformats.org/officeDocument/2006/relationships/hyperlink" Target="https://github.com/ppshuX/kof" TargetMode="External"/><Relationship Id="rId30" Type="http://schemas.openxmlformats.org/officeDocument/2006/relationships/image" Target="media/image14.png"/><Relationship Id="rId31" Type="http://schemas.openxmlformats.org/officeDocument/2006/relationships/image" Target="media/image15.png"/><Relationship Id="rId32" Type="http://schemas.openxmlformats.org/officeDocument/2006/relationships/image" Target="media/image16.png"/><Relationship Id="rId33" Type="http://schemas.openxmlformats.org/officeDocument/2006/relationships/image" Target="media/image17.png"/><Relationship Id="rId34" Type="http://schemas.openxmlformats.org/officeDocument/2006/relationships/image" Target="media/image18.png"/><Relationship Id="rId35" Type="http://schemas.openxmlformats.org/officeDocument/2006/relationships/image" Target="media/image19.png"/><Relationship Id="rId36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把自己的 Skill 发布到 ClawHub，再从平台装回来（下）</dc:title>
  <dc:subject>AI 应用架构演进实践第 8 集</dc:subject>
  <dc:creator/>
  <cp:keywords>ClawHub, OpenClaw, Skill 发布, 重新安装, X-ray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