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240"/>
        <w:jc w:val="center"/>
      </w:pPr>
      <w:r>
        <w:rPr>
          <w:rFonts w:ascii="Calibri" w:hAnsi="Calibri" w:eastAsia="Microsoft YaHei"/>
          <w:b/>
          <w:color w:val="FF8B77"/>
          <w:sz w:val="20"/>
        </w:rPr>
        <w:t>前端工程化 · 独立实战教程</w:t>
      </w:r>
    </w:p>
    <w:p>
      <w:pPr>
        <w:spacing w:after="180"/>
        <w:jc w:val="center"/>
      </w:pPr>
      <w:r>
        <w:rPr>
          <w:rFonts w:ascii="Calibri" w:hAnsi="Calibri" w:eastAsia="Microsoft YaHei"/>
          <w:b/>
          <w:color w:val="1F4D78"/>
          <w:sz w:val="50"/>
        </w:rPr>
        <w:t>你天天 npm install，但知道一个 npm 包是怎么发出来的吗？</w:t>
      </w:r>
    </w:p>
    <w:p>
      <w:pPr>
        <w:spacing w:after="320"/>
        <w:jc w:val="center"/>
      </w:pPr>
      <w:r>
        <w:rPr>
          <w:rFonts w:ascii="Calibri" w:hAnsi="Calibri" w:eastAsia="Microsoft YaHei"/>
          <w:color w:val="667080"/>
          <w:sz w:val="24"/>
        </w:rPr>
        <w:t>从空文件夹、`npm publish`，到另一个项目真正安装：亲手跑通第一次 npm 包闭环。</w:t>
      </w:r>
    </w:p>
    <w:p>
      <w:pPr>
        <w:spacing w:after="360"/>
        <w:jc w:val="center"/>
      </w:pPr>
      <w:r>
        <w:rPr>
          <w:rFonts w:ascii="Calibri" w:hAnsi="Calibri" w:eastAsia="Microsoft YaHei"/>
          <w:b/>
          <w:color w:val="667080"/>
          <w:sz w:val="19"/>
        </w:rPr>
        <w:t>前端工程化  ·  新手友好  ·  约 40 分钟  ·  完整发布闭环</w:t>
      </w:r>
    </w:p>
    <w:p>
      <w:r>
        <w:rPr>
          <w:rFonts w:ascii="Calibri" w:hAnsi="Calibri" w:eastAsia="Microsoft YaHei"/>
        </w:rPr>
        <w:t xml:space="preserve">我们几乎每天都在敲 </w:t>
      </w:r>
      <w:r>
        <w:rPr>
          <w:rFonts w:ascii="Consolas" w:hAnsi="Consolas" w:eastAsia="Microsoft YaHei"/>
          <w:color w:val="1F4D78"/>
          <w:sz w:val="18"/>
        </w:rPr>
        <w:t>npm install</w:t>
      </w:r>
      <w:r>
        <w:rPr>
          <w:rFonts w:ascii="Calibri" w:hAnsi="Calibri" w:eastAsia="Microsoft YaHei"/>
        </w:rPr>
        <w:t>。</w:t>
      </w:r>
    </w:p>
    <w:p>
      <w:r>
        <w:rPr>
          <w:rFonts w:ascii="Calibri" w:hAnsi="Calibri" w:eastAsia="Microsoft YaHei"/>
        </w:rPr>
        <w:t>可我突然发现，自己其实没认真想过：一个普通的 JavaScript 文件夹，究竟从哪一步开始变成了“可以被别人安装的 npm 包”？</w:t>
      </w:r>
    </w:p>
    <w:p>
      <w:r>
        <w:rPr>
          <w:rFonts w:ascii="Calibri" w:hAnsi="Calibri" w:eastAsia="Microsoft YaHei"/>
        </w:rPr>
        <w:t>所以这次不背概念，也不搭复杂脚手架。我们只做一件事：</w:t>
      </w:r>
      <w:r>
        <w:rPr>
          <w:rFonts w:ascii="Calibri" w:hAnsi="Calibri" w:eastAsia="Microsoft YaHei"/>
          <w:b/>
        </w:rPr>
        <w:t>从空文件夹开始，发布一个最小工具包，再换一个全新项目把它装回来。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1" name="Picture 1" descr="从空文件夹到换项目安装：本篇只跑一条 npm 发布主线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article-guid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从空文件夹到换项目安装：本篇只跑一条 npm 发布主线</w:t>
      </w:r>
    </w:p>
    <w:p>
      <w:r>
        <w:rPr>
          <w:rFonts w:ascii="Calibri" w:hAnsi="Calibri" w:eastAsia="Microsoft YaHei"/>
          <w:b/>
        </w:rPr>
        <w:t>预计用时：</w:t>
      </w:r>
      <w:r>
        <w:rPr>
          <w:rFonts w:ascii="Calibri" w:hAnsi="Calibri" w:eastAsia="Microsoft YaHei"/>
        </w:rPr>
        <w:t xml:space="preserve"> 核心路线约 40 分钟，不含注册账号和等待浏览器验证的时间。</w:t>
      </w:r>
    </w:p>
    <w:p>
      <w:r>
        <w:rPr>
          <w:rFonts w:ascii="Calibri" w:hAnsi="Calibri" w:eastAsia="Microsoft YaHei"/>
          <w:b/>
        </w:rPr>
        <w:t>通关标志：</w:t>
      </w:r>
      <w:r>
        <w:rPr>
          <w:rFonts w:ascii="Calibri" w:hAnsi="Calibri" w:eastAsia="Microsoft YaHei"/>
        </w:rPr>
        <w:t xml:space="preserve"> 新项目可以执行 </w:t>
      </w:r>
      <w:r>
        <w:rPr>
          <w:rFonts w:ascii="Consolas" w:hAnsi="Consolas" w:eastAsia="Microsoft YaHei"/>
          <w:color w:val="1F4D78"/>
          <w:sz w:val="18"/>
        </w:rPr>
        <w:t>npm install &lt;你的包名&gt;</w:t>
      </w:r>
      <w:r>
        <w:rPr>
          <w:rFonts w:ascii="Calibri" w:hAnsi="Calibri" w:eastAsia="Microsoft YaHei"/>
        </w:rPr>
        <w:t>，运行后得到预期输出；修复 Bug 后还能更新到补丁版本。</w:t>
      </w:r>
    </w:p>
    <w:p>
      <w:pPr>
        <w:spacing w:before="100" w:after="180"/>
        <w:ind w:left="173" w:right="115"/>
        <w:shd w:fill="FFF5EB"/>
        <w:pBdr>
          <w:left w:val="single" w:sz="16" w:space="10" w:color="FF8B77"/>
        </w:pBdr>
      </w:pPr>
      <w:r>
        <w:rPr>
          <w:rFonts w:ascii="Calibri" w:hAnsi="Calibri" w:eastAsia="Microsoft YaHei"/>
        </w:rPr>
        <w:t xml:space="preserve">截图中的 npm 用户名是 </w:t>
      </w:r>
      <w:r>
        <w:rPr>
          <w:rFonts w:ascii="Consolas" w:hAnsi="Consolas" w:eastAsia="Microsoft YaHei"/>
          <w:color w:val="1F4D78"/>
          <w:sz w:val="18"/>
        </w:rPr>
        <w:t>ppshux</w:t>
      </w:r>
      <w:r>
        <w:rPr>
          <w:rFonts w:ascii="Calibri" w:hAnsi="Calibri" w:eastAsia="Microsoft YaHei"/>
        </w:rPr>
        <w:t xml:space="preserve">。你跟做时必须换成自己的用户名和包名，不要原样复制 </w:t>
      </w:r>
      <w:r>
        <w:rPr>
          <w:rFonts w:ascii="Consolas" w:hAnsi="Consolas" w:eastAsia="Microsoft YaHei"/>
          <w:color w:val="1F4D78"/>
          <w:sz w:val="18"/>
        </w:rPr>
        <w:t>@ppshux/tiny-text-utils</w:t>
      </w:r>
      <w:r>
        <w:rPr>
          <w:rFonts w:ascii="Calibri" w:hAnsi="Calibri" w:eastAsia="Microsoft YaHei"/>
        </w:rPr>
        <w:t xml:space="preserve"> 去发布——那个名字已经被占用了。</w:t>
      </w:r>
    </w:p>
    <w:p>
      <w:pPr>
        <w:pStyle w:val="Heading1"/>
      </w:pPr>
      <w:r>
        <w:rPr>
          <w:rFonts w:ascii="Calibri" w:hAnsi="Calibri" w:eastAsia="Microsoft YaHei"/>
        </w:rPr>
        <w:t>1. 先把工具和发布身份准备好</w:t>
      </w:r>
    </w:p>
    <w:p>
      <w:pPr>
        <w:pStyle w:val="Heading2"/>
      </w:pPr>
      <w:r>
        <w:rPr>
          <w:rFonts w:ascii="Calibri" w:hAnsi="Calibri" w:eastAsia="Microsoft YaHei"/>
        </w:rPr>
        <w:t>这一步有什么用？</w:t>
      </w:r>
    </w:p>
    <w:p>
      <w:r>
        <w:rPr>
          <w:rFonts w:ascii="Calibri" w:hAnsi="Calibri" w:eastAsia="Microsoft YaHei"/>
        </w:rPr>
        <w:t>先分清两个问题：电脑能不能运行 npm，以及 npm 知不知道“你是谁”。前者靠 Node.js，后者靠 npm 账户登录。</w:t>
      </w:r>
    </w:p>
    <w:p>
      <w:r>
        <w:rPr>
          <w:rFonts w:ascii="Calibri" w:hAnsi="Calibri" w:eastAsia="Microsoft YaHei"/>
        </w:rPr>
        <w:t>你需要：</w:t>
      </w:r>
    </w:p>
    <w:p>
      <w:pPr>
        <w:pStyle w:val="ListBullet"/>
      </w:pPr>
      <w:hyperlink r:id="rId12">
        <w:r>
          <w:rPr>
            <w:color w:val="2E74B5"/>
            <w:u w:val="single"/>
          </w:rPr>
          <w:t>Node.js 官方下载页</w:t>
        </w:r>
      </w:hyperlink>
      <w:r>
        <w:rPr>
          <w:rFonts w:ascii="Calibri" w:hAnsi="Calibri" w:eastAsia="Microsoft YaHei"/>
        </w:rPr>
        <w:t>：安装 Node.js 时会一起得到 npm。</w:t>
      </w:r>
    </w:p>
    <w:p>
      <w:pPr>
        <w:pStyle w:val="ListBullet"/>
      </w:pPr>
      <w:r>
        <w:rPr>
          <w:rFonts w:ascii="Calibri" w:hAnsi="Calibri" w:eastAsia="Microsoft YaHei"/>
        </w:rPr>
        <w:t xml:space="preserve">一个终端：Windows 可以用 PowerShell、Windows Terminal 或 </w:t>
      </w:r>
      <w:hyperlink r:id="rId13">
        <w:r>
          <w:rPr>
            <w:color w:val="2E74B5"/>
            <w:u w:val="single"/>
          </w:rPr>
          <w:t>Git Bash</w:t>
        </w:r>
      </w:hyperlink>
      <w:r>
        <w:rPr>
          <w:rFonts w:ascii="Calibri" w:hAnsi="Calibri" w:eastAsia="Microsoft YaHei"/>
        </w:rPr>
        <w:t>。本文截图来自 Git Bash，命令在 PowerShell 里同样可用。</w:t>
      </w:r>
    </w:p>
    <w:p>
      <w:pPr>
        <w:pStyle w:val="ListBullet"/>
      </w:pPr>
      <w:r>
        <w:rPr>
          <w:rFonts w:ascii="Calibri" w:hAnsi="Calibri" w:eastAsia="Microsoft YaHei"/>
        </w:rPr>
        <w:t>一个编辑器：</w:t>
      </w:r>
      <w:hyperlink r:id="rId14">
        <w:r>
          <w:rPr>
            <w:color w:val="2E74B5"/>
            <w:u w:val="single"/>
          </w:rPr>
          <w:t>VS Code</w:t>
        </w:r>
      </w:hyperlink>
      <w:r>
        <w:rPr>
          <w:rFonts w:ascii="Calibri" w:hAnsi="Calibri" w:eastAsia="Microsoft YaHei"/>
        </w:rPr>
        <w:t xml:space="preserve"> 足够；用其他能编辑纯文本的工具也可以。</w:t>
      </w:r>
    </w:p>
    <w:p>
      <w:pPr>
        <w:pStyle w:val="ListBullet"/>
      </w:pPr>
      <w:hyperlink r:id="rId15">
        <w:r>
          <w:rPr>
            <w:color w:val="2E74B5"/>
            <w:u w:val="single"/>
          </w:rPr>
          <w:t>npm 账号</w:t>
        </w:r>
      </w:hyperlink>
      <w:r>
        <w:rPr>
          <w:rFonts w:ascii="Calibri" w:hAnsi="Calibri" w:eastAsia="Microsoft YaHei"/>
        </w:rPr>
        <w:t>：用户名稍后会成为包名里的 scope。</w:t>
      </w:r>
    </w:p>
    <w:p>
      <w:r>
        <w:rPr>
          <w:rFonts w:ascii="Calibri" w:hAnsi="Calibri" w:eastAsia="Microsoft YaHei"/>
        </w:rPr>
        <w:t>先执行：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BASH</w:t>
        <w:br/>
      </w:r>
      <w:r>
        <w:rPr>
          <w:rFonts w:ascii="Consolas" w:hAnsi="Consolas" w:eastAsia="Microsoft YaHei"/>
          <w:color w:val="252A34"/>
          <w:sz w:val="16"/>
        </w:rPr>
        <w:t>node -v</w:t>
        <w:br/>
        <w:t>npm -v</w:t>
      </w:r>
    </w:p>
    <w:p>
      <w:r>
        <w:rPr>
          <w:rFonts w:ascii="Calibri" w:hAnsi="Calibri" w:eastAsia="Microsoft YaHei"/>
        </w:rPr>
        <w:t xml:space="preserve">只要两条命令都能返回版本号，就可以继续。截图里的版本是 Node.js </w:t>
      </w:r>
      <w:r>
        <w:rPr>
          <w:rFonts w:ascii="Consolas" w:hAnsi="Consolas" w:eastAsia="Microsoft YaHei"/>
          <w:color w:val="1F4D78"/>
          <w:sz w:val="18"/>
        </w:rPr>
        <w:t>v22.23.1</w:t>
      </w:r>
      <w:r>
        <w:rPr>
          <w:rFonts w:ascii="Calibri" w:hAnsi="Calibri" w:eastAsia="Microsoft YaHei"/>
        </w:rPr>
        <w:t xml:space="preserve"> 和 npm </w:t>
      </w:r>
      <w:r>
        <w:rPr>
          <w:rFonts w:ascii="Consolas" w:hAnsi="Consolas" w:eastAsia="Microsoft YaHei"/>
          <w:color w:val="1F4D78"/>
          <w:sz w:val="18"/>
        </w:rPr>
        <w:t>10.9.8</w:t>
      </w:r>
      <w:r>
        <w:rPr>
          <w:rFonts w:ascii="Calibri" w:hAnsi="Calibri" w:eastAsia="Microsoft YaHei"/>
        </w:rPr>
        <w:t>，你的数字不同很正常。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1485974"/>
            <wp:docPr id="2" name="Picture 2" descr="Node.js 和 npm 都能返回版本号，说明基础环境可用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environment-check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14859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Node.js 和 npm 都能返回版本号，说明基础环境可用</w:t>
      </w:r>
    </w:p>
    <w:p>
      <w:r>
        <w:rPr>
          <w:rFonts w:ascii="Calibri" w:hAnsi="Calibri" w:eastAsia="Microsoft YaHei"/>
        </w:rPr>
        <w:t>如果提示“找不到命令”，先安装 Node.js，再</w:t>
      </w:r>
      <w:r>
        <w:rPr>
          <w:rFonts w:ascii="Calibri" w:hAnsi="Calibri" w:eastAsia="Microsoft YaHei"/>
          <w:b/>
        </w:rPr>
        <w:t>重新打开</w:t>
      </w:r>
      <w:r>
        <w:rPr>
          <w:rFonts w:ascii="Calibri" w:hAnsi="Calibri" w:eastAsia="Microsoft YaHei"/>
        </w:rPr>
        <w:t>终端；旧终端可能还没有读到新的环境变量。</w:t>
      </w:r>
    </w:p>
    <w:p>
      <w:r>
        <w:rPr>
          <w:rFonts w:ascii="Calibri" w:hAnsi="Calibri" w:eastAsia="Microsoft YaHei"/>
        </w:rPr>
        <w:t xml:space="preserve">接着登录 </w:t>
      </w:r>
      <w:hyperlink r:id="rId17">
        <w:r>
          <w:rPr>
            <w:color w:val="2E74B5"/>
            <w:u w:val="single"/>
          </w:rPr>
          <w:t>npm 网站</w:t>
        </w:r>
      </w:hyperlink>
      <w:r>
        <w:rPr>
          <w:rFonts w:ascii="Calibri" w:hAnsi="Calibri" w:eastAsia="Microsoft YaHei"/>
        </w:rPr>
        <w:t xml:space="preserve">，按 </w:t>
      </w:r>
      <w:hyperlink r:id="rId18">
        <w:r>
          <w:rPr>
            <w:color w:val="2E74B5"/>
            <w:u w:val="single"/>
          </w:rPr>
          <w:t>npm 官方 2FA 指南</w:t>
        </w:r>
      </w:hyperlink>
      <w:r>
        <w:rPr>
          <w:rFonts w:ascii="Calibri" w:hAnsi="Calibri" w:eastAsia="Microsoft YaHei"/>
        </w:rPr>
        <w:t xml:space="preserve"> 为账户启用双重验证。</w:t>
      </w:r>
    </w:p>
    <w:p>
      <w:r>
        <w:rPr>
          <w:rFonts w:ascii="Calibri" w:hAnsi="Calibri" w:eastAsia="Microsoft YaHei"/>
        </w:rPr>
        <w:t>为什么一篇入门教程开局就提 2FA？因为你马上要获得“向公共仓库发布代码”的权限。别人一旦依赖你的包，发布权限就不再只是自己的小事。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2286000" cy="2040122"/>
            <wp:docPr id="3" name="Picture 3" descr="npm 账户已经为授权与发布启用双重验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two-factor-enabled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0401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npm 账户已经为授权与发布启用双重验证</w:t>
      </w:r>
    </w:p>
    <w:p>
      <w:r>
        <w:rPr>
          <w:rFonts w:ascii="Calibri" w:hAnsi="Calibri" w:eastAsia="Microsoft YaHei"/>
        </w:rPr>
        <w:t>然后回到终端：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BASH</w:t>
        <w:br/>
      </w:r>
      <w:r>
        <w:rPr>
          <w:rFonts w:ascii="Consolas" w:hAnsi="Consolas" w:eastAsia="Microsoft YaHei"/>
          <w:color w:val="252A34"/>
          <w:sz w:val="16"/>
        </w:rPr>
        <w:t>npm login</w:t>
      </w:r>
    </w:p>
    <w:p>
      <w:r>
        <w:rPr>
          <w:rFonts w:ascii="Calibri" w:hAnsi="Calibri" w:eastAsia="Microsoft YaHei"/>
        </w:rPr>
        <w:t>浏览器会打开 npm 的授权页面。完成验证后回到终端，再执行：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BASH</w:t>
        <w:br/>
      </w:r>
      <w:r>
        <w:rPr>
          <w:rFonts w:ascii="Consolas" w:hAnsi="Consolas" w:eastAsia="Microsoft YaHei"/>
          <w:color w:val="252A34"/>
          <w:sz w:val="16"/>
        </w:rPr>
        <w:t>npm whoami</w:t>
      </w:r>
    </w:p>
    <w:p>
      <w:r>
        <w:rPr>
          <w:rFonts w:ascii="Calibri" w:hAnsi="Calibri" w:eastAsia="Microsoft YaHei"/>
        </w:rPr>
        <w:t>预期看到自己的 npm 用户名。实验中得到的是：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ppshux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683000" cy="601835"/>
            <wp:docPr id="4" name="Picture 4" descr="npm login 完成后，终端确认已经登录 Registry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login-success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6018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npm login 完成后，终端确认已经登录 Registry</w:t>
      </w:r>
    </w:p>
    <w:p>
      <w:r>
        <w:rPr>
          <w:rFonts w:ascii="Calibri" w:hAnsi="Calibri" w:eastAsia="Microsoft YaHei"/>
          <w:b/>
        </w:rPr>
        <w:t>成功标准：</w:t>
      </w:r>
      <w:r>
        <w:rPr>
          <w:rFonts w:ascii="Calibri" w:hAnsi="Calibri" w:eastAsia="Microsoft YaHei"/>
        </w:rPr>
        <w:t xml:space="preserve"> </w:t>
      </w:r>
      <w:r>
        <w:rPr>
          <w:rFonts w:ascii="Consolas" w:hAnsi="Consolas" w:eastAsia="Microsoft YaHei"/>
          <w:color w:val="1F4D78"/>
          <w:sz w:val="18"/>
        </w:rPr>
        <w:t>npm whoami</w:t>
      </w:r>
      <w:r>
        <w:rPr>
          <w:rFonts w:ascii="Calibri" w:hAnsi="Calibri" w:eastAsia="Microsoft YaHei"/>
        </w:rPr>
        <w:t xml:space="preserve"> 不再报 </w:t>
      </w:r>
      <w:r>
        <w:rPr>
          <w:rFonts w:ascii="Consolas" w:hAnsi="Consolas" w:eastAsia="Microsoft YaHei"/>
          <w:color w:val="1F4D78"/>
          <w:sz w:val="18"/>
        </w:rPr>
        <w:t>ENEEDAUTH</w:t>
      </w:r>
      <w:r>
        <w:rPr>
          <w:rFonts w:ascii="Calibri" w:hAnsi="Calibri" w:eastAsia="Microsoft YaHei"/>
        </w:rPr>
        <w:t>，而是返回你的用户名。</w:t>
      </w:r>
    </w:p>
    <w:p>
      <w:pPr>
        <w:pStyle w:val="Heading1"/>
      </w:pPr>
      <w:r>
        <w:rPr>
          <w:rFonts w:ascii="Calibri" w:hAnsi="Calibri" w:eastAsia="Microsoft YaHei"/>
        </w:rPr>
        <w:t>2. 从空文件夹做出第一个 package</w:t>
      </w:r>
    </w:p>
    <w:p>
      <w:pPr>
        <w:pStyle w:val="Heading2"/>
      </w:pPr>
      <w:r>
        <w:rPr>
          <w:rFonts w:ascii="Calibri" w:hAnsi="Calibri" w:eastAsia="Microsoft YaHei"/>
        </w:rPr>
        <w:t>这一步有什么用？</w:t>
      </w:r>
    </w:p>
    <w:p>
      <w:r>
        <w:rPr>
          <w:rFonts w:ascii="Consolas" w:hAnsi="Consolas" w:eastAsia="Microsoft YaHei"/>
          <w:color w:val="1F4D78"/>
          <w:sz w:val="18"/>
        </w:rPr>
        <w:t>package.json</w:t>
      </w:r>
      <w:r>
        <w:rPr>
          <w:rFonts w:ascii="Calibri" w:hAnsi="Calibri" w:eastAsia="Microsoft YaHei"/>
        </w:rPr>
        <w:t xml:space="preserve"> 不是某种神秘配置，它只是用一份结构化信息告诉 npm：</w:t>
      </w:r>
      <w:r>
        <w:rPr>
          <w:rFonts w:ascii="Calibri" w:hAnsi="Calibri" w:eastAsia="Microsoft YaHei"/>
          <w:b/>
        </w:rPr>
        <w:t>“我是谁、版本多少、入口在哪、准备发布哪些文件。”</w:t>
      </w:r>
    </w:p>
    <w:p>
      <w:r>
        <w:rPr>
          <w:rFonts w:ascii="Calibri" w:hAnsi="Calibri" w:eastAsia="Microsoft YaHei"/>
        </w:rPr>
        <w:t>创建并进入目录：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BASH</w:t>
        <w:br/>
      </w:r>
      <w:r>
        <w:rPr>
          <w:rFonts w:ascii="Consolas" w:hAnsi="Consolas" w:eastAsia="Microsoft YaHei"/>
          <w:color w:val="252A34"/>
          <w:sz w:val="16"/>
        </w:rPr>
        <w:t>mkdir tiny-text-utils</w:t>
        <w:br/>
        <w:t>cd tiny-text-utils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048000" cy="661147"/>
            <wp:docPr id="5" name="Picture 5" descr="新建 tiny-text-utils 并进入空目录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empty-folder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611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新建 tiny-text-utils 并进入空目录</w:t>
      </w:r>
    </w:p>
    <w:p>
      <w:r>
        <w:rPr>
          <w:rFonts w:ascii="Calibri" w:hAnsi="Calibri" w:eastAsia="Microsoft YaHei"/>
        </w:rPr>
        <w:t xml:space="preserve">用自己的 npm 用户名初始化 scoped package。下面仍以截图中的 </w:t>
      </w:r>
      <w:r>
        <w:rPr>
          <w:rFonts w:ascii="Consolas" w:hAnsi="Consolas" w:eastAsia="Microsoft YaHei"/>
          <w:color w:val="1F4D78"/>
          <w:sz w:val="18"/>
        </w:rPr>
        <w:t>ppshux</w:t>
      </w:r>
      <w:r>
        <w:rPr>
          <w:rFonts w:ascii="Calibri" w:hAnsi="Calibri" w:eastAsia="Microsoft YaHei"/>
        </w:rPr>
        <w:t xml:space="preserve"> 为例：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BASH</w:t>
        <w:br/>
      </w:r>
      <w:r>
        <w:rPr>
          <w:rFonts w:ascii="Consolas" w:hAnsi="Consolas" w:eastAsia="Microsoft YaHei"/>
          <w:color w:val="252A34"/>
          <w:sz w:val="16"/>
        </w:rPr>
        <w:t>npm init --scope=@ppshux</w:t>
      </w:r>
    </w:p>
    <w:p>
      <w:r>
        <w:rPr>
          <w:rFonts w:ascii="Calibri" w:hAnsi="Calibri" w:eastAsia="Microsoft YaHei"/>
        </w:rPr>
        <w:t>npm 会依次询问包名、版本、描述、入口、作者和许可证。第一次跟做可以这样填：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package name: @ppshux/tiny-text-utils</w:t>
        <w:br/>
        <w:t>version: 1.0.0</w:t>
        <w:br/>
        <w:t>description: A tiny JavaScript text utility package</w:t>
        <w:br/>
        <w:t>entry point: index.js</w:t>
        <w:br/>
        <w:t>author: ppshux</w:t>
        <w:br/>
        <w:t>license: MIT</w:t>
      </w:r>
    </w:p>
    <w:p>
      <w:r>
        <w:rPr>
          <w:rFonts w:ascii="Calibri" w:hAnsi="Calibri" w:eastAsia="Microsoft YaHei"/>
        </w:rPr>
        <w:t xml:space="preserve">再告诉 Node.js：这个包里的 </w:t>
      </w:r>
      <w:r>
        <w:rPr>
          <w:rFonts w:ascii="Consolas" w:hAnsi="Consolas" w:eastAsia="Microsoft YaHei"/>
          <w:color w:val="1F4D78"/>
          <w:sz w:val="18"/>
        </w:rPr>
        <w:t>.js</w:t>
      </w:r>
      <w:r>
        <w:rPr>
          <w:rFonts w:ascii="Calibri" w:hAnsi="Calibri" w:eastAsia="Microsoft YaHei"/>
        </w:rPr>
        <w:t xml:space="preserve"> 文件使用 ES Module，也就是后面要写的 </w:t>
      </w:r>
      <w:r>
        <w:rPr>
          <w:rFonts w:ascii="Consolas" w:hAnsi="Consolas" w:eastAsia="Microsoft YaHei"/>
          <w:color w:val="1F4D78"/>
          <w:sz w:val="18"/>
        </w:rPr>
        <w:t>import</w:t>
      </w:r>
      <w:r>
        <w:rPr>
          <w:rFonts w:ascii="Calibri" w:hAnsi="Calibri" w:eastAsia="Microsoft YaHei"/>
        </w:rPr>
        <w:t xml:space="preserve"> / </w:t>
      </w:r>
      <w:r>
        <w:rPr>
          <w:rFonts w:ascii="Consolas" w:hAnsi="Consolas" w:eastAsia="Microsoft YaHei"/>
          <w:color w:val="1F4D78"/>
          <w:sz w:val="18"/>
        </w:rPr>
        <w:t>export</w:t>
      </w:r>
      <w:r>
        <w:rPr>
          <w:rFonts w:ascii="Calibri" w:hAnsi="Calibri" w:eastAsia="Microsoft YaHei"/>
        </w:rPr>
        <w:t xml:space="preserve"> 语法。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BASH</w:t>
        <w:br/>
      </w:r>
      <w:r>
        <w:rPr>
          <w:rFonts w:ascii="Consolas" w:hAnsi="Consolas" w:eastAsia="Microsoft YaHei"/>
          <w:color w:val="252A34"/>
          <w:sz w:val="16"/>
        </w:rPr>
        <w:t>npm pkg set type=module</w:t>
      </w:r>
    </w:p>
    <w:p>
      <w:r>
        <w:rPr>
          <w:rFonts w:ascii="Calibri" w:hAnsi="Calibri" w:eastAsia="Microsoft YaHei"/>
        </w:rPr>
        <w:t xml:space="preserve">此时 </w:t>
      </w:r>
      <w:r>
        <w:rPr>
          <w:rFonts w:ascii="Consolas" w:hAnsi="Consolas" w:eastAsia="Microsoft YaHei"/>
          <w:color w:val="1F4D78"/>
          <w:sz w:val="18"/>
        </w:rPr>
        <w:t>package.json</w:t>
      </w:r>
      <w:r>
        <w:rPr>
          <w:rFonts w:ascii="Calibri" w:hAnsi="Calibri" w:eastAsia="Microsoft YaHei"/>
        </w:rPr>
        <w:t xml:space="preserve"> 的关键部分应该类似这样：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JSON</w:t>
        <w:br/>
      </w:r>
      <w:r>
        <w:rPr>
          <w:rFonts w:ascii="Consolas" w:hAnsi="Consolas" w:eastAsia="Microsoft YaHei"/>
          <w:color w:val="252A34"/>
          <w:sz w:val="16"/>
        </w:rPr>
        <w:t>{</w:t>
        <w:br/>
        <w:t xml:space="preserve">  "name": "@ppshux/tiny-text-utils",</w:t>
        <w:br/>
        <w:t xml:space="preserve">  "version": "1.0.0",</w:t>
        <w:br/>
        <w:t xml:space="preserve">  "description": "A tiny JavaScript text utility package",</w:t>
        <w:br/>
        <w:t xml:space="preserve">  "main": "index.js",</w:t>
        <w:br/>
        <w:t xml:space="preserve">  "type": "module",</w:t>
        <w:br/>
        <w:t xml:space="preserve">  "author": "ppshux",</w:t>
        <w:br/>
        <w:t xml:space="preserve">  "license": "MIT"</w:t>
        <w:br/>
        <w:t>}</w:t>
      </w:r>
    </w:p>
    <w:p>
      <w:r>
        <w:rPr>
          <w:rFonts w:ascii="Consolas" w:hAnsi="Consolas" w:eastAsia="Microsoft YaHei"/>
          <w:color w:val="1F4D78"/>
          <w:sz w:val="18"/>
        </w:rPr>
        <w:t>@ppshux</w:t>
      </w:r>
      <w:r>
        <w:rPr>
          <w:rFonts w:ascii="Calibri" w:hAnsi="Calibri" w:eastAsia="Microsoft YaHei"/>
        </w:rPr>
        <w:t xml:space="preserve"> 是 scope，</w:t>
      </w:r>
      <w:r>
        <w:rPr>
          <w:rFonts w:ascii="Consolas" w:hAnsi="Consolas" w:eastAsia="Microsoft YaHei"/>
          <w:color w:val="1F4D78"/>
          <w:sz w:val="18"/>
        </w:rPr>
        <w:t>tiny-text-utils</w:t>
      </w:r>
      <w:r>
        <w:rPr>
          <w:rFonts w:ascii="Calibri" w:hAnsi="Calibri" w:eastAsia="Microsoft YaHei"/>
        </w:rPr>
        <w:t xml:space="preserve"> 才是 scope 里的包名。npm 官方的 </w:t>
      </w:r>
      <w:hyperlink r:id="rId22">
        <w:r>
          <w:rPr>
            <w:color w:val="2E74B5"/>
            <w:u w:val="single"/>
          </w:rPr>
          <w:t>Scope 文档</w:t>
        </w:r>
      </w:hyperlink>
      <w:r>
        <w:rPr>
          <w:rFonts w:ascii="Calibri" w:hAnsi="Calibri" w:eastAsia="Microsoft YaHei"/>
        </w:rPr>
        <w:t xml:space="preserve"> 把这种完整名字写成 </w:t>
      </w:r>
      <w:r>
        <w:rPr>
          <w:rFonts w:ascii="Consolas" w:hAnsi="Consolas" w:eastAsia="Microsoft YaHei"/>
          <w:color w:val="1F4D78"/>
          <w:sz w:val="18"/>
        </w:rPr>
        <w:t>@scope/package</w:t>
      </w:r>
      <w:r>
        <w:rPr>
          <w:rFonts w:ascii="Calibri" w:hAnsi="Calibri" w:eastAsia="Microsoft YaHei"/>
        </w:rPr>
        <w:t>。</w:t>
      </w:r>
    </w:p>
    <w:p>
      <w:r>
        <w:rPr>
          <w:rFonts w:ascii="Calibri" w:hAnsi="Calibri" w:eastAsia="Microsoft YaHei"/>
          <w:b/>
        </w:rPr>
        <w:t>成功标准：</w:t>
      </w:r>
      <w:r>
        <w:rPr>
          <w:rFonts w:ascii="Calibri" w:hAnsi="Calibri" w:eastAsia="Microsoft YaHei"/>
        </w:rPr>
        <w:t xml:space="preserve"> 当前目录出现 </w:t>
      </w:r>
      <w:r>
        <w:rPr>
          <w:rFonts w:ascii="Consolas" w:hAnsi="Consolas" w:eastAsia="Microsoft YaHei"/>
          <w:color w:val="1F4D78"/>
          <w:sz w:val="18"/>
        </w:rPr>
        <w:t>package.json</w:t>
      </w:r>
      <w:r>
        <w:rPr>
          <w:rFonts w:ascii="Calibri" w:hAnsi="Calibri" w:eastAsia="Microsoft YaHei"/>
        </w:rPr>
        <w:t xml:space="preserve">，其中的 </w:t>
      </w:r>
      <w:r>
        <w:rPr>
          <w:rFonts w:ascii="Consolas" w:hAnsi="Consolas" w:eastAsia="Microsoft YaHei"/>
          <w:color w:val="1F4D78"/>
          <w:sz w:val="18"/>
        </w:rPr>
        <w:t>name</w:t>
      </w:r>
      <w:r>
        <w:rPr>
          <w:rFonts w:ascii="Calibri" w:hAnsi="Calibri" w:eastAsia="Microsoft YaHei"/>
        </w:rPr>
        <w:t>、</w:t>
      </w:r>
      <w:r>
        <w:rPr>
          <w:rFonts w:ascii="Consolas" w:hAnsi="Consolas" w:eastAsia="Microsoft YaHei"/>
          <w:color w:val="1F4D78"/>
          <w:sz w:val="18"/>
        </w:rPr>
        <w:t>version</w:t>
      </w:r>
      <w:r>
        <w:rPr>
          <w:rFonts w:ascii="Calibri" w:hAnsi="Calibri" w:eastAsia="Microsoft YaHei"/>
        </w:rPr>
        <w:t>、</w:t>
      </w:r>
      <w:r>
        <w:rPr>
          <w:rFonts w:ascii="Consolas" w:hAnsi="Consolas" w:eastAsia="Microsoft YaHei"/>
          <w:color w:val="1F4D78"/>
          <w:sz w:val="18"/>
        </w:rPr>
        <w:t>main</w:t>
      </w:r>
      <w:r>
        <w:rPr>
          <w:rFonts w:ascii="Calibri" w:hAnsi="Calibri" w:eastAsia="Microsoft YaHei"/>
        </w:rPr>
        <w:t xml:space="preserve"> 和 </w:t>
      </w:r>
      <w:r>
        <w:rPr>
          <w:rFonts w:ascii="Consolas" w:hAnsi="Consolas" w:eastAsia="Microsoft YaHei"/>
          <w:color w:val="1F4D78"/>
          <w:sz w:val="18"/>
        </w:rPr>
        <w:t>type</w:t>
      </w:r>
      <w:r>
        <w:rPr>
          <w:rFonts w:ascii="Calibri" w:hAnsi="Calibri" w:eastAsia="Microsoft YaHei"/>
        </w:rPr>
        <w:t xml:space="preserve"> 与上面一致。</w:t>
      </w:r>
    </w:p>
    <w:p>
      <w:pPr>
        <w:pStyle w:val="Heading1"/>
      </w:pPr>
      <w:r>
        <w:rPr>
          <w:rFonts w:ascii="Calibri" w:hAnsi="Calibri" w:eastAsia="Microsoft YaHei"/>
        </w:rPr>
        <w:t>3. 写三个小函数，先在本地跑通</w:t>
      </w:r>
    </w:p>
    <w:p>
      <w:pPr>
        <w:pStyle w:val="Heading2"/>
      </w:pPr>
      <w:r>
        <w:rPr>
          <w:rFonts w:ascii="Calibri" w:hAnsi="Calibri" w:eastAsia="Microsoft YaHei"/>
        </w:rPr>
        <w:t>这一步有什么用？</w:t>
      </w:r>
    </w:p>
    <w:p>
      <w:r>
        <w:rPr>
          <w:rFonts w:ascii="Calibri" w:hAnsi="Calibri" w:eastAsia="Microsoft YaHei"/>
        </w:rPr>
        <w:t>发布只是搬运。代码在本地都跑不通，传到 Registry 也不会突然变聪明。</w:t>
      </w:r>
    </w:p>
    <w:p>
      <w:r>
        <w:rPr>
          <w:rFonts w:ascii="Calibri" w:hAnsi="Calibri" w:eastAsia="Microsoft YaHei"/>
        </w:rPr>
        <w:t xml:space="preserve">新建 </w:t>
      </w:r>
      <w:r>
        <w:rPr>
          <w:rFonts w:ascii="Consolas" w:hAnsi="Consolas" w:eastAsia="Microsoft YaHei"/>
          <w:color w:val="1F4D78"/>
          <w:sz w:val="18"/>
        </w:rPr>
        <w:t>index.js</w:t>
      </w:r>
      <w:r>
        <w:rPr>
          <w:rFonts w:ascii="Calibri" w:hAnsi="Calibri" w:eastAsia="Microsoft YaHei"/>
        </w:rPr>
        <w:t>，先照着写下面的 1.0.0 版本：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JS</w:t>
        <w:br/>
      </w:r>
      <w:r>
        <w:rPr>
          <w:rFonts w:ascii="Consolas" w:hAnsi="Consolas" w:eastAsia="Microsoft YaHei"/>
          <w:color w:val="252A34"/>
          <w:sz w:val="16"/>
        </w:rPr>
        <w:t>export function capitalize(text) {</w:t>
        <w:br/>
        <w:t xml:space="preserve">  if (text.length === 0) return "";</w:t>
        <w:br/>
        <w:t xml:space="preserve">  return text[0].toUpperCase() + text.slice(1);</w:t>
        <w:br/>
        <w:t>}</w:t>
        <w:br/>
        <w:br/>
        <w:t>export function countWords(text) {</w:t>
        <w:br/>
        <w:t xml:space="preserve">  const trimmed = text.trim();</w:t>
        <w:br/>
        <w:t xml:space="preserve">  if (trimmed === "") return 0;</w:t>
        <w:br/>
        <w:t xml:space="preserve">  return trimmed.split(/\s+/).length;</w:t>
        <w:br/>
        <w:t>}</w:t>
        <w:br/>
        <w:br/>
        <w:t>export function truncate(text, maxLength) {</w:t>
        <w:br/>
        <w:t xml:space="preserve">  if (text.length &lt;= maxLength) return text;</w:t>
        <w:br/>
        <w:t xml:space="preserve">  return text.slice(0, maxLength - 3) + "...";</w:t>
        <w:br/>
        <w:t>}</w:t>
      </w:r>
    </w:p>
    <w:p>
      <w:r>
        <w:rPr>
          <w:rFonts w:ascii="Calibri" w:hAnsi="Calibri" w:eastAsia="Microsoft YaHei"/>
        </w:rPr>
        <w:t>这段代码里保留了实验中真实出现的一个边界问题。先不用猜在哪里，后面我们会像真正维护一个包那样复现它、修复它并发布补丁。</w:t>
      </w:r>
    </w:p>
    <w:p>
      <w:r>
        <w:rPr>
          <w:rFonts w:ascii="Calibri" w:hAnsi="Calibri" w:eastAsia="Microsoft YaHei"/>
        </w:rPr>
        <w:t xml:space="preserve">再新建 </w:t>
      </w:r>
      <w:r>
        <w:rPr>
          <w:rFonts w:ascii="Consolas" w:hAnsi="Consolas" w:eastAsia="Microsoft YaHei"/>
          <w:color w:val="1F4D78"/>
          <w:sz w:val="18"/>
        </w:rPr>
        <w:t>demo.js</w:t>
      </w:r>
      <w:r>
        <w:rPr>
          <w:rFonts w:ascii="Calibri" w:hAnsi="Calibri" w:eastAsia="Microsoft YaHei"/>
        </w:rPr>
        <w:t>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JS</w:t>
        <w:br/>
      </w:r>
      <w:r>
        <w:rPr>
          <w:rFonts w:ascii="Consolas" w:hAnsi="Consolas" w:eastAsia="Microsoft YaHei"/>
          <w:color w:val="252A34"/>
          <w:sz w:val="16"/>
        </w:rPr>
        <w:t>import { capitalize, countWords, truncate } from "./index.js";</w:t>
        <w:br/>
        <w:br/>
        <w:t>console.log(capitalize("hello"));</w:t>
        <w:br/>
        <w:t>console.log(countWords("hello npm world"));</w:t>
        <w:br/>
        <w:t>console.log(truncate("hello npm world", 8));</w:t>
      </w:r>
    </w:p>
    <w:p>
      <w:r>
        <w:rPr>
          <w:rFonts w:ascii="Calibri" w:hAnsi="Calibri" w:eastAsia="Microsoft YaHei"/>
        </w:rPr>
        <w:t>运行：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BASH</w:t>
        <w:br/>
      </w:r>
      <w:r>
        <w:rPr>
          <w:rFonts w:ascii="Consolas" w:hAnsi="Consolas" w:eastAsia="Microsoft YaHei"/>
          <w:color w:val="252A34"/>
          <w:sz w:val="16"/>
        </w:rPr>
        <w:t>node demo.js</w:t>
      </w:r>
    </w:p>
    <w:p>
      <w:r>
        <w:rPr>
          <w:rFonts w:ascii="Calibri" w:hAnsi="Calibri" w:eastAsia="Microsoft YaHei"/>
        </w:rPr>
        <w:t>预期得到：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Hello</w:t>
        <w:br/>
        <w:t>3</w:t>
        <w:br/>
        <w:t>hello...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2286000" cy="698157"/>
            <wp:docPr id="6" name="Picture 6" descr="三个文本函数在本地得到预期输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local-result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6981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三个文本函数在本地得到预期输出</w:t>
      </w:r>
    </w:p>
    <w:p>
      <w:r>
        <w:rPr>
          <w:rFonts w:ascii="Calibri" w:hAnsi="Calibri" w:eastAsia="Microsoft YaHei"/>
          <w:b/>
        </w:rPr>
        <w:t>成功标准：</w:t>
      </w:r>
      <w:r>
        <w:rPr>
          <w:rFonts w:ascii="Calibri" w:hAnsi="Calibri" w:eastAsia="Microsoft YaHei"/>
        </w:rPr>
        <w:t xml:space="preserve"> 三行输出完全一致。若出现 </w:t>
      </w:r>
      <w:r>
        <w:rPr>
          <w:rFonts w:ascii="Consolas" w:hAnsi="Consolas" w:eastAsia="Microsoft YaHei"/>
          <w:color w:val="1F4D78"/>
          <w:sz w:val="18"/>
        </w:rPr>
        <w:t>Cannot use import statement outside a module</w:t>
      </w:r>
      <w:r>
        <w:rPr>
          <w:rFonts w:ascii="Calibri" w:hAnsi="Calibri" w:eastAsia="Microsoft YaHei"/>
        </w:rPr>
        <w:t xml:space="preserve">，检查 </w:t>
      </w:r>
      <w:r>
        <w:rPr>
          <w:rFonts w:ascii="Consolas" w:hAnsi="Consolas" w:eastAsia="Microsoft YaHei"/>
          <w:color w:val="1F4D78"/>
          <w:sz w:val="18"/>
        </w:rPr>
        <w:t>package.json</w:t>
      </w:r>
      <w:r>
        <w:rPr>
          <w:rFonts w:ascii="Calibri" w:hAnsi="Calibri" w:eastAsia="Microsoft YaHei"/>
        </w:rPr>
        <w:t xml:space="preserve"> 是否有 </w:t>
      </w:r>
      <w:r>
        <w:rPr>
          <w:rFonts w:ascii="Consolas" w:hAnsi="Consolas" w:eastAsia="Microsoft YaHei"/>
          <w:color w:val="1F4D78"/>
          <w:sz w:val="18"/>
        </w:rPr>
        <w:t>"type": "module"</w:t>
      </w:r>
      <w:r>
        <w:rPr>
          <w:rFonts w:ascii="Calibri" w:hAnsi="Calibri" w:eastAsia="Microsoft YaHei"/>
        </w:rPr>
        <w:t>。</w:t>
      </w:r>
    </w:p>
    <w:p>
      <w:pPr>
        <w:pStyle w:val="Heading1"/>
      </w:pPr>
      <w:r>
        <w:rPr>
          <w:rFonts w:ascii="Calibri" w:hAnsi="Calibri" w:eastAsia="Microsoft YaHei"/>
        </w:rPr>
        <w:t>4. 发布前先让 npm “假装打包”</w:t>
      </w:r>
    </w:p>
    <w:p>
      <w:pPr>
        <w:pStyle w:val="Heading2"/>
      </w:pPr>
      <w:r>
        <w:rPr>
          <w:rFonts w:ascii="Calibri" w:hAnsi="Calibri" w:eastAsia="Microsoft YaHei"/>
        </w:rPr>
        <w:t>这一步有什么用？</w:t>
      </w:r>
    </w:p>
    <w:p>
      <w:r>
        <w:rPr>
          <w:rFonts w:ascii="Consolas" w:hAnsi="Consolas" w:eastAsia="Microsoft YaHei"/>
          <w:color w:val="1F4D78"/>
          <w:sz w:val="18"/>
        </w:rPr>
        <w:t>npm publish</w:t>
      </w:r>
      <w:r>
        <w:rPr>
          <w:rFonts w:ascii="Calibri" w:hAnsi="Calibri" w:eastAsia="Microsoft YaHei"/>
        </w:rPr>
        <w:t xml:space="preserve"> 之前先执行 dry-run，就像寄快递前打开箱子看一眼：别把本地测试文件、密钥或无关大文件顺手寄出去了。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BASH</w:t>
        <w:br/>
      </w:r>
      <w:r>
        <w:rPr>
          <w:rFonts w:ascii="Consolas" w:hAnsi="Consolas" w:eastAsia="Microsoft YaHei"/>
          <w:color w:val="252A34"/>
          <w:sz w:val="16"/>
        </w:rPr>
        <w:t>npm pack --dry-run</w:t>
      </w:r>
    </w:p>
    <w:p>
      <w:r>
        <w:rPr>
          <w:rFonts w:ascii="Calibri" w:hAnsi="Calibri" w:eastAsia="Microsoft YaHei"/>
        </w:rPr>
        <w:t>第一次预演里，</w:t>
      </w:r>
      <w:r>
        <w:rPr>
          <w:rFonts w:ascii="Consolas" w:hAnsi="Consolas" w:eastAsia="Microsoft YaHei"/>
          <w:color w:val="1F4D78"/>
          <w:sz w:val="18"/>
        </w:rPr>
        <w:t>demo.js</w:t>
      </w:r>
      <w:r>
        <w:rPr>
          <w:rFonts w:ascii="Calibri" w:hAnsi="Calibri" w:eastAsia="Microsoft YaHei"/>
        </w:rPr>
        <w:t>、</w:t>
      </w:r>
      <w:r>
        <w:rPr>
          <w:rFonts w:ascii="Consolas" w:hAnsi="Consolas" w:eastAsia="Microsoft YaHei"/>
          <w:color w:val="1F4D78"/>
          <w:sz w:val="18"/>
        </w:rPr>
        <w:t>index.js</w:t>
      </w:r>
      <w:r>
        <w:rPr>
          <w:rFonts w:ascii="Calibri" w:hAnsi="Calibri" w:eastAsia="Microsoft YaHei"/>
        </w:rPr>
        <w:t xml:space="preserve"> 和 </w:t>
      </w:r>
      <w:r>
        <w:rPr>
          <w:rFonts w:ascii="Consolas" w:hAnsi="Consolas" w:eastAsia="Microsoft YaHei"/>
          <w:color w:val="1F4D78"/>
          <w:sz w:val="18"/>
        </w:rPr>
        <w:t>package.json</w:t>
      </w:r>
      <w:r>
        <w:rPr>
          <w:rFonts w:ascii="Calibri" w:hAnsi="Calibri" w:eastAsia="Microsoft YaHei"/>
        </w:rPr>
        <w:t xml:space="preserve"> 都准备进入 tarball。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429000" cy="2046339"/>
            <wp:docPr id="7" name="Picture 7" descr="第一次 dry-run 发现本地演示文件 demo.js 也会进入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pack-befor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463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第一次 dry-run 发现本地演示文件 demo.js 也会进入包</w:t>
      </w:r>
    </w:p>
    <w:p>
      <w:r>
        <w:rPr>
          <w:rFonts w:ascii="Consolas" w:hAnsi="Consolas" w:eastAsia="Microsoft YaHei"/>
          <w:color w:val="1F4D78"/>
          <w:sz w:val="18"/>
        </w:rPr>
        <w:t>demo.js</w:t>
      </w:r>
      <w:r>
        <w:rPr>
          <w:rFonts w:ascii="Calibri" w:hAnsi="Calibri" w:eastAsia="Microsoft YaHei"/>
        </w:rPr>
        <w:t xml:space="preserve"> 只用于本地验证，使用者不需要它。给 </w:t>
      </w:r>
      <w:r>
        <w:rPr>
          <w:rFonts w:ascii="Consolas" w:hAnsi="Consolas" w:eastAsia="Microsoft YaHei"/>
          <w:color w:val="1F4D78"/>
          <w:sz w:val="18"/>
        </w:rPr>
        <w:t>package.json</w:t>
      </w:r>
      <w:r>
        <w:rPr>
          <w:rFonts w:ascii="Calibri" w:hAnsi="Calibri" w:eastAsia="Microsoft YaHei"/>
        </w:rPr>
        <w:t xml:space="preserve"> 加一份发布白名单：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BASH</w:t>
        <w:br/>
      </w:r>
      <w:r>
        <w:rPr>
          <w:rFonts w:ascii="Consolas" w:hAnsi="Consolas" w:eastAsia="Microsoft YaHei"/>
          <w:color w:val="252A34"/>
          <w:sz w:val="16"/>
        </w:rPr>
        <w:t>npm pkg set "files[0]=index.js"</w:t>
      </w:r>
    </w:p>
    <w:p>
      <w:r>
        <w:rPr>
          <w:rFonts w:ascii="Calibri" w:hAnsi="Calibri" w:eastAsia="Microsoft YaHei"/>
        </w:rPr>
        <w:t>再次执行：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BASH</w:t>
        <w:br/>
      </w:r>
      <w:r>
        <w:rPr>
          <w:rFonts w:ascii="Consolas" w:hAnsi="Consolas" w:eastAsia="Microsoft YaHei"/>
          <w:color w:val="252A34"/>
          <w:sz w:val="16"/>
        </w:rPr>
        <w:t>npm pack --dry-run</w:t>
      </w:r>
    </w:p>
    <w:p>
      <w:r>
        <w:rPr>
          <w:rFonts w:ascii="Calibri" w:hAnsi="Calibri" w:eastAsia="Microsoft YaHei"/>
        </w:rPr>
        <w:t xml:space="preserve">这次应该只剩 </w:t>
      </w:r>
      <w:r>
        <w:rPr>
          <w:rFonts w:ascii="Consolas" w:hAnsi="Consolas" w:eastAsia="Microsoft YaHei"/>
          <w:color w:val="1F4D78"/>
          <w:sz w:val="18"/>
        </w:rPr>
        <w:t>index.js</w:t>
      </w:r>
      <w:r>
        <w:rPr>
          <w:rFonts w:ascii="Calibri" w:hAnsi="Calibri" w:eastAsia="Microsoft YaHei"/>
        </w:rPr>
        <w:t xml:space="preserve"> 和 </w:t>
      </w:r>
      <w:r>
        <w:rPr>
          <w:rFonts w:ascii="Consolas" w:hAnsi="Consolas" w:eastAsia="Microsoft YaHei"/>
          <w:color w:val="1F4D78"/>
          <w:sz w:val="18"/>
        </w:rPr>
        <w:t>package.json</w:t>
      </w:r>
      <w:r>
        <w:rPr>
          <w:rFonts w:ascii="Calibri" w:hAnsi="Calibri" w:eastAsia="Microsoft YaHei"/>
        </w:rPr>
        <w:t>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429000" cy="1307094"/>
            <wp:docPr id="8" name="Picture 8" descr="加入 files 白名单后，待发布内容只剩 index.js 和 package.jso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pack-after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3070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加入 files 白名单后，待发布内容只剩 index.js 和 package.json</w:t>
      </w:r>
    </w:p>
    <w:p>
      <w:r>
        <w:rPr>
          <w:rFonts w:ascii="Calibri" w:hAnsi="Calibri" w:eastAsia="Microsoft YaHei"/>
          <w:b/>
        </w:rPr>
        <w:t>成功标准：</w:t>
      </w:r>
      <w:r>
        <w:rPr>
          <w:rFonts w:ascii="Calibri" w:hAnsi="Calibri" w:eastAsia="Microsoft YaHei"/>
        </w:rPr>
        <w:t xml:space="preserve"> </w:t>
      </w:r>
      <w:r>
        <w:rPr>
          <w:rFonts w:ascii="Consolas" w:hAnsi="Consolas" w:eastAsia="Microsoft YaHei"/>
          <w:color w:val="1F4D78"/>
          <w:sz w:val="18"/>
        </w:rPr>
        <w:t>Tarball Contents</w:t>
      </w:r>
      <w:r>
        <w:rPr>
          <w:rFonts w:ascii="Calibri" w:hAnsi="Calibri" w:eastAsia="Microsoft YaHei"/>
        </w:rPr>
        <w:t xml:space="preserve"> 中没有 </w:t>
      </w:r>
      <w:r>
        <w:rPr>
          <w:rFonts w:ascii="Consolas" w:hAnsi="Consolas" w:eastAsia="Microsoft YaHei"/>
          <w:color w:val="1F4D78"/>
          <w:sz w:val="18"/>
        </w:rPr>
        <w:t>.env</w:t>
      </w:r>
      <w:r>
        <w:rPr>
          <w:rFonts w:ascii="Calibri" w:hAnsi="Calibri" w:eastAsia="Microsoft YaHei"/>
        </w:rPr>
        <w:t>、账号凭证和本地演示文件。</w:t>
      </w:r>
    </w:p>
    <w:p>
      <w:pPr>
        <w:spacing w:before="100" w:after="180"/>
        <w:ind w:left="173" w:right="115"/>
        <w:shd w:fill="FFF5EB"/>
        <w:pBdr>
          <w:left w:val="single" w:sz="16" w:space="10" w:color="FF8B77"/>
        </w:pBdr>
      </w:pPr>
      <w:r>
        <w:rPr>
          <w:rFonts w:ascii="Calibri" w:hAnsi="Calibri" w:eastAsia="Microsoft YaHei"/>
        </w:rPr>
        <w:t xml:space="preserve">真正公开维护的包还应该补上 </w:t>
      </w:r>
      <w:r>
        <w:rPr>
          <w:rFonts w:ascii="Consolas" w:hAnsi="Consolas" w:eastAsia="Microsoft YaHei"/>
          <w:color w:val="1F4D78"/>
          <w:sz w:val="18"/>
        </w:rPr>
        <w:t>README.md</w:t>
      </w:r>
      <w:r>
        <w:rPr>
          <w:rFonts w:ascii="Calibri" w:hAnsi="Calibri" w:eastAsia="Microsoft YaHei"/>
        </w:rPr>
        <w:t xml:space="preserve"> 和与 </w:t>
      </w:r>
      <w:r>
        <w:rPr>
          <w:rFonts w:ascii="Consolas" w:hAnsi="Consolas" w:eastAsia="Microsoft YaHei"/>
          <w:color w:val="1F4D78"/>
          <w:sz w:val="18"/>
        </w:rPr>
        <w:t>license</w:t>
      </w:r>
      <w:r>
        <w:rPr>
          <w:rFonts w:ascii="Calibri" w:hAnsi="Calibri" w:eastAsia="Microsoft YaHei"/>
        </w:rPr>
        <w:t xml:space="preserve"> 一致的许可证文件。本篇先把发布主线跑通，但不要把“最小能发”误当成“生产级完成”。npm 的 </w:t>
      </w:r>
      <w:hyperlink r:id="rId26">
        <w:r>
          <w:rPr>
            <w:color w:val="2E74B5"/>
            <w:u w:val="single"/>
          </w:rPr>
          <w:t>公开包发布指南</w:t>
        </w:r>
      </w:hyperlink>
      <w:r>
        <w:rPr>
          <w:rFonts w:ascii="Calibri" w:hAnsi="Calibri" w:eastAsia="Microsoft YaHei"/>
        </w:rPr>
        <w:t xml:space="preserve"> 也建议准备 README。</w:t>
      </w:r>
    </w:p>
    <w:p>
      <w:pPr>
        <w:pStyle w:val="Heading1"/>
      </w:pPr>
      <w:r>
        <w:rPr>
          <w:rFonts w:ascii="Calibri" w:hAnsi="Calibri" w:eastAsia="Microsoft YaHei"/>
        </w:rPr>
        <w:t>5. 第一次真正 npm publish</w:t>
      </w:r>
    </w:p>
    <w:p>
      <w:pPr>
        <w:pStyle w:val="Heading2"/>
      </w:pPr>
      <w:r>
        <w:rPr>
          <w:rFonts w:ascii="Calibri" w:hAnsi="Calibri" w:eastAsia="Microsoft YaHei"/>
        </w:rPr>
        <w:t>这一步有什么用？</w:t>
      </w:r>
    </w:p>
    <w:p>
      <w:r>
        <w:rPr>
          <w:rFonts w:ascii="Calibri" w:hAnsi="Calibri" w:eastAsia="Microsoft YaHei"/>
        </w:rPr>
        <w:t>这一步会把当前版本真实写入公共 npm Registry。它不是演示命令，所以先确认包名属于自己的 scope、内容检查无误、账户 2FA 可用。</w:t>
      </w:r>
    </w:p>
    <w:p>
      <w:r>
        <w:rPr>
          <w:rFonts w:ascii="Calibri" w:hAnsi="Calibri" w:eastAsia="Microsoft YaHei"/>
        </w:rPr>
        <w:t>对于 scoped public package，执行：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BASH</w:t>
        <w:br/>
      </w:r>
      <w:r>
        <w:rPr>
          <w:rFonts w:ascii="Consolas" w:hAnsi="Consolas" w:eastAsia="Microsoft YaHei"/>
          <w:color w:val="252A34"/>
          <w:sz w:val="16"/>
        </w:rPr>
        <w:t>npm publish --access public</w:t>
      </w:r>
    </w:p>
    <w:p>
      <w:r>
        <w:rPr>
          <w:rFonts w:ascii="Calibri" w:hAnsi="Calibri" w:eastAsia="Microsoft YaHei"/>
        </w:rPr>
        <w:t>浏览器可能再次要求授权。成功时终端最后会出现：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+ @ppshux/tiny-text-utils@1.0.0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1744890"/>
            <wp:docPr id="9" name="Picture 9" descr="npm Registry 接收 @ppshux/tiny-text-utils 1.0.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first-publish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7448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npm Registry 接收 @ppshux/tiny-text-utils 1.0.0</w:t>
      </w:r>
    </w:p>
    <w:p>
      <w:r>
        <w:rPr>
          <w:rFonts w:ascii="Calibri" w:hAnsi="Calibri" w:eastAsia="Microsoft YaHei"/>
          <w:b/>
        </w:rPr>
        <w:t>成功标准：</w:t>
      </w:r>
      <w:r>
        <w:rPr>
          <w:rFonts w:ascii="Calibri" w:hAnsi="Calibri" w:eastAsia="Microsoft YaHei"/>
        </w:rPr>
        <w:t xml:space="preserve"> 末尾出现 </w:t>
      </w:r>
      <w:r>
        <w:rPr>
          <w:rFonts w:ascii="Consolas" w:hAnsi="Consolas" w:eastAsia="Microsoft YaHei"/>
          <w:color w:val="1F4D78"/>
          <w:sz w:val="18"/>
        </w:rPr>
        <w:t>+ &lt;你的完整包名&gt;@1.0.0</w:t>
      </w:r>
      <w:r>
        <w:rPr>
          <w:rFonts w:ascii="Calibri" w:hAnsi="Calibri" w:eastAsia="Microsoft YaHei"/>
        </w:rPr>
        <w:t>，并且能在 npm 网站的 Packages 页面找到它。</w:t>
      </w:r>
    </w:p>
    <w:p>
      <w:r>
        <w:rPr>
          <w:rFonts w:ascii="Calibri" w:hAnsi="Calibri" w:eastAsia="Microsoft YaHei"/>
        </w:rPr>
        <w:t xml:space="preserve">如果报 </w:t>
      </w:r>
      <w:r>
        <w:rPr>
          <w:rFonts w:ascii="Consolas" w:hAnsi="Consolas" w:eastAsia="Microsoft YaHei"/>
          <w:color w:val="1F4D78"/>
          <w:sz w:val="18"/>
        </w:rPr>
        <w:t>EPUBLISHCONFLICT</w:t>
      </w:r>
      <w:r>
        <w:rPr>
          <w:rFonts w:ascii="Calibri" w:hAnsi="Calibri" w:eastAsia="Microsoft YaHei"/>
        </w:rPr>
        <w:t>，通常是这个包名和版本已经存在。</w:t>
      </w:r>
      <w:r>
        <w:rPr>
          <w:rFonts w:ascii="Calibri" w:hAnsi="Calibri" w:eastAsia="Microsoft YaHei"/>
          <w:b/>
        </w:rPr>
        <w:t>已经发布的版本号不能拿来覆盖重发</w:t>
      </w:r>
      <w:r>
        <w:rPr>
          <w:rFonts w:ascii="Calibri" w:hAnsi="Calibri" w:eastAsia="Microsoft YaHei"/>
        </w:rPr>
        <w:t xml:space="preserve">；先确认包名是否属于你，再决定发布新版本。具体行为以 </w:t>
      </w:r>
      <w:hyperlink r:id="rId28">
        <w:r>
          <w:rPr>
            <w:color w:val="2E74B5"/>
            <w:u w:val="single"/>
          </w:rPr>
          <w:t>`npm publish` 官方文档</w:t>
        </w:r>
      </w:hyperlink>
      <w:r>
        <w:rPr>
          <w:rFonts w:ascii="Calibri" w:hAnsi="Calibri" w:eastAsia="Microsoft YaHei"/>
        </w:rPr>
        <w:t xml:space="preserve"> 为准。</w:t>
      </w:r>
    </w:p>
    <w:p>
      <w:pPr>
        <w:pStyle w:val="Heading1"/>
      </w:pPr>
      <w:r>
        <w:rPr>
          <w:rFonts w:ascii="Calibri" w:hAnsi="Calibri" w:eastAsia="Microsoft YaHei"/>
        </w:rPr>
        <w:t>6. 换一个全新项目，像普通用户一样安装</w:t>
      </w:r>
    </w:p>
    <w:p>
      <w:pPr>
        <w:pStyle w:val="Heading2"/>
      </w:pPr>
      <w:r>
        <w:rPr>
          <w:rFonts w:ascii="Calibri" w:hAnsi="Calibri" w:eastAsia="Microsoft YaHei"/>
        </w:rPr>
        <w:t>这一步有什么用？</w:t>
      </w:r>
    </w:p>
    <w:p>
      <w:r>
        <w:rPr>
          <w:rFonts w:ascii="Calibri" w:hAnsi="Calibri" w:eastAsia="Microsoft YaHei"/>
        </w:rPr>
        <w:t>“发布成功”只证明 Registry 收到了文件。真正的闭环是：离开原目录，在另一个项目里也能安装和调用。</w:t>
      </w:r>
    </w:p>
    <w:p>
      <w:r>
        <w:rPr>
          <w:rFonts w:ascii="Calibri" w:hAnsi="Calibri" w:eastAsia="Microsoft YaHei"/>
        </w:rPr>
        <w:t>回到上一级目录，新建使用者项目：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BASH</w:t>
        <w:br/>
      </w:r>
      <w:r>
        <w:rPr>
          <w:rFonts w:ascii="Consolas" w:hAnsi="Consolas" w:eastAsia="Microsoft YaHei"/>
          <w:color w:val="252A34"/>
          <w:sz w:val="16"/>
        </w:rPr>
        <w:t>cd ..</w:t>
        <w:br/>
        <w:t>mkdir try-tiny-text-utils</w:t>
        <w:br/>
        <w:t>cd try-tiny-text-utils</w:t>
        <w:br/>
        <w:t>npm init -y</w:t>
        <w:br/>
        <w:t>npm pkg set type=module</w:t>
      </w:r>
    </w:p>
    <w:p>
      <w:r>
        <w:rPr>
          <w:rFonts w:ascii="Calibri" w:hAnsi="Calibri" w:eastAsia="Microsoft YaHei"/>
        </w:rPr>
        <w:t>安装刚发布的包：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BASH</w:t>
        <w:br/>
      </w:r>
      <w:r>
        <w:rPr>
          <w:rFonts w:ascii="Consolas" w:hAnsi="Consolas" w:eastAsia="Microsoft YaHei"/>
          <w:color w:val="252A34"/>
          <w:sz w:val="16"/>
        </w:rPr>
        <w:t>npm install @ppshux/tiny-text-utils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048000" cy="450937"/>
            <wp:docPr id="10" name="Picture 10" descr="在全新项目安装刚刚发布的包，npm 报告 added 1 pack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consumer-install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509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在全新项目安装刚刚发布的包，npm 报告 added 1 package</w:t>
      </w:r>
    </w:p>
    <w:p>
      <w:r>
        <w:rPr>
          <w:rFonts w:ascii="Calibri" w:hAnsi="Calibri" w:eastAsia="Microsoft YaHei"/>
        </w:rPr>
        <w:t xml:space="preserve">新建 </w:t>
      </w:r>
      <w:r>
        <w:rPr>
          <w:rFonts w:ascii="Consolas" w:hAnsi="Consolas" w:eastAsia="Microsoft YaHei"/>
          <w:color w:val="1F4D78"/>
          <w:sz w:val="18"/>
        </w:rPr>
        <w:t>app.js</w:t>
      </w:r>
      <w:r>
        <w:rPr>
          <w:rFonts w:ascii="Calibri" w:hAnsi="Calibri" w:eastAsia="Microsoft YaHei"/>
        </w:rPr>
        <w:t>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JS</w:t>
        <w:br/>
      </w:r>
      <w:r>
        <w:rPr>
          <w:rFonts w:ascii="Consolas" w:hAnsi="Consolas" w:eastAsia="Microsoft YaHei"/>
          <w:color w:val="252A34"/>
          <w:sz w:val="16"/>
        </w:rPr>
        <w:t>import { capitalize, countWords, truncate } from "@ppshux/tiny-text-utils";</w:t>
        <w:br/>
        <w:br/>
        <w:t>console.log(capitalize("hello npm"));</w:t>
        <w:br/>
        <w:t>console.log(countWords("hello npm world"));</w:t>
        <w:br/>
        <w:t>console.log(truncate("hello npm world", 8));</w:t>
      </w:r>
    </w:p>
    <w:p>
      <w:r>
        <w:rPr>
          <w:rFonts w:ascii="Calibri" w:hAnsi="Calibri" w:eastAsia="Microsoft YaHei"/>
        </w:rPr>
        <w:t>运行：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BASH</w:t>
        <w:br/>
      </w:r>
      <w:r>
        <w:rPr>
          <w:rFonts w:ascii="Consolas" w:hAnsi="Consolas" w:eastAsia="Microsoft YaHei"/>
          <w:color w:val="252A34"/>
          <w:sz w:val="16"/>
        </w:rPr>
        <w:t>node app.js</w:t>
      </w:r>
    </w:p>
    <w:p>
      <w:r>
        <w:rPr>
          <w:rFonts w:ascii="Calibri" w:hAnsi="Calibri" w:eastAsia="Microsoft YaHei"/>
        </w:rPr>
        <w:t>预期输出：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Hello npm</w:t>
        <w:br/>
        <w:t>3</w:t>
        <w:br/>
        <w:t>hello...</w:t>
      </w:r>
    </w:p>
    <w:p>
      <w:r>
        <w:rPr>
          <w:rFonts w:ascii="Calibri" w:hAnsi="Calibri" w:eastAsia="Microsoft YaHei"/>
        </w:rPr>
        <w:t>这时目录里会多出三个熟面孔：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node_modules/</w:t>
      </w:r>
      <w:r>
        <w:rPr>
          <w:rFonts w:ascii="Calibri" w:hAnsi="Calibri" w:eastAsia="Microsoft YaHei"/>
        </w:rPr>
        <w:t>：实际安装下来的包代码。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package.json</w:t>
      </w:r>
      <w:r>
        <w:rPr>
          <w:rFonts w:ascii="Calibri" w:hAnsi="Calibri" w:eastAsia="Microsoft YaHei"/>
        </w:rPr>
        <w:t>：当前使用者项目是谁，以及它依赖什么。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package-lock.json</w:t>
      </w:r>
      <w:r>
        <w:rPr>
          <w:rFonts w:ascii="Calibri" w:hAnsi="Calibri" w:eastAsia="Microsoft YaHei"/>
        </w:rPr>
        <w:t>：把这次实际解析到的依赖版本记录得更具体。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11" name="Picture 11" descr="npm 包从开发者电脑经过 Registry 到达使用者项目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-package-lifecycle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npm 包从开发者电脑经过 Registry 到达使用者项目</w:t>
      </w:r>
    </w:p>
    <w:p>
      <w:r>
        <w:rPr>
          <w:rFonts w:ascii="Calibri" w:hAnsi="Calibri" w:eastAsia="Microsoft YaHei"/>
          <w:b/>
        </w:rPr>
        <w:t>成功标准：</w:t>
      </w:r>
      <w:r>
        <w:rPr>
          <w:rFonts w:ascii="Calibri" w:hAnsi="Calibri" w:eastAsia="Microsoft YaHei"/>
        </w:rPr>
        <w:t xml:space="preserve"> </w:t>
      </w:r>
      <w:r>
        <w:rPr>
          <w:rFonts w:ascii="Consolas" w:hAnsi="Consolas" w:eastAsia="Microsoft YaHei"/>
          <w:color w:val="1F4D78"/>
          <w:sz w:val="18"/>
        </w:rPr>
        <w:t>app.js</w:t>
      </w:r>
      <w:r>
        <w:rPr>
          <w:rFonts w:ascii="Calibri" w:hAnsi="Calibri" w:eastAsia="Microsoft YaHei"/>
        </w:rPr>
        <w:t xml:space="preserve"> 能通过完整包名导入函数，而不是通过 </w:t>
      </w:r>
      <w:r>
        <w:rPr>
          <w:rFonts w:ascii="Consolas" w:hAnsi="Consolas" w:eastAsia="Microsoft YaHei"/>
          <w:color w:val="1F4D78"/>
          <w:sz w:val="18"/>
        </w:rPr>
        <w:t>./index.js</w:t>
      </w:r>
      <w:r>
        <w:rPr>
          <w:rFonts w:ascii="Calibri" w:hAnsi="Calibri" w:eastAsia="Microsoft YaHei"/>
        </w:rPr>
        <w:t xml:space="preserve"> 读取原项目文件。</w:t>
      </w:r>
    </w:p>
    <w:p>
      <w:pPr>
        <w:pStyle w:val="Heading1"/>
      </w:pPr>
      <w:r>
        <w:rPr>
          <w:rFonts w:ascii="Calibri" w:hAnsi="Calibri" w:eastAsia="Microsoft YaHei"/>
        </w:rPr>
        <w:t>7. 故意碰一下边界，看看 1.0.0 的 Bug</w:t>
      </w:r>
    </w:p>
    <w:p>
      <w:pPr>
        <w:pStyle w:val="Heading2"/>
      </w:pPr>
      <w:r>
        <w:rPr>
          <w:rFonts w:ascii="Calibri" w:hAnsi="Calibri" w:eastAsia="Microsoft YaHei"/>
        </w:rPr>
        <w:t>这一步有什么用？</w:t>
      </w:r>
    </w:p>
    <w:p>
      <w:r>
        <w:rPr>
          <w:rFonts w:ascii="Calibri" w:hAnsi="Calibri" w:eastAsia="Microsoft YaHei"/>
        </w:rPr>
        <w:t>版本号不是装饰。一个已经有人能安装的包，发现问题后不能悄悄覆盖旧文件，只能发布一个可追踪的新版本。</w:t>
      </w:r>
    </w:p>
    <w:p>
      <w:r>
        <w:rPr>
          <w:rFonts w:ascii="Calibri" w:hAnsi="Calibri" w:eastAsia="Microsoft YaHei"/>
        </w:rPr>
        <w:t xml:space="preserve">在使用者项目的 </w:t>
      </w:r>
      <w:r>
        <w:rPr>
          <w:rFonts w:ascii="Consolas" w:hAnsi="Consolas" w:eastAsia="Microsoft YaHei"/>
          <w:color w:val="1F4D78"/>
          <w:sz w:val="18"/>
        </w:rPr>
        <w:t>app.js</w:t>
      </w:r>
      <w:r>
        <w:rPr>
          <w:rFonts w:ascii="Calibri" w:hAnsi="Calibri" w:eastAsia="Microsoft YaHei"/>
        </w:rPr>
        <w:t xml:space="preserve"> 末尾加一行：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JS</w:t>
        <w:br/>
      </w:r>
      <w:r>
        <w:rPr>
          <w:rFonts w:ascii="Consolas" w:hAnsi="Consolas" w:eastAsia="Microsoft YaHei"/>
          <w:color w:val="252A34"/>
          <w:sz w:val="16"/>
        </w:rPr>
        <w:t>console.log(truncate("hello", 2));</w:t>
      </w:r>
    </w:p>
    <w:p>
      <w:r>
        <w:rPr>
          <w:rFonts w:ascii="Calibri" w:hAnsi="Calibri" w:eastAsia="Microsoft YaHei"/>
        </w:rPr>
        <w:t>再次运行：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BASH</w:t>
        <w:br/>
      </w:r>
      <w:r>
        <w:rPr>
          <w:rFonts w:ascii="Consolas" w:hAnsi="Consolas" w:eastAsia="Microsoft YaHei"/>
          <w:color w:val="252A34"/>
          <w:sz w:val="16"/>
        </w:rPr>
        <w:t>node app.js</w:t>
      </w:r>
    </w:p>
    <w:p>
      <w:r>
        <w:rPr>
          <w:rFonts w:ascii="Calibri" w:hAnsi="Calibri" w:eastAsia="Microsoft YaHei"/>
        </w:rPr>
        <w:t>我们希望最多保留两个字符，结果却得到：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hell...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2286000" cy="838200"/>
            <wp:docPr id="12" name="Picture 12" descr="边界输入 truncate(&quot;hello&quot;, 2) 暴露了 1.0.0 的真实 Bu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-bug-reproduction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838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边界输入 truncate("hello", 2) 暴露了 1.0.0 的真实 Bug</w:t>
      </w:r>
    </w:p>
    <w:p>
      <w:r>
        <w:rPr>
          <w:rFonts w:ascii="Calibri" w:hAnsi="Calibri" w:eastAsia="Microsoft YaHei"/>
        </w:rPr>
        <w:t>原因在这里：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JS</w:t>
        <w:br/>
      </w:r>
      <w:r>
        <w:rPr>
          <w:rFonts w:ascii="Consolas" w:hAnsi="Consolas" w:eastAsia="Microsoft YaHei"/>
          <w:color w:val="252A34"/>
          <w:sz w:val="16"/>
        </w:rPr>
        <w:t>text.slice(0, maxLength - 3)</w:t>
      </w:r>
    </w:p>
    <w:p>
      <w:r>
        <w:rPr>
          <w:rFonts w:ascii="Calibri" w:hAnsi="Calibri" w:eastAsia="Microsoft YaHei"/>
        </w:rPr>
        <w:t xml:space="preserve">当 </w:t>
      </w:r>
      <w:r>
        <w:rPr>
          <w:rFonts w:ascii="Consolas" w:hAnsi="Consolas" w:eastAsia="Microsoft YaHei"/>
          <w:color w:val="1F4D78"/>
          <w:sz w:val="18"/>
        </w:rPr>
        <w:t>maxLength</w:t>
      </w:r>
      <w:r>
        <w:rPr>
          <w:rFonts w:ascii="Calibri" w:hAnsi="Calibri" w:eastAsia="Microsoft YaHei"/>
        </w:rPr>
        <w:t xml:space="preserve"> 是 </w:t>
      </w:r>
      <w:r>
        <w:rPr>
          <w:rFonts w:ascii="Consolas" w:hAnsi="Consolas" w:eastAsia="Microsoft YaHei"/>
          <w:color w:val="1F4D78"/>
          <w:sz w:val="18"/>
        </w:rPr>
        <w:t>2</w:t>
      </w:r>
      <w:r>
        <w:rPr>
          <w:rFonts w:ascii="Calibri" w:hAnsi="Calibri" w:eastAsia="Microsoft YaHei"/>
        </w:rPr>
        <w:t xml:space="preserve"> 时，结束位置变成 </w:t>
      </w:r>
      <w:r>
        <w:rPr>
          <w:rFonts w:ascii="Consolas" w:hAnsi="Consolas" w:eastAsia="Microsoft YaHei"/>
          <w:color w:val="1F4D78"/>
          <w:sz w:val="18"/>
        </w:rPr>
        <w:t>-1</w:t>
      </w:r>
      <w:r>
        <w:rPr>
          <w:rFonts w:ascii="Calibri" w:hAnsi="Calibri" w:eastAsia="Microsoft YaHei"/>
        </w:rPr>
        <w:t xml:space="preserve">，JavaScript 会从末尾倒着计算，于是切出了 </w:t>
      </w:r>
      <w:r>
        <w:rPr>
          <w:rFonts w:ascii="Consolas" w:hAnsi="Consolas" w:eastAsia="Microsoft YaHei"/>
          <w:color w:val="1F4D78"/>
          <w:sz w:val="18"/>
        </w:rPr>
        <w:t>hell</w:t>
      </w:r>
      <w:r>
        <w:rPr>
          <w:rFonts w:ascii="Calibri" w:hAnsi="Calibri" w:eastAsia="Microsoft YaHei"/>
        </w:rPr>
        <w:t xml:space="preserve">，再拼上 </w:t>
      </w:r>
      <w:r>
        <w:rPr>
          <w:rFonts w:ascii="Consolas" w:hAnsi="Consolas" w:eastAsia="Microsoft YaHei"/>
          <w:color w:val="1F4D78"/>
          <w:sz w:val="18"/>
        </w:rPr>
        <w:t>...</w:t>
      </w:r>
      <w:r>
        <w:rPr>
          <w:rFonts w:ascii="Calibri" w:hAnsi="Calibri" w:eastAsia="Microsoft YaHei"/>
        </w:rPr>
        <w:t>。</w:t>
      </w:r>
    </w:p>
    <w:p>
      <w:r>
        <w:rPr>
          <w:rFonts w:ascii="Calibri" w:hAnsi="Calibri" w:eastAsia="Microsoft YaHei"/>
        </w:rPr>
        <w:t>回到</w:t>
      </w:r>
      <w:r>
        <w:rPr>
          <w:rFonts w:ascii="Calibri" w:hAnsi="Calibri" w:eastAsia="Microsoft YaHei"/>
          <w:b/>
        </w:rPr>
        <w:t>发布者项目</w:t>
      </w:r>
      <w:r>
        <w:rPr>
          <w:rFonts w:ascii="Calibri" w:hAnsi="Calibri" w:eastAsia="Microsoft YaHei"/>
        </w:rPr>
        <w:t xml:space="preserve">，把 </w:t>
      </w:r>
      <w:r>
        <w:rPr>
          <w:rFonts w:ascii="Consolas" w:hAnsi="Consolas" w:eastAsia="Microsoft YaHei"/>
          <w:color w:val="1F4D78"/>
          <w:sz w:val="18"/>
        </w:rPr>
        <w:t>truncate</w:t>
      </w:r>
      <w:r>
        <w:rPr>
          <w:rFonts w:ascii="Calibri" w:hAnsi="Calibri" w:eastAsia="Microsoft YaHei"/>
        </w:rPr>
        <w:t xml:space="preserve"> 改成：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JS</w:t>
        <w:br/>
      </w:r>
      <w:r>
        <w:rPr>
          <w:rFonts w:ascii="Consolas" w:hAnsi="Consolas" w:eastAsia="Microsoft YaHei"/>
          <w:color w:val="252A34"/>
          <w:sz w:val="16"/>
        </w:rPr>
        <w:t>export function truncate(text, maxLength) {</w:t>
        <w:br/>
        <w:t xml:space="preserve">  if (text.length &lt;= maxLength) return text;</w:t>
        <w:br/>
        <w:t xml:space="preserve">  if (maxLength &lt;= 3) return text.slice(0, Math.max(0, maxLength));</w:t>
        <w:br/>
        <w:t xml:space="preserve">  return text.slice(0, maxLength - 3) + "...";</w:t>
        <w:br/>
        <w:t>}</w:t>
      </w:r>
    </w:p>
    <w:p>
      <w:r>
        <w:rPr>
          <w:rFonts w:ascii="Calibri" w:hAnsi="Calibri" w:eastAsia="Microsoft YaHei"/>
        </w:rPr>
        <w:t xml:space="preserve">现在 </w:t>
      </w:r>
      <w:r>
        <w:rPr>
          <w:rFonts w:ascii="Consolas" w:hAnsi="Consolas" w:eastAsia="Microsoft YaHei"/>
          <w:color w:val="1F4D78"/>
          <w:sz w:val="18"/>
        </w:rPr>
        <w:t>truncate("hello", 2)</w:t>
      </w:r>
      <w:r>
        <w:rPr>
          <w:rFonts w:ascii="Calibri" w:hAnsi="Calibri" w:eastAsia="Microsoft YaHei"/>
        </w:rPr>
        <w:t xml:space="preserve"> 会得到 </w:t>
      </w:r>
      <w:r>
        <w:rPr>
          <w:rFonts w:ascii="Consolas" w:hAnsi="Consolas" w:eastAsia="Microsoft YaHei"/>
          <w:color w:val="1F4D78"/>
          <w:sz w:val="18"/>
        </w:rPr>
        <w:t>he</w:t>
      </w:r>
      <w:r>
        <w:rPr>
          <w:rFonts w:ascii="Calibri" w:hAnsi="Calibri" w:eastAsia="Microsoft YaHei"/>
        </w:rPr>
        <w:t>。这才与函数名表达的“截断到最大长度”一致。</w:t>
      </w:r>
    </w:p>
    <w:p>
      <w:pPr>
        <w:pStyle w:val="Heading1"/>
      </w:pPr>
      <w:r>
        <w:rPr>
          <w:rFonts w:ascii="Calibri" w:hAnsi="Calibri" w:eastAsia="Microsoft YaHei"/>
        </w:rPr>
        <w:t>8. 发布 1.0.1，再让使用者更新</w:t>
      </w:r>
    </w:p>
    <w:p>
      <w:pPr>
        <w:pStyle w:val="Heading2"/>
      </w:pPr>
      <w:r>
        <w:rPr>
          <w:rFonts w:ascii="Calibri" w:hAnsi="Calibri" w:eastAsia="Microsoft YaHei"/>
        </w:rPr>
        <w:t>这一步有什么用？</w:t>
      </w:r>
    </w:p>
    <w:p>
      <w:r>
        <w:rPr>
          <w:rFonts w:ascii="Calibri" w:hAnsi="Calibri" w:eastAsia="Microsoft YaHei"/>
        </w:rPr>
        <w:t xml:space="preserve">这次修复没有破坏旧用法，也没有新增大功能，适合升级补丁版本，也就是 </w:t>
      </w:r>
      <w:r>
        <w:rPr>
          <w:rFonts w:ascii="Consolas" w:hAnsi="Consolas" w:eastAsia="Microsoft YaHei"/>
          <w:color w:val="1F4D78"/>
          <w:sz w:val="18"/>
        </w:rPr>
        <w:t>PATCH</w:t>
      </w:r>
      <w:r>
        <w:rPr>
          <w:rFonts w:ascii="Calibri" w:hAnsi="Calibri" w:eastAsia="Microsoft YaHei"/>
        </w:rPr>
        <w:t>。</w:t>
      </w:r>
    </w:p>
    <w:p>
      <w:r>
        <w:rPr>
          <w:rFonts w:ascii="Calibri" w:hAnsi="Calibri" w:eastAsia="Microsoft YaHei"/>
        </w:rPr>
        <w:t>在发布者项目执行：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BASH</w:t>
        <w:br/>
      </w:r>
      <w:r>
        <w:rPr>
          <w:rFonts w:ascii="Consolas" w:hAnsi="Consolas" w:eastAsia="Microsoft YaHei"/>
          <w:color w:val="252A34"/>
          <w:sz w:val="16"/>
        </w:rPr>
        <w:t>npm version patch</w:t>
      </w:r>
    </w:p>
    <w:p>
      <w:r>
        <w:rPr>
          <w:rFonts w:ascii="Calibri" w:hAnsi="Calibri" w:eastAsia="Microsoft YaHei"/>
        </w:rPr>
        <w:t xml:space="preserve">版本会从 </w:t>
      </w:r>
      <w:r>
        <w:rPr>
          <w:rFonts w:ascii="Consolas" w:hAnsi="Consolas" w:eastAsia="Microsoft YaHei"/>
          <w:color w:val="1F4D78"/>
          <w:sz w:val="18"/>
        </w:rPr>
        <w:t>1.0.0</w:t>
      </w:r>
      <w:r>
        <w:rPr>
          <w:rFonts w:ascii="Calibri" w:hAnsi="Calibri" w:eastAsia="Microsoft YaHei"/>
        </w:rPr>
        <w:t xml:space="preserve"> 变成 </w:t>
      </w:r>
      <w:r>
        <w:rPr>
          <w:rFonts w:ascii="Consolas" w:hAnsi="Consolas" w:eastAsia="Microsoft YaHei"/>
          <w:color w:val="1F4D78"/>
          <w:sz w:val="18"/>
        </w:rPr>
        <w:t>1.0.1</w:t>
      </w:r>
      <w:r>
        <w:rPr>
          <w:rFonts w:ascii="Calibri" w:hAnsi="Calibri" w:eastAsia="Microsoft YaHei"/>
        </w:rPr>
        <w:t>。确认代码和 dry-run 后再次发布：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BASH</w:t>
        <w:br/>
      </w:r>
      <w:r>
        <w:rPr>
          <w:rFonts w:ascii="Consolas" w:hAnsi="Consolas" w:eastAsia="Microsoft YaHei"/>
          <w:color w:val="252A34"/>
          <w:sz w:val="16"/>
        </w:rPr>
        <w:t>npm pack --dry-run</w:t>
        <w:br/>
        <w:t>npm publish --access public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1621978"/>
            <wp:docPr id="13" name="Picture 13" descr="版本升级为 1.0.1，并成功发布补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-patch-publish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6219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版本升级为 1.0.1，并成功发布补丁</w:t>
      </w:r>
    </w:p>
    <w:p>
      <w:r>
        <w:rPr>
          <w:rFonts w:ascii="Calibri" w:hAnsi="Calibri" w:eastAsia="Microsoft YaHei"/>
        </w:rPr>
        <w:t>再回到使用者项目：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BASH</w:t>
        <w:br/>
      </w:r>
      <w:r>
        <w:rPr>
          <w:rFonts w:ascii="Consolas" w:hAnsi="Consolas" w:eastAsia="Microsoft YaHei"/>
          <w:color w:val="252A34"/>
          <w:sz w:val="16"/>
        </w:rPr>
        <w:t>npm update @ppshux/tiny-text-utils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455706"/>
            <wp:docPr id="14" name="Picture 14" descr="使用者项目更新到补丁版本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-consumer-update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4557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使用者项目更新到补丁版本</w:t>
      </w:r>
    </w:p>
    <w:p>
      <w:r>
        <w:rPr>
          <w:rFonts w:ascii="Calibri" w:hAnsi="Calibri" w:eastAsia="Microsoft YaHei"/>
        </w:rPr>
        <w:t>最后重新运行：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BASH</w:t>
        <w:br/>
      </w:r>
      <w:r>
        <w:rPr>
          <w:rFonts w:ascii="Consolas" w:hAnsi="Consolas" w:eastAsia="Microsoft YaHei"/>
          <w:color w:val="252A34"/>
          <w:sz w:val="16"/>
        </w:rPr>
        <w:t>node app.js</w:t>
      </w:r>
    </w:p>
    <w:p>
      <w:r>
        <w:rPr>
          <w:rFonts w:ascii="Calibri" w:hAnsi="Calibri" w:eastAsia="Microsoft YaHei"/>
        </w:rPr>
        <w:t>现在第四行应该是：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he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2286000" cy="979714"/>
            <wp:docPr id="15" name="Picture 15" descr="更新后重新运行，边界输入正确得到 h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-final-result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79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更新后重新运行，边界输入正确得到 he</w:t>
      </w:r>
    </w:p>
    <w:p>
      <w:r>
        <w:rPr>
          <w:rFonts w:ascii="Calibri" w:hAnsi="Calibri" w:eastAsia="Microsoft YaHei"/>
        </w:rPr>
        <w:t xml:space="preserve">版本号常写成 </w:t>
      </w:r>
      <w:r>
        <w:rPr>
          <w:rFonts w:ascii="Consolas" w:hAnsi="Consolas" w:eastAsia="Microsoft YaHei"/>
          <w:color w:val="1F4D78"/>
          <w:sz w:val="18"/>
        </w:rPr>
        <w:t>主版本.次版本.补丁版本</w:t>
      </w:r>
      <w:r>
        <w:rPr>
          <w:rFonts w:ascii="Calibri" w:hAnsi="Calibri" w:eastAsia="Microsoft YaHei"/>
        </w:rPr>
        <w:t>：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PATCH</w:t>
      </w:r>
      <w:r>
        <w:rPr>
          <w:rFonts w:ascii="Calibri" w:hAnsi="Calibri" w:eastAsia="Microsoft YaHei"/>
        </w:rPr>
        <w:t xml:space="preserve">：兼容性的 Bug 修复，例如 </w:t>
      </w:r>
      <w:r>
        <w:rPr>
          <w:rFonts w:ascii="Consolas" w:hAnsi="Consolas" w:eastAsia="Microsoft YaHei"/>
          <w:color w:val="1F4D78"/>
          <w:sz w:val="18"/>
        </w:rPr>
        <w:t>1.0.0 → 1.0.1</w:t>
      </w:r>
      <w:r>
        <w:rPr>
          <w:rFonts w:ascii="Calibri" w:hAnsi="Calibri" w:eastAsia="Microsoft YaHei"/>
        </w:rPr>
        <w:t>。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MINOR</w:t>
      </w:r>
      <w:r>
        <w:rPr>
          <w:rFonts w:ascii="Calibri" w:hAnsi="Calibri" w:eastAsia="Microsoft YaHei"/>
        </w:rPr>
        <w:t xml:space="preserve">：向后兼容的新功能，例如 </w:t>
      </w:r>
      <w:r>
        <w:rPr>
          <w:rFonts w:ascii="Consolas" w:hAnsi="Consolas" w:eastAsia="Microsoft YaHei"/>
          <w:color w:val="1F4D78"/>
          <w:sz w:val="18"/>
        </w:rPr>
        <w:t>1.0.1 → 1.1.0</w:t>
      </w:r>
      <w:r>
        <w:rPr>
          <w:rFonts w:ascii="Calibri" w:hAnsi="Calibri" w:eastAsia="Microsoft YaHei"/>
        </w:rPr>
        <w:t>。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MAJOR</w:t>
      </w:r>
      <w:r>
        <w:rPr>
          <w:rFonts w:ascii="Calibri" w:hAnsi="Calibri" w:eastAsia="Microsoft YaHei"/>
        </w:rPr>
        <w:t xml:space="preserve">：可能破坏旧用法的变化，例如 </w:t>
      </w:r>
      <w:r>
        <w:rPr>
          <w:rFonts w:ascii="Consolas" w:hAnsi="Consolas" w:eastAsia="Microsoft YaHei"/>
          <w:color w:val="1F4D78"/>
          <w:sz w:val="18"/>
        </w:rPr>
        <w:t>1.1.0 → 2.0.0</w:t>
      </w:r>
      <w:r>
        <w:rPr>
          <w:rFonts w:ascii="Calibri" w:hAnsi="Calibri" w:eastAsia="Microsoft YaHei"/>
        </w:rPr>
        <w:t>。</w:t>
      </w:r>
    </w:p>
    <w:p>
      <w:r>
        <w:rPr>
          <w:rFonts w:ascii="Calibri" w:hAnsi="Calibri" w:eastAsia="Microsoft YaHei"/>
        </w:rPr>
        <w:t xml:space="preserve">可以继续阅读 npm 的 </w:t>
      </w:r>
      <w:hyperlink r:id="rId35">
        <w:r>
          <w:rPr>
            <w:color w:val="2E74B5"/>
            <w:u w:val="single"/>
          </w:rPr>
          <w:t>Semantic Versioning 说明</w:t>
        </w:r>
      </w:hyperlink>
      <w:r>
        <w:rPr>
          <w:rFonts w:ascii="Calibri" w:hAnsi="Calibri" w:eastAsia="Microsoft YaHei"/>
        </w:rPr>
        <w:t>。先有这次真实升级的手感，再看规则会轻松很多。</w:t>
      </w:r>
    </w:p>
    <w:p>
      <w:pPr>
        <w:pStyle w:val="Heading1"/>
      </w:pPr>
      <w:r>
        <w:rPr>
          <w:rFonts w:ascii="Calibri" w:hAnsi="Calibri" w:eastAsia="Microsoft YaHei"/>
        </w:rPr>
        <w:t>9. 回头看：一个 npm 包到底是什么？</w:t>
      </w:r>
    </w:p>
    <w:p>
      <w:r>
        <w:rPr>
          <w:rFonts w:ascii="Calibri" w:hAnsi="Calibri" w:eastAsia="Microsoft YaHei"/>
        </w:rPr>
        <w:t>现在可以把整条路线串起来了：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空文件夹</w:t>
        <w:br/>
        <w:t xml:space="preserve">  ↓ npm init</w:t>
        <w:br/>
        <w:t>package.json + JavaScript 模块</w:t>
        <w:br/>
        <w:t xml:space="preserve">  ↓ npm pack --dry-run</w:t>
        <w:br/>
        <w:t>待发布的 tarball</w:t>
        <w:br/>
        <w:t xml:space="preserve">  ↓ npm publish</w:t>
        <w:br/>
        <w:t>npm Registry 中的不可覆盖版本</w:t>
        <w:br/>
        <w:t xml:space="preserve">  ↓ npm install</w:t>
        <w:br/>
        <w:t>另一个项目的 node_modules</w:t>
        <w:br/>
        <w:t xml:space="preserve">  ↓ npm update</w:t>
        <w:br/>
        <w:t>使用者获得新的补丁版本</w:t>
      </w:r>
    </w:p>
    <w:p>
      <w:r>
        <w:rPr>
          <w:rFonts w:ascii="Consolas" w:hAnsi="Consolas" w:eastAsia="Microsoft YaHei"/>
          <w:color w:val="1F4D78"/>
          <w:sz w:val="18"/>
        </w:rPr>
        <w:t>npm install</w:t>
      </w:r>
      <w:r>
        <w:rPr>
          <w:rFonts w:ascii="Calibri" w:hAnsi="Calibri" w:eastAsia="Microsoft YaHei"/>
        </w:rPr>
        <w:t xml:space="preserve"> 不再只是一个黑盒命令。你已经亲手做过它的另一端：创建包、描述包、检查包、发布包，再作为使用者把它装回来。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16" name="Picture 16" descr="制作、发布、安装和补丁升级：第一次 npm 闭环完成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-article-summary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制作、发布、安装和补丁升级：第一次 npm 闭环完成</w:t>
      </w:r>
    </w:p>
    <w:p>
      <w:r>
        <w:rPr>
          <w:rFonts w:ascii="Calibri" w:hAnsi="Calibri" w:eastAsia="Microsoft YaHei"/>
        </w:rPr>
        <w:t xml:space="preserve">本篇示例源码位于仓库的 </w:t>
      </w:r>
      <w:r>
        <w:rPr>
          <w:rFonts w:ascii="Consolas" w:hAnsi="Consolas" w:eastAsia="Microsoft YaHei"/>
          <w:color w:val="1F4D78"/>
          <w:sz w:val="18"/>
        </w:rPr>
        <w:t>examples/npm-package-from-zero/</w:t>
      </w:r>
      <w:r>
        <w:rPr>
          <w:rFonts w:ascii="Calibri" w:hAnsi="Calibri" w:eastAsia="Microsoft YaHei"/>
        </w:rPr>
        <w:t xml:space="preserve">。其中 </w:t>
      </w:r>
      <w:r>
        <w:rPr>
          <w:rFonts w:ascii="Consolas" w:hAnsi="Consolas" w:eastAsia="Microsoft YaHei"/>
          <w:color w:val="1F4D78"/>
          <w:sz w:val="18"/>
        </w:rPr>
        <w:t>index-v1.0.0.js</w:t>
      </w:r>
      <w:r>
        <w:rPr>
          <w:rFonts w:ascii="Calibri" w:hAnsi="Calibri" w:eastAsia="Microsoft YaHei"/>
        </w:rPr>
        <w:t xml:space="preserve"> 保留实验中的边界 Bug，</w:t>
      </w:r>
      <w:r>
        <w:rPr>
          <w:rFonts w:ascii="Consolas" w:hAnsi="Consolas" w:eastAsia="Microsoft YaHei"/>
          <w:color w:val="1F4D78"/>
          <w:sz w:val="18"/>
        </w:rPr>
        <w:t>index.js</w:t>
      </w:r>
      <w:r>
        <w:rPr>
          <w:rFonts w:ascii="Calibri" w:hAnsi="Calibri" w:eastAsia="Microsoft YaHei"/>
        </w:rPr>
        <w:t xml:space="preserve"> 是修复后的版本，方便逐行对照。</w:t>
      </w:r>
    </w:p>
    <w:p>
      <w:r>
        <w:rPr>
          <w:rFonts w:ascii="Calibri" w:hAnsi="Calibri" w:eastAsia="Microsoft YaHei"/>
        </w:rPr>
        <w:t>最后再提醒三件真实发布时不能省的事：</w:t>
      </w:r>
    </w:p>
    <w:p>
      <w:pPr>
        <w:pStyle w:val="ListNumber"/>
      </w:pPr>
      <w:r>
        <w:rPr>
          <w:rFonts w:ascii="Calibri" w:hAnsi="Calibri" w:eastAsia="Microsoft YaHei"/>
        </w:rPr>
        <w:t>包名、scope、作者和许可证换成自己的真实信息。</w:t>
      </w:r>
    </w:p>
    <w:p>
      <w:pPr>
        <w:pStyle w:val="ListNumber"/>
      </w:pPr>
      <w:r>
        <w:rPr>
          <w:rFonts w:ascii="Calibri" w:hAnsi="Calibri" w:eastAsia="Microsoft YaHei"/>
        </w:rPr>
        <w:t>发布前反复检查 dry-run，绝不把密钥和内部文件打进包。</w:t>
      </w:r>
    </w:p>
    <w:p>
      <w:pPr>
        <w:pStyle w:val="ListNumber"/>
      </w:pPr>
      <w:r>
        <w:rPr>
          <w:rFonts w:ascii="Calibri" w:hAnsi="Calibri" w:eastAsia="Microsoft YaHei"/>
        </w:rPr>
        <w:t>为真正给别人使用的包补 README、测试、变更记录和长期维护计划。</w:t>
      </w:r>
    </w:p>
    <w:p>
      <w:r>
        <w:rPr>
          <w:rFonts w:ascii="Calibri" w:hAnsi="Calibri" w:eastAsia="Microsoft YaHei"/>
        </w:rPr>
        <w:t xml:space="preserve">做到这里，你不只是“会用 npm”了。至少下一次看到 </w:t>
      </w:r>
      <w:r>
        <w:rPr>
          <w:rFonts w:ascii="Consolas" w:hAnsi="Consolas" w:eastAsia="Microsoft YaHei"/>
          <w:color w:val="1F4D78"/>
          <w:sz w:val="18"/>
        </w:rPr>
        <w:t>npm install</w:t>
      </w:r>
      <w:r>
        <w:rPr>
          <w:rFonts w:ascii="Calibri" w:hAnsi="Calibri" w:eastAsia="Microsoft YaHei"/>
        </w:rPr>
        <w:t>，脑子里已经能浮出它完整的旅行路线。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Calibri" w:hAnsi="Calibri" w:eastAsia="Microsoft YaHei"/>
        <w:b/>
        <w:color w:val="667080"/>
        <w:sz w:val="17"/>
      </w:rPr>
      <w:t>独立实战教程  ·  前端工程化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Microsoft YaHei"/>
      <w:color w:val="252A3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/>
      <w:ind w:left="518" w:hanging="259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/>
      <w:ind w:left="518" w:hanging="259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60" w:after="160"/>
      <w:jc w:val="center"/>
    </w:pPr>
    <w:rPr>
      <w:rFonts w:ascii="Calibri" w:hAnsi="Calibri" w:eastAsia="Microsoft YaHei"/>
      <w:b/>
      <w:bCs/>
      <w:i w:val="0"/>
      <w:color w:val="66708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keepLines/>
      <w:spacing w:before="80" w:after="160" w:line="245" w:lineRule="auto"/>
      <w:ind w:left="202" w:right="202"/>
    </w:pPr>
    <w:rPr>
      <w:rFonts w:ascii="Consolas" w:hAnsi="Consolas" w:eastAsia="Consolas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nodejs.org/en/download" TargetMode="External"/><Relationship Id="rId13" Type="http://schemas.openxmlformats.org/officeDocument/2006/relationships/hyperlink" Target="https://git-scm.com/downloads" TargetMode="External"/><Relationship Id="rId14" Type="http://schemas.openxmlformats.org/officeDocument/2006/relationships/hyperlink" Target="https://code.visualstudio.com/Download" TargetMode="External"/><Relationship Id="rId15" Type="http://schemas.openxmlformats.org/officeDocument/2006/relationships/hyperlink" Target="https://www.npmjs.com/signup" TargetMode="External"/><Relationship Id="rId16" Type="http://schemas.openxmlformats.org/officeDocument/2006/relationships/image" Target="media/image2.png"/><Relationship Id="rId17" Type="http://schemas.openxmlformats.org/officeDocument/2006/relationships/hyperlink" Target="https://www.npmjs.com/" TargetMode="External"/><Relationship Id="rId18" Type="http://schemas.openxmlformats.org/officeDocument/2006/relationships/hyperlink" Target="https://docs.npmjs.com/configuring-two-factor-authentication" TargetMode="External"/><Relationship Id="rId19" Type="http://schemas.openxmlformats.org/officeDocument/2006/relationships/image" Target="media/image3.png"/><Relationship Id="rId20" Type="http://schemas.openxmlformats.org/officeDocument/2006/relationships/image" Target="media/image4.png"/><Relationship Id="rId21" Type="http://schemas.openxmlformats.org/officeDocument/2006/relationships/image" Target="media/image5.png"/><Relationship Id="rId22" Type="http://schemas.openxmlformats.org/officeDocument/2006/relationships/hyperlink" Target="https://docs.npmjs.com/using-npm/scope.html" TargetMode="External"/><Relationship Id="rId23" Type="http://schemas.openxmlformats.org/officeDocument/2006/relationships/image" Target="media/image6.png"/><Relationship Id="rId24" Type="http://schemas.openxmlformats.org/officeDocument/2006/relationships/image" Target="media/image7.png"/><Relationship Id="rId25" Type="http://schemas.openxmlformats.org/officeDocument/2006/relationships/image" Target="media/image8.png"/><Relationship Id="rId26" Type="http://schemas.openxmlformats.org/officeDocument/2006/relationships/hyperlink" Target="https://docs.npmjs.com/creating-and-publishing-scoped-public-packages/" TargetMode="External"/><Relationship Id="rId27" Type="http://schemas.openxmlformats.org/officeDocument/2006/relationships/image" Target="media/image9.png"/><Relationship Id="rId28" Type="http://schemas.openxmlformats.org/officeDocument/2006/relationships/hyperlink" Target="https://docs.npmjs.com/cli/v11/commands/npm-publish" TargetMode="External"/><Relationship Id="rId29" Type="http://schemas.openxmlformats.org/officeDocument/2006/relationships/image" Target="media/image10.png"/><Relationship Id="rId30" Type="http://schemas.openxmlformats.org/officeDocument/2006/relationships/image" Target="media/image11.png"/><Relationship Id="rId31" Type="http://schemas.openxmlformats.org/officeDocument/2006/relationships/image" Target="media/image12.png"/><Relationship Id="rId32" Type="http://schemas.openxmlformats.org/officeDocument/2006/relationships/image" Target="media/image13.png"/><Relationship Id="rId33" Type="http://schemas.openxmlformats.org/officeDocument/2006/relationships/image" Target="media/image14.png"/><Relationship Id="rId34" Type="http://schemas.openxmlformats.org/officeDocument/2006/relationships/image" Target="media/image15.png"/><Relationship Id="rId35" Type="http://schemas.openxmlformats.org/officeDocument/2006/relationships/hyperlink" Target="https://docs.npmjs.com/about-semantic-versioning" TargetMode="External"/><Relationship Id="rId36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你天天 npm install，但知道一个 npm 包是怎么发出来的吗？</dc:title>
  <dc:subject>前端工程化</dc:subject>
  <dc:creator>独立实战教程</dc:creator>
  <cp:keywords>npm, npm publish, package.json, node_modules, 语义化版本, 前端工程化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