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工具实战  ·  独立拓展教程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Agent 为什么能“缺啥装啥”？从 0 实现一个 Runtime / Binary Manager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让一个找不到 rg 的搜索 Tool，自动下载、校验、安装并继续执行。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拓展实战  ·  Windows x64  ·  约 60～90 分钟  ·  完整运行时闭环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" name="Picture 1" descr="从声明需求到继续执行：本篇只跑一条 Runtime Manager 主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articl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从声明需求到继续执行：本篇只跑一条 Runtime Manager 主线</w:t>
      </w:r>
    </w:p>
    <w:p>
      <w:r>
        <w:rPr>
          <w:rFonts w:ascii="Calibri" w:hAnsi="Calibri" w:eastAsia="Microsoft YaHei"/>
        </w:rPr>
        <w:t>这是一篇独立拓展教程。我们会做出一个最小 Runtime / Binary Manager，也就是“程序自己的工具安装管理员”。</w:t>
      </w:r>
    </w:p>
    <w:p>
      <w:r>
        <w:rPr>
          <w:rFonts w:ascii="Calibri" w:hAnsi="Calibri" w:eastAsia="Microsoft YaHei"/>
          <w:b/>
        </w:rPr>
        <w:t>预计用时：</w:t>
      </w:r>
      <w:r>
        <w:rPr>
          <w:rFonts w:ascii="Calibri" w:hAnsi="Calibri" w:eastAsia="Microsoft YaHei"/>
        </w:rPr>
        <w:t xml:space="preserve"> 完整跟做约 60～90 分钟；只下载完成版跑通约 15 分钟，均不含网络等待。</w:t>
      </w:r>
      <w:r>
        <w:rPr>
          <w:rFonts w:ascii="Calibri" w:hAnsi="Calibri" w:eastAsia="Microsoft YaHei"/>
          <w:b/>
        </w:rPr>
        <w:t>核心成果：</w:t>
      </w:r>
      <w:r>
        <w:rPr>
          <w:rFonts w:ascii="Calibri" w:hAnsi="Calibri" w:eastAsia="Microsoft YaHei"/>
        </w:rPr>
        <w:t xml:space="preserve"> 第一次运行自动准备 ripgrep 并完成搜索，第二次运行直接复用。</w:t>
      </w:r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终端最后能找到两行包含 MCP 的文字，而且第二次没有再次下载和解压。</w:t>
      </w:r>
    </w:p>
    <w:p>
      <w:r>
        <w:rPr>
          <w:rFonts w:ascii="Calibri" w:hAnsi="Calibri" w:eastAsia="Microsoft YaHei"/>
        </w:rPr>
        <w:t xml:space="preserve">本文 Demo 只实现 </w:t>
      </w:r>
      <w:r>
        <w:rPr>
          <w:rFonts w:ascii="Calibri" w:hAnsi="Calibri" w:eastAsia="Microsoft YaHei"/>
          <w:b/>
        </w:rPr>
        <w:t>Windows 10/11 x64</w:t>
      </w:r>
      <w:r>
        <w:rPr>
          <w:rFonts w:ascii="Calibri" w:hAnsi="Calibri" w:eastAsia="Microsoft YaHei"/>
        </w:rPr>
        <w:t>。它不会修改系统 PATH，不需要管理员权限，也不会分析任何商业 Agent 的内部源码。你只是在一个自己的小项目里，把“缺少命令”这件事从报错变成闭环。</w:t>
      </w:r>
    </w:p>
    <w:p>
      <w:r>
        <w:rPr>
          <w:rFonts w:ascii="Calibri" w:hAnsi="Calibri" w:eastAsia="Microsoft YaHei"/>
        </w:rPr>
        <w:t>如果暂时只想理解思路，可以先看每节开头和结果；真正动手时，再回来复制代码。别被文件数量吓到，它们只是把一份工作拆给了几位专职小同事。</w:t>
      </w:r>
    </w:p>
    <w:p>
      <w:r>
        <w:rPr>
          <w:rFonts w:ascii="Calibri" w:hAnsi="Calibri" w:eastAsia="Microsoft YaHei"/>
        </w:rPr>
        <w:t xml:space="preserve">只想先确认闭环是否值得做，可以下载 </w:t>
      </w:r>
      <w:hyperlink r:id="rId12">
        <w:r>
          <w:rPr>
            <w:color w:val="2E74B5"/>
            <w:u w:val="single"/>
          </w:rPr>
          <w:t>Runtime Manager Demo v2</w:t>
        </w:r>
      </w:hyperlink>
      <w:r>
        <w:rPr>
          <w:rFonts w:ascii="Calibri" w:hAnsi="Calibri" w:eastAsia="Microsoft YaHei"/>
        </w:rPr>
        <w:t>，按照压缩包里的 README 跑一遍；确认有兴趣后，再回到正文逐个文件搭建。</w:t>
      </w:r>
    </w:p>
    <w:p>
      <w:pPr>
        <w:pStyle w:val="Heading1"/>
      </w:pPr>
      <w:r>
        <w:rPr>
          <w:rFonts w:ascii="Calibri" w:hAnsi="Calibri" w:eastAsia="Microsoft YaHei"/>
        </w:rPr>
        <w:t>1. 先看终点：我们到底要做什么？</w:t>
      </w:r>
    </w:p>
    <w:p>
      <w:r>
        <w:rPr>
          <w:rFonts w:ascii="Calibri" w:hAnsi="Calibri" w:eastAsia="Microsoft YaHei"/>
        </w:rPr>
        <w:t xml:space="preserve">最后的使用体验很简单：搜索 Tool 声明自己需要 </w:t>
      </w:r>
      <w:r>
        <w:rPr>
          <w:rFonts w:ascii="Consolas" w:hAnsi="Consolas" w:eastAsia="Microsoft YaHei"/>
          <w:color w:val="1F4D78"/>
          <w:sz w:val="18"/>
        </w:rPr>
        <w:t>ripgrep &gt;=14</w:t>
      </w:r>
      <w:r>
        <w:rPr>
          <w:rFonts w:ascii="Calibri" w:hAnsi="Calibri" w:eastAsia="Microsoft YaHei"/>
        </w:rPr>
        <w:t xml:space="preserve">，Runtime Manager 负责把这个要求变成一个满足版本要求的 </w:t>
      </w:r>
      <w:r>
        <w:rPr>
          <w:rFonts w:ascii="Consolas" w:hAnsi="Consolas" w:eastAsia="Microsoft YaHei"/>
          <w:color w:val="1F4D78"/>
          <w:sz w:val="18"/>
        </w:rPr>
        <w:t>rg.exe</w:t>
      </w:r>
      <w:r>
        <w:rPr>
          <w:rFonts w:ascii="Calibri" w:hAnsi="Calibri" w:eastAsia="Microsoft YaHei"/>
        </w:rPr>
        <w:t xml:space="preserve"> 路径。</w:t>
      </w:r>
    </w:p>
    <w:p>
      <w:r>
        <w:rPr>
          <w:rFonts w:ascii="Calibri" w:hAnsi="Calibri" w:eastAsia="Microsoft YaHei"/>
        </w:rPr>
        <w:t xml:space="preserve">严格来说，这个 Demo 管理的是一个可执行文件，所以叫 </w:t>
      </w:r>
      <w:r>
        <w:rPr>
          <w:rFonts w:ascii="Calibri" w:hAnsi="Calibri" w:eastAsia="Microsoft YaHei"/>
          <w:b/>
        </w:rPr>
        <w:t>Binary Manager</w:t>
      </w:r>
      <w:r>
        <w:rPr>
          <w:rFonts w:ascii="Calibri" w:hAnsi="Calibri" w:eastAsia="Microsoft YaHei"/>
        </w:rPr>
        <w:t xml:space="preserve"> 更准确；</w:t>
      </w:r>
      <w:r>
        <w:rPr>
          <w:rFonts w:ascii="Calibri" w:hAnsi="Calibri" w:eastAsia="Microsoft YaHei"/>
          <w:b/>
        </w:rPr>
        <w:t>Runtime Manager</w:t>
      </w:r>
      <w:r>
        <w:rPr>
          <w:rFonts w:ascii="Calibri" w:hAnsi="Calibri" w:eastAsia="Microsoft YaHei"/>
        </w:rPr>
        <w:t xml:space="preserve"> 是更宽的说法，还可以管理 Python、Node.js 等完整运行环境。本文沿用 “Runtime / Binary Manager”，但真正动手实现的是最小 Binary Manager。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Tool 被调用</w:t>
        <w:br/>
        <w:t>↓</w:t>
        <w:br/>
        <w:t>系统里有满足版本要求的 rg？有就直接用</w:t>
        <w:br/>
        <w:t>↓ 没有，或版本太旧</w:t>
        <w:br/>
        <w:t>项目的 .runtime 里有？有就复用</w:t>
        <w:br/>
        <w:t>↓ 没有</w:t>
        <w:br/>
        <w:t>解析版本 → 下载 → SHA256 校验 → 安装</w:t>
        <w:br/>
        <w:t>↓</w:t>
        <w:br/>
        <w:t>把 rg.exe 路径交回原来的 Tool</w:t>
        <w:br/>
        <w:t>↓</w:t>
        <w:br/>
        <w:t>继续搜索，不要求用户重来一次</w:t>
      </w:r>
    </w:p>
    <w:p>
      <w:r>
        <w:rPr>
          <w:rFonts w:ascii="Calibri" w:hAnsi="Calibri" w:eastAsia="Microsoft YaHei"/>
        </w:rPr>
        <w:t>这一篇最重要的不是 ripgrep，而是职责分开：</w:t>
      </w:r>
    </w:p>
    <w:p>
      <w:pPr>
        <w:pStyle w:val="ListBullet"/>
      </w:pPr>
      <w:r>
        <w:rPr>
          <w:rFonts w:ascii="Calibri" w:hAnsi="Calibri" w:eastAsia="Microsoft YaHei"/>
        </w:rPr>
        <w:t>Tool 负责说“我需要什么，以及拿到以后怎么用”；</w:t>
      </w:r>
    </w:p>
    <w:p>
      <w:pPr>
        <w:pStyle w:val="ListBullet"/>
      </w:pPr>
      <w:r>
        <w:rPr>
          <w:rFonts w:ascii="Calibri" w:hAnsi="Calibri" w:eastAsia="Microsoft YaHei"/>
        </w:rPr>
        <w:t>Runtime Manager 负责“检测、准备并返回可执行文件”；</w:t>
      </w:r>
    </w:p>
    <w:p>
      <w:pPr>
        <w:pStyle w:val="ListBullet"/>
      </w:pPr>
      <w:r>
        <w:rPr>
          <w:rFonts w:ascii="Calibri" w:hAnsi="Calibri" w:eastAsia="Microsoft YaHei"/>
        </w:rPr>
        <w:t>Manifest 负责记录“哪个平台该下载哪个文件”。</w:t>
      </w:r>
    </w:p>
    <w:p>
      <w:r>
        <w:rPr>
          <w:rFonts w:ascii="Calibri" w:hAnsi="Calibri" w:eastAsia="Microsoft YaHei"/>
        </w:rPr>
        <w:t>先记住这三句，后面的代码就不容易迷路。</w:t>
      </w:r>
    </w:p>
    <w:p>
      <w:pPr>
        <w:pStyle w:val="Heading1"/>
      </w:pPr>
      <w:r>
        <w:rPr>
          <w:rFonts w:ascii="Calibri" w:hAnsi="Calibri" w:eastAsia="Microsoft YaHei"/>
        </w:rPr>
        <w:t>2. 准备环境：这次只需要 Node.js</w:t>
      </w:r>
    </w:p>
    <w:p>
      <w:r>
        <w:rPr>
          <w:rFonts w:ascii="Calibri" w:hAnsi="Calibri" w:eastAsia="Microsoft YaHei"/>
        </w:rPr>
        <w:t>主线需要：</w:t>
      </w:r>
    </w:p>
    <w:p>
      <w:pPr>
        <w:pStyle w:val="ListBullet"/>
      </w:pPr>
      <w:r>
        <w:rPr>
          <w:rFonts w:ascii="Calibri" w:hAnsi="Calibri" w:eastAsia="Microsoft YaHei"/>
          <w:b/>
        </w:rPr>
        <w:t>Windows 10/11 x64</w:t>
      </w:r>
      <w:r>
        <w:rPr>
          <w:rFonts w:ascii="Calibri" w:hAnsi="Calibri" w:eastAsia="Microsoft YaHei"/>
        </w:rPr>
        <w:t xml:space="preserve">：本篇安装器使用 PowerShell 的 </w:t>
      </w:r>
      <w:r>
        <w:rPr>
          <w:rFonts w:ascii="Consolas" w:hAnsi="Consolas" w:eastAsia="Microsoft YaHei"/>
          <w:color w:val="1F4D78"/>
          <w:sz w:val="18"/>
        </w:rPr>
        <w:t>Expand-Archive</w:t>
      </w:r>
      <w:r>
        <w:rPr>
          <w:rFonts w:ascii="Calibri" w:hAnsi="Calibri" w:eastAsia="Microsoft YaHei"/>
        </w:rPr>
        <w:t>；</w:t>
      </w:r>
    </w:p>
    <w:p>
      <w:pPr>
        <w:pStyle w:val="ListBullet"/>
      </w:pPr>
      <w:r>
        <w:rPr>
          <w:rFonts w:ascii="Calibri" w:hAnsi="Calibri" w:eastAsia="Microsoft YaHei"/>
          <w:b/>
        </w:rPr>
        <w:t>Node.js 22 或更高版本</w:t>
      </w:r>
      <w:r>
        <w:rPr>
          <w:rFonts w:ascii="Calibri" w:hAnsi="Calibri" w:eastAsia="Microsoft YaHei"/>
        </w:rPr>
        <w:t>：负责运行 TypeScript、下载文件和启动子进程；</w:t>
      </w:r>
    </w:p>
    <w:p>
      <w:pPr>
        <w:pStyle w:val="ListBullet"/>
      </w:pPr>
      <w:r>
        <w:rPr>
          <w:rFonts w:ascii="Calibri" w:hAnsi="Calibri" w:eastAsia="Microsoft YaHei"/>
          <w:b/>
        </w:rPr>
        <w:t>PowerShell</w:t>
      </w:r>
      <w:r>
        <w:rPr>
          <w:rFonts w:ascii="Calibri" w:hAnsi="Calibri" w:eastAsia="Microsoft YaHei"/>
        </w:rPr>
        <w:t>：Windows 自带的终端；</w:t>
      </w:r>
    </w:p>
    <w:p>
      <w:pPr>
        <w:pStyle w:val="ListBullet"/>
      </w:pPr>
      <w:r>
        <w:rPr>
          <w:rFonts w:ascii="Calibri" w:hAnsi="Calibri" w:eastAsia="Microsoft YaHei"/>
          <w:b/>
        </w:rPr>
        <w:t>任意代码编辑器</w:t>
      </w:r>
      <w:r>
        <w:rPr>
          <w:rFonts w:ascii="Calibri" w:hAnsi="Calibri" w:eastAsia="Microsoft YaHei"/>
        </w:rPr>
        <w:t>：VS Code、CodeBuddy 或其他编辑器都可以，本文不依赖某一款 AI IDE。</w:t>
      </w:r>
    </w:p>
    <w:p>
      <w:r>
        <w:rPr>
          <w:rFonts w:ascii="Calibri" w:hAnsi="Calibri" w:eastAsia="Microsoft YaHei"/>
        </w:rPr>
        <w:t xml:space="preserve">不需要提前安装 ripgrep，不需要 Git，也不需要管理员权限。运行前请确认浏览器能打开 </w:t>
      </w:r>
      <w:hyperlink r:id="rId13">
        <w:r>
          <w:rPr>
            <w:color w:val="2E74B5"/>
            <w:u w:val="single"/>
          </w:rPr>
          <w:t>ripgrep 14.1.1 官方 Release</w:t>
        </w:r>
      </w:hyperlink>
      <w:r>
        <w:rPr>
          <w:rFonts w:ascii="Calibri" w:hAnsi="Calibri" w:eastAsia="Microsoft YaHei"/>
        </w:rPr>
        <w:t>；公司网络无法访问 GitHub 时，下载步骤会失败，请先遵守公司的网络与软件安装规定。</w:t>
      </w:r>
    </w:p>
    <w:p>
      <w:r>
        <w:rPr>
          <w:rFonts w:ascii="Calibri" w:hAnsi="Calibri" w:eastAsia="Microsoft YaHei"/>
        </w:rPr>
        <w:t>Node.js 请从</w:t>
      </w:r>
      <w:hyperlink r:id="rId14">
        <w:r>
          <w:rPr>
            <w:color w:val="2E74B5"/>
            <w:u w:val="single"/>
          </w:rPr>
          <w:t>官方下载页</w:t>
        </w:r>
      </w:hyperlink>
      <w:r>
        <w:rPr>
          <w:rFonts w:ascii="Calibri" w:hAnsi="Calibri" w:eastAsia="Microsoft YaHei"/>
        </w:rPr>
        <w:t>获取，并选择 LTS 版本。已经能执行下面命令时，不用重装：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node -v</w:t>
        <w:br/>
        <w:t>npm -v</w:t>
        <w:br/>
        <w:t>node -e "console.log(process.platform, process.arch)"</w:t>
      </w:r>
    </w:p>
    <w:p>
      <w:r>
        <w:rPr>
          <w:rFonts w:ascii="Calibri" w:hAnsi="Calibri" w:eastAsia="Microsoft YaHei"/>
        </w:rPr>
        <w:t>你应该看到类似结果：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v22.23.1</w:t>
        <w:br/>
        <w:t>10.9.8</w:t>
        <w:br/>
        <w:t>win32 x64</w:t>
      </w:r>
    </w:p>
    <w:p>
      <w:r>
        <w:rPr>
          <w:rFonts w:ascii="Calibri" w:hAnsi="Calibri" w:eastAsia="Microsoft YaHei"/>
        </w:rPr>
        <w:t xml:space="preserve">版本号可以更新，但最后一行必须是 </w:t>
      </w:r>
      <w:r>
        <w:rPr>
          <w:rFonts w:ascii="Consolas" w:hAnsi="Consolas" w:eastAsia="Microsoft YaHei"/>
          <w:color w:val="1F4D78"/>
          <w:sz w:val="18"/>
        </w:rPr>
        <w:t>win32 x64</w:t>
      </w:r>
      <w:r>
        <w:rPr>
          <w:rFonts w:ascii="Calibri" w:hAnsi="Calibri" w:eastAsia="Microsoft YaHei"/>
        </w:rPr>
        <w:t>。如果是别的平台，请先把本文当作原理教程，不要照抄安装部分。</w:t>
      </w:r>
    </w:p>
    <w:p>
      <w:pPr>
        <w:pStyle w:val="Heading1"/>
      </w:pPr>
      <w:r>
        <w:rPr>
          <w:rFonts w:ascii="Calibri" w:hAnsi="Calibri" w:eastAsia="Microsoft YaHei"/>
        </w:rPr>
        <w:t>3. 创建项目，先把空房间搭好</w:t>
      </w:r>
    </w:p>
    <w:p>
      <w:r>
        <w:rPr>
          <w:rFonts w:ascii="Calibri" w:hAnsi="Calibri" w:eastAsia="Microsoft YaHei"/>
        </w:rPr>
        <w:t>在 PowerShell 中执行：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mkdir my-runtime-manager</w:t>
        <w:br/>
        <w:t>cd my-runtime-manager</w:t>
        <w:br/>
        <w:t>npm init -y</w:t>
        <w:br/>
        <w:t>npm install -D typescript@7.0.2 tsx@4.23.12 @types/node@26.2.0</w:t>
        <w:br/>
        <w:t>mkdir src</w:t>
        <w:br/>
        <w:t>mkdir src\runtime</w:t>
        <w:br/>
        <w:t>mkdir demo</w:t>
      </w:r>
    </w:p>
    <w:p>
      <w:r>
        <w:rPr>
          <w:rFonts w:ascii="Calibri" w:hAnsi="Calibri" w:eastAsia="Microsoft YaHei"/>
        </w:rPr>
        <w:t>再创建这些空文件：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New-Item -ItemType File -Force -Path .\src\index.ts</w:t>
        <w:br/>
        <w:t>New-Item -ItemType File -Force -Path .\src\runtime\detector.ts</w:t>
        <w:br/>
        <w:t>New-Item -ItemType File -Force -Path .\src\runtime\manifest.ts</w:t>
        <w:br/>
        <w:t>New-Item -ItemType File -Force -Path .\src\runtime\downloader.ts</w:t>
        <w:br/>
        <w:t>New-Item -ItemType File -Force -Path .\src\runtime\verifier.ts</w:t>
        <w:br/>
        <w:t>New-Item -ItemType File -Force -Path .\src\runtime\installer.ts</w:t>
        <w:br/>
        <w:t>New-Item -ItemType File -Force -Path .\src\runtime\manager.ts</w:t>
        <w:br/>
        <w:t>New-Item -ItemType File -Force -Path .\demo\mcp-intro.md</w:t>
        <w:br/>
        <w:t>New-Item -ItemType File -Force -Path .\runtime-manifest.json</w:t>
        <w:br/>
        <w:t>New-Item -ItemType File -Force -Path .\tsconfig.json</w:t>
      </w:r>
    </w:p>
    <w:p>
      <w:r>
        <w:rPr>
          <w:rFonts w:ascii="Calibri" w:hAnsi="Calibri" w:eastAsia="Microsoft YaHei"/>
        </w:rPr>
        <w:t>目录应该变成：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my-runtime-manager/</w:t>
        <w:br/>
        <w:t>├─ demo/</w:t>
        <w:br/>
        <w:t>│  └─ mcp-intro.md</w:t>
        <w:br/>
        <w:t>├─ src/</w:t>
        <w:br/>
        <w:t>│  ├─ runtime/</w:t>
        <w:br/>
        <w:t>│  │  ├─ detector.ts</w:t>
        <w:br/>
        <w:t>│  │  ├─ downloader.ts</w:t>
        <w:br/>
        <w:t>│  │  ├─ installer.ts</w:t>
        <w:br/>
        <w:t>│  │  ├─ manager.ts</w:t>
        <w:br/>
        <w:t>│  │  ├─ manifest.ts</w:t>
        <w:br/>
        <w:t>│  │  └─ verifier.ts</w:t>
        <w:br/>
        <w:t>│  └─ index.ts</w:t>
        <w:br/>
        <w:t>├─ package.json</w:t>
        <w:br/>
        <w:t>├─ runtime-manifest.json</w:t>
        <w:br/>
        <w:t>└─ tsconfig.json</w:t>
      </w:r>
    </w:p>
    <w:p>
      <w:r>
        <w:rPr>
          <w:rFonts w:ascii="Calibri" w:hAnsi="Calibri" w:eastAsia="Microsoft YaHei"/>
        </w:rPr>
        <w:t xml:space="preserve">把下面配置写入 </w:t>
      </w:r>
      <w:r>
        <w:rPr>
          <w:rFonts w:ascii="Consolas" w:hAnsi="Consolas" w:eastAsia="Microsoft YaHei"/>
          <w:color w:val="1F4D78"/>
          <w:sz w:val="18"/>
        </w:rPr>
        <w:t>tsconfig.json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JSON</w:t>
        <w:br/>
      </w:r>
      <w:r>
        <w:rPr>
          <w:rFonts w:ascii="Consolas" w:hAnsi="Consolas" w:eastAsia="Microsoft YaHei"/>
          <w:color w:val="252A34"/>
          <w:sz w:val="16"/>
        </w:rPr>
        <w:t>{</w:t>
        <w:br/>
        <w:t xml:space="preserve">  "compilerOptions": {</w:t>
        <w:br/>
        <w:t xml:space="preserve">    "target": "ES2022",</w:t>
        <w:br/>
        <w:t xml:space="preserve">    "module": "NodeNext",</w:t>
        <w:br/>
        <w:t xml:space="preserve">    "moduleResolution": "NodeNext",</w:t>
        <w:br/>
        <w:t xml:space="preserve">    "strict": true,</w:t>
        <w:br/>
        <w:t xml:space="preserve">    "types": ["node"],</w:t>
        <w:br/>
        <w:t xml:space="preserve">    "skipLibCheck": true,</w:t>
        <w:br/>
        <w:t xml:space="preserve">    "noEmit": true</w:t>
        <w:br/>
        <w:t xml:space="preserve">  },</w:t>
        <w:br/>
        <w:t xml:space="preserve">  "include": ["src/**/*.ts"]</w:t>
        <w:br/>
        <w:t>}</w:t>
      </w:r>
    </w:p>
    <w:p>
      <w:r>
        <w:rPr>
          <w:rFonts w:ascii="Calibri" w:hAnsi="Calibri" w:eastAsia="Microsoft YaHei"/>
        </w:rPr>
        <w:t xml:space="preserve">测试文件 </w:t>
      </w:r>
      <w:r>
        <w:rPr>
          <w:rFonts w:ascii="Consolas" w:hAnsi="Consolas" w:eastAsia="Microsoft YaHei"/>
          <w:color w:val="1F4D78"/>
          <w:sz w:val="18"/>
        </w:rPr>
        <w:t>demo/mcp-intro.md</w:t>
      </w:r>
      <w:r>
        <w:rPr>
          <w:rFonts w:ascii="Calibri" w:hAnsi="Calibri" w:eastAsia="Microsoft YaHei"/>
        </w:rPr>
        <w:t xml:space="preserve"> 写入：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MARKDOWN</w:t>
        <w:br/>
      </w:r>
      <w:r>
        <w:rPr>
          <w:rFonts w:ascii="Consolas" w:hAnsi="Consolas" w:eastAsia="Microsoft YaHei"/>
          <w:color w:val="252A34"/>
          <w:sz w:val="16"/>
        </w:rPr>
        <w:t># MCP 学习笔记</w:t>
        <w:br/>
        <w:br/>
        <w:t>MCP 可以让 AI 应用发现并调用外部工具。</w:t>
        <w:br/>
        <w:br/>
        <w:t>这个项目会实现一个 search_workspace Tool，用来搜索工作区里的文本。</w:t>
        <w:br/>
        <w:br/>
        <w:t>后面我们还会搜索 registerTool 这个关键词。</w:t>
      </w:r>
    </w:p>
    <w:p>
      <w:r>
        <w:rPr>
          <w:rFonts w:ascii="Calibri" w:hAnsi="Calibri" w:eastAsia="Microsoft YaHei"/>
          <w:b/>
        </w:rPr>
        <w:t>到这里的成功标志：</w:t>
      </w:r>
      <w:r>
        <w:rPr>
          <w:rFonts w:ascii="Calibri" w:hAnsi="Calibri" w:eastAsia="Microsoft YaHei"/>
        </w:rPr>
        <w:t xml:space="preserve"> 文件结构齐全，</w:t>
      </w:r>
      <w:r>
        <w:rPr>
          <w:rFonts w:ascii="Consolas" w:hAnsi="Consolas" w:eastAsia="Microsoft YaHei"/>
          <w:color w:val="1F4D78"/>
          <w:sz w:val="18"/>
        </w:rPr>
        <w:t>node_modules</w:t>
      </w:r>
      <w:r>
        <w:rPr>
          <w:rFonts w:ascii="Calibri" w:hAnsi="Calibri" w:eastAsia="Microsoft YaHei"/>
        </w:rPr>
        <w:t xml:space="preserve"> 已出现，安装命令没有以红色错误结束。</w:t>
      </w:r>
    </w:p>
    <w:p>
      <w:pPr>
        <w:pStyle w:val="Heading1"/>
      </w:pPr>
      <w:r>
        <w:rPr>
          <w:rFonts w:ascii="Calibri" w:hAnsi="Calibri" w:eastAsia="Microsoft YaHei"/>
        </w:rPr>
        <w:t>4. 先写一个注定失败的搜索 Tool</w:t>
      </w:r>
    </w:p>
    <w:p>
      <w:r>
        <w:rPr>
          <w:rFonts w:ascii="Calibri" w:hAnsi="Calibri" w:eastAsia="Microsoft YaHei"/>
        </w:rPr>
        <w:t xml:space="preserve">ripgrep 是一个速度很快的文本搜索命令，真正执行时使用 </w:t>
      </w:r>
      <w:r>
        <w:rPr>
          <w:rFonts w:ascii="Consolas" w:hAnsi="Consolas" w:eastAsia="Microsoft YaHei"/>
          <w:color w:val="1F4D78"/>
          <w:sz w:val="18"/>
        </w:rPr>
        <w:t>rg</w:t>
      </w:r>
      <w:r>
        <w:rPr>
          <w:rFonts w:ascii="Calibri" w:hAnsi="Calibri" w:eastAsia="Microsoft YaHei"/>
        </w:rPr>
        <w:t>。先问问电脑有没有它：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rg --version</w:t>
      </w:r>
    </w:p>
    <w:p>
      <w:r>
        <w:rPr>
          <w:rFonts w:ascii="Calibri" w:hAnsi="Calibri" w:eastAsia="Microsoft YaHei"/>
        </w:rPr>
        <w:t>如果 PowerShell 报“无法将 rg 识别为 cmdlet”，正好符合实验条件：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547077"/>
            <wp:docPr id="2" name="Picture 2" descr="PowerShell 无法识别 rg，说明系统当前没有可直接调用的 ripgre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missing-rg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5470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PowerShell 无法识别 rg，说明系统当前没有可直接调用的 ripgrep</w:t>
      </w:r>
    </w:p>
    <w:p>
      <w:r>
        <w:rPr>
          <w:rFonts w:ascii="Calibri" w:hAnsi="Calibri" w:eastAsia="Microsoft YaHei"/>
        </w:rPr>
        <w:t>如果你的电脑已经能返回版本号，不要卸载。后面我们会用一个只影响当前终端的开关，仍然可以体验托管版本。</w:t>
      </w:r>
    </w:p>
    <w:p>
      <w:r>
        <w:rPr>
          <w:rFonts w:ascii="Calibri" w:hAnsi="Calibri" w:eastAsia="Microsoft YaHei"/>
        </w:rPr>
        <w:t xml:space="preserve">先把 </w:t>
      </w:r>
      <w:r>
        <w:rPr>
          <w:rFonts w:ascii="Consolas" w:hAnsi="Consolas" w:eastAsia="Microsoft YaHei"/>
          <w:color w:val="1F4D78"/>
          <w:sz w:val="18"/>
        </w:rPr>
        <w:t>src/index.ts</w:t>
      </w:r>
      <w:r>
        <w:rPr>
          <w:rFonts w:ascii="Calibri" w:hAnsi="Calibri" w:eastAsia="Microsoft YaHei"/>
        </w:rPr>
        <w:t xml:space="preserve"> 写成最原始的版本：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spawn } from "node:child_process";</w:t>
        <w:br/>
        <w:br/>
        <w:t>function searchWorkspace(query: string): void {</w:t>
        <w:br/>
        <w:t xml:space="preserve">  console.log(`[Tool] 正在搜索：${query}`);</w:t>
        <w:br/>
        <w:br/>
        <w:t xml:space="preserve">  const child = spawn(</w:t>
        <w:br/>
        <w:t xml:space="preserve">    "rg",</w:t>
        <w:br/>
        <w:t xml:space="preserve">    [</w:t>
        <w:br/>
        <w:t xml:space="preserve">      "--line-number",</w:t>
        <w:br/>
        <w:t xml:space="preserve">      "--no-heading",</w:t>
        <w:br/>
        <w:t xml:space="preserve">      query,</w:t>
        <w:br/>
        <w:t xml:space="preserve">      "./demo",</w:t>
        <w:br/>
        <w:t xml:space="preserve">    ],</w:t>
        <w:br/>
        <w:t xml:space="preserve">    {</w:t>
        <w:br/>
        <w:t xml:space="preserve">      stdio: "inherit",</w:t>
        <w:br/>
        <w:t xml:space="preserve">    },</w:t>
        <w:br/>
        <w:t xml:space="preserve">  );</w:t>
        <w:br/>
        <w:br/>
        <w:t xml:space="preserve">  child.on("error", (error) =&gt; {</w:t>
        <w:br/>
        <w:t xml:space="preserve">    console.error("[Tool] 无法启动 ripgrep");</w:t>
        <w:br/>
        <w:t xml:space="preserve">    console.error(error);</w:t>
        <w:br/>
        <w:t xml:space="preserve">  });</w:t>
        <w:br/>
        <w:t>}</w:t>
        <w:br/>
        <w:br/>
        <w:t>searchWorkspace("MCP");</w:t>
      </w:r>
    </w:p>
    <w:p>
      <w:r>
        <w:rPr>
          <w:rFonts w:ascii="Calibri" w:hAnsi="Calibri" w:eastAsia="Microsoft YaHei"/>
        </w:rPr>
        <w:t>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tsx src/index.ts</w:t>
      </w:r>
    </w:p>
    <w:p>
      <w:r>
        <w:rPr>
          <w:rFonts w:ascii="Calibri" w:hAnsi="Calibri" w:eastAsia="Microsoft YaHei"/>
        </w:rPr>
        <w:t xml:space="preserve">系统没有 </w:t>
      </w:r>
      <w:r>
        <w:rPr>
          <w:rFonts w:ascii="Consolas" w:hAnsi="Consolas" w:eastAsia="Microsoft YaHei"/>
          <w:color w:val="1F4D78"/>
          <w:sz w:val="18"/>
        </w:rPr>
        <w:t>rg</w:t>
      </w:r>
      <w:r>
        <w:rPr>
          <w:rFonts w:ascii="Calibri" w:hAnsi="Calibri" w:eastAsia="Microsoft YaHei"/>
        </w:rPr>
        <w:t xml:space="preserve"> 时，会得到 </w:t>
      </w:r>
      <w:r>
        <w:rPr>
          <w:rFonts w:ascii="Consolas" w:hAnsi="Consolas" w:eastAsia="Microsoft YaHei"/>
          <w:color w:val="1F4D78"/>
          <w:sz w:val="18"/>
        </w:rPr>
        <w:t>spawn rg ENOENT</w:t>
      </w:r>
      <w:r>
        <w:rPr>
          <w:rFonts w:ascii="Calibri" w:hAnsi="Calibri" w:eastAsia="Microsoft YaHei"/>
        </w:rPr>
        <w:t>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028595"/>
            <wp:docPr id="3" name="Picture 3" descr="最初的 search_workspace 直接 spawn rg，最终得到 ENOEN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tool-enoen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0285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最初的 search_workspace 直接 spawn rg，最终得到 ENOENT</w:t>
      </w:r>
    </w:p>
    <w:p>
      <w:r>
        <w:rPr>
          <w:rFonts w:ascii="Calibri" w:hAnsi="Calibri" w:eastAsia="Microsoft YaHei"/>
        </w:rPr>
        <w:t>代码知道要搜索，但真正的执行能力并不存在。这就是本篇的起点：</w:t>
      </w:r>
      <w:r>
        <w:rPr>
          <w:rFonts w:ascii="Calibri" w:hAnsi="Calibri" w:eastAsia="Microsoft YaHei"/>
          <w:b/>
        </w:rPr>
        <w:t>有 Tool，不等于 Tool 运行得起来。</w:t>
      </w:r>
    </w:p>
    <w:p>
      <w:pPr>
        <w:pStyle w:val="Heading1"/>
      </w:pPr>
      <w:r>
        <w:rPr>
          <w:rFonts w:ascii="Calibri" w:hAnsi="Calibri" w:eastAsia="Microsoft YaHei"/>
        </w:rPr>
        <w:t>5. 第一次升级：让 Tool 声明“我需要什么”</w:t>
      </w:r>
    </w:p>
    <w:p>
      <w:r>
        <w:rPr>
          <w:rFonts w:ascii="Calibri" w:hAnsi="Calibri" w:eastAsia="Microsoft YaHei"/>
        </w:rPr>
        <w:t xml:space="preserve">最省事的写法，是直接把下载逻辑塞进 </w:t>
      </w:r>
      <w:r>
        <w:rPr>
          <w:rFonts w:ascii="Consolas" w:hAnsi="Consolas" w:eastAsia="Microsoft YaHei"/>
          <w:color w:val="1F4D78"/>
          <w:sz w:val="18"/>
        </w:rPr>
        <w:t>searchWorkspace()</w:t>
      </w:r>
      <w:r>
        <w:rPr>
          <w:rFonts w:ascii="Calibri" w:hAnsi="Calibri" w:eastAsia="Microsoft YaHei"/>
        </w:rPr>
        <w:t>。但下一个 Tool 需要 Python，再下一个需要 FFmpeg 时，每个 Tool 都会长出一套安装器，场面很快从“自动化”滑向“自动添乱”。</w:t>
      </w:r>
    </w:p>
    <w:p>
      <w:r>
        <w:rPr>
          <w:rFonts w:ascii="Calibri" w:hAnsi="Calibri" w:eastAsia="Microsoft YaHei"/>
        </w:rPr>
        <w:t>更合适的做法，是让 Tool 只声明要求：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type RuntimeRequirement = {</w:t>
        <w:br/>
        <w:t xml:space="preserve">  type: string;</w:t>
        <w:br/>
        <w:t xml:space="preserve">  version: string;</w:t>
        <w:br/>
        <w:t>};</w:t>
        <w:br/>
        <w:br/>
        <w:t>const searchWorkspaceTool = {</w:t>
        <w:br/>
        <w:t xml:space="preserve">  name: "search_workspace",</w:t>
        <w:br/>
        <w:t xml:space="preserve">  runtime: {</w:t>
        <w:br/>
        <w:t xml:space="preserve">    type: "ripgrep",</w:t>
        <w:br/>
        <w:t xml:space="preserve">    version: "&gt;=14",</w:t>
        <w:br/>
        <w:t xml:space="preserve">  } satisfies RuntimeRequirement,</w:t>
        <w:br/>
        <w:t>};</w:t>
      </w:r>
    </w:p>
    <w:p>
      <w:r>
        <w:rPr>
          <w:rFonts w:ascii="Consolas" w:hAnsi="Consolas" w:eastAsia="Microsoft YaHei"/>
          <w:color w:val="1F4D78"/>
          <w:sz w:val="18"/>
        </w:rPr>
        <w:t>ripgrep &gt;=14</w:t>
      </w:r>
      <w:r>
        <w:rPr>
          <w:rFonts w:ascii="Calibri" w:hAnsi="Calibri" w:eastAsia="Microsoft YaHei"/>
        </w:rPr>
        <w:t xml:space="preserve"> 只是“需求”，还不是下载地址。接下来，我们会依次回答三件事：本机有没有、应该下载哪个、下载后怎么放心执行。</w:t>
      </w:r>
    </w:p>
    <w:p>
      <w:pPr>
        <w:pStyle w:val="Heading1"/>
      </w:pPr>
      <w:r>
        <w:rPr>
          <w:rFonts w:ascii="Calibri" w:hAnsi="Calibri" w:eastAsia="Microsoft YaHei"/>
        </w:rPr>
        <w:t>6. Detector：先找系统，再找自己的托管目录</w:t>
      </w:r>
    </w:p>
    <w:p>
      <w:r>
        <w:rPr>
          <w:rFonts w:ascii="Calibri" w:hAnsi="Calibri" w:eastAsia="Microsoft YaHei"/>
        </w:rPr>
        <w:t xml:space="preserve">把下面代码写入 </w:t>
      </w:r>
      <w:r>
        <w:rPr>
          <w:rFonts w:ascii="Consolas" w:hAnsi="Consolas" w:eastAsia="Microsoft YaHei"/>
          <w:color w:val="1F4D78"/>
          <w:sz w:val="18"/>
        </w:rPr>
        <w:t>src/runtime/detector.ts</w:t>
      </w:r>
      <w:r>
        <w:rPr>
          <w:rFonts w:ascii="Calibri" w:hAnsi="Calibri" w:eastAsia="Microsoft YaHei"/>
        </w:rPr>
        <w:t>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spawnSync } from "node:child_process";</w:t>
        <w:br/>
        <w:t>import { existsSync } from "node:fs";</w:t>
        <w:br/>
        <w:t>import { resolve } from "node:path";</w:t>
        <w:br/>
        <w:br/>
        <w:t>export function detectSystemBinary(command: string): string | null {</w:t>
        <w:br/>
        <w:t xml:space="preserve">  const locator = process.platform === "win32"</w:t>
        <w:br/>
        <w:t xml:space="preserve">    ? "where.exe"</w:t>
        <w:br/>
        <w:t xml:space="preserve">    : "which";</w:t>
        <w:br/>
        <w:br/>
        <w:t xml:space="preserve">  const result = spawnSync(</w:t>
        <w:br/>
        <w:t xml:space="preserve">    locator,</w:t>
        <w:br/>
        <w:t xml:space="preserve">    [command],</w:t>
        <w:br/>
        <w:t xml:space="preserve">    {</w:t>
        <w:br/>
        <w:t xml:space="preserve">      encoding: "utf8",</w:t>
        <w:br/>
        <w:t xml:space="preserve">      windowsHide: true,</w:t>
        <w:br/>
        <w:t xml:space="preserve">    },</w:t>
        <w:br/>
        <w:t xml:space="preserve">  );</w:t>
        <w:br/>
        <w:br/>
        <w:t xml:space="preserve">  if (result.status !== 0) {</w:t>
        <w:br/>
        <w:t xml:space="preserve">    return null;</w:t>
        <w:br/>
        <w:t xml:space="preserve">  }</w:t>
        <w:br/>
        <w:br/>
        <w:t xml:space="preserve">  const firstPath = result.stdout</w:t>
        <w:br/>
        <w:t xml:space="preserve">    .trim()</w:t>
        <w:br/>
        <w:t xml:space="preserve">    .split(/\r?\n/)[0];</w:t>
        <w:br/>
        <w:br/>
        <w:t xml:space="preserve">  return firstPath || null;</w:t>
        <w:br/>
        <w:t>}</w:t>
        <w:br/>
        <w:br/>
        <w:t>export function readRipgrepVersion(</w:t>
        <w:br/>
        <w:t xml:space="preserve">  binaryPath: string,</w:t>
        <w:br/>
        <w:t>): string | null {</w:t>
        <w:br/>
        <w:t xml:space="preserve">  const result = spawnSync(</w:t>
        <w:br/>
        <w:t xml:space="preserve">    binaryPath,</w:t>
        <w:br/>
        <w:t xml:space="preserve">    ["--version"],</w:t>
        <w:br/>
        <w:t xml:space="preserve">    {</w:t>
        <w:br/>
        <w:t xml:space="preserve">      encoding: "utf8",</w:t>
        <w:br/>
        <w:t xml:space="preserve">      windowsHide: true,</w:t>
        <w:br/>
        <w:t xml:space="preserve">    },</w:t>
        <w:br/>
        <w:t xml:space="preserve">  );</w:t>
        <w:br/>
        <w:br/>
        <w:t xml:space="preserve">  if (result.status !== 0) {</w:t>
        <w:br/>
        <w:t xml:space="preserve">    return null;</w:t>
        <w:br/>
        <w:t xml:space="preserve">  }</w:t>
        <w:br/>
        <w:br/>
        <w:t xml:space="preserve">  const match = result.stdout.match(</w:t>
        <w:br/>
        <w:t xml:space="preserve">    /^ripgrep\s+(\d+\.\d+\.\d+)/m,</w:t>
        <w:br/>
        <w:t xml:space="preserve">  );</w:t>
        <w:br/>
        <w:br/>
        <w:t xml:space="preserve">  return match?.[1] ?? null;</w:t>
        <w:br/>
        <w:t>}</w:t>
        <w:br/>
        <w:br/>
        <w:t>export function detectManagedBinary(</w:t>
        <w:br/>
        <w:t xml:space="preserve">  version: string,</w:t>
        <w:br/>
        <w:t>): string | null {</w:t>
        <w:br/>
        <w:t xml:space="preserve">  const executable =</w:t>
        <w:br/>
        <w:t xml:space="preserve">    process.platform === "win32"</w:t>
        <w:br/>
        <w:t xml:space="preserve">      ? "rg.exe"</w:t>
        <w:br/>
        <w:t xml:space="preserve">      : "rg";</w:t>
        <w:br/>
        <w:br/>
        <w:t xml:space="preserve">  const binaryPath = resolve(</w:t>
        <w:br/>
        <w:t xml:space="preserve">    ".runtime",</w:t>
        <w:br/>
        <w:t xml:space="preserve">    "ripgrep",</w:t>
        <w:br/>
        <w:t xml:space="preserve">    "versions",</w:t>
        <w:br/>
        <w:t xml:space="preserve">    version,</w:t>
        <w:br/>
        <w:t xml:space="preserve">    executable,</w:t>
        <w:br/>
        <w:t xml:space="preserve">  );</w:t>
        <w:br/>
        <w:br/>
        <w:t xml:space="preserve">  if (!existsSync(binaryPath)) {</w:t>
        <w:br/>
        <w:t xml:space="preserve">    return null;</w:t>
        <w:br/>
        <w:t xml:space="preserve">  }</w:t>
        <w:br/>
        <w:br/>
        <w:t xml:space="preserve">  return binaryPath;</w:t>
        <w:br/>
        <w:t>}</w:t>
      </w:r>
    </w:p>
    <w:p>
      <w:r>
        <w:rPr>
          <w:rFonts w:ascii="Calibri" w:hAnsi="Calibri" w:eastAsia="Microsoft YaHei"/>
        </w:rPr>
        <w:t>这里有两种 Binary：</w:t>
      </w:r>
    </w:p>
    <w:p>
      <w:pPr>
        <w:pStyle w:val="ListBullet"/>
      </w:pPr>
      <w:r>
        <w:rPr>
          <w:rFonts w:ascii="Calibri" w:hAnsi="Calibri" w:eastAsia="Microsoft YaHei"/>
          <w:b/>
        </w:rPr>
        <w:t>System Binary</w:t>
      </w:r>
      <w:r>
        <w:rPr>
          <w:rFonts w:ascii="Calibri" w:hAnsi="Calibri" w:eastAsia="Microsoft YaHei"/>
        </w:rPr>
        <w:t>：用户自己已经安装，能被系统 PATH 找到；</w:t>
      </w:r>
    </w:p>
    <w:p>
      <w:pPr>
        <w:pStyle w:val="ListBullet"/>
      </w:pPr>
      <w:r>
        <w:rPr>
          <w:rFonts w:ascii="Calibri" w:hAnsi="Calibri" w:eastAsia="Microsoft YaHei"/>
          <w:b/>
        </w:rPr>
        <w:t>Managed Binary</w:t>
      </w:r>
      <w:r>
        <w:rPr>
          <w:rFonts w:ascii="Calibri" w:hAnsi="Calibri" w:eastAsia="Microsoft YaHei"/>
        </w:rPr>
        <w:t xml:space="preserve">：只放在当前项目的 </w:t>
      </w:r>
      <w:r>
        <w:rPr>
          <w:rFonts w:ascii="Consolas" w:hAnsi="Consolas" w:eastAsia="Microsoft YaHei"/>
          <w:color w:val="1F4D78"/>
          <w:sz w:val="18"/>
        </w:rPr>
        <w:t>.runtime/</w:t>
      </w:r>
      <w:r>
        <w:rPr>
          <w:rFonts w:ascii="Calibri" w:hAnsi="Calibri" w:eastAsia="Microsoft YaHei"/>
        </w:rPr>
        <w:t>，由我们的代码管理。</w:t>
      </w:r>
    </w:p>
    <w:p>
      <w:r>
        <w:rPr>
          <w:rFonts w:ascii="Calibri" w:hAnsi="Calibri" w:eastAsia="Microsoft YaHei"/>
        </w:rPr>
        <w:t>找到 System Binary 后，</w:t>
      </w:r>
      <w:r>
        <w:rPr>
          <w:rFonts w:ascii="Consolas" w:hAnsi="Consolas" w:eastAsia="Microsoft YaHei"/>
          <w:color w:val="1F4D78"/>
          <w:sz w:val="18"/>
        </w:rPr>
        <w:t>readRipgrepVersion()</w:t>
      </w:r>
      <w:r>
        <w:rPr>
          <w:rFonts w:ascii="Calibri" w:hAnsi="Calibri" w:eastAsia="Microsoft YaHei"/>
        </w:rPr>
        <w:t xml:space="preserve"> 还会执行一次 </w:t>
      </w:r>
      <w:r>
        <w:rPr>
          <w:rFonts w:ascii="Consolas" w:hAnsi="Consolas" w:eastAsia="Microsoft YaHei"/>
          <w:color w:val="1F4D78"/>
          <w:sz w:val="18"/>
        </w:rPr>
        <w:t>rg --version</w:t>
      </w:r>
      <w:r>
        <w:rPr>
          <w:rFonts w:ascii="Calibri" w:hAnsi="Calibri" w:eastAsia="Microsoft YaHei"/>
        </w:rPr>
        <w:t>。只有版本满足 Tool 的要求，Manager 才会使用它；否则继续准备托管版本。</w:t>
      </w:r>
    </w:p>
    <w:p>
      <w:r>
        <w:rPr>
          <w:rFonts w:ascii="Calibri" w:hAnsi="Calibri" w:eastAsia="Microsoft YaHei"/>
        </w:rPr>
        <w:t>检测顺序先尊重符合要求的系统版本，再看自己是否准备过。两处都没有时，日志会清楚停在这里：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28113"/>
            <wp:docPr id="4" name="Picture 4" descr="Detector 先检查系统，再检查项目托管目录，两处都没有时明确停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system-managed-missing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281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Detector 先检查系统，再检查项目托管目录，两处都没有时明确停止</w:t>
      </w:r>
    </w:p>
    <w:p>
      <w:r>
        <w:rPr>
          <w:rFonts w:ascii="Calibri" w:hAnsi="Calibri" w:eastAsia="Microsoft YaHei"/>
        </w:rPr>
        <w:t>这一步还没有解决缺失问题，但已经把“直到 spawn 才突然爆炸”变成“执行前知道少了哪一层”。</w:t>
      </w:r>
    </w:p>
    <w:p>
      <w:pPr>
        <w:pStyle w:val="Heading1"/>
      </w:pPr>
      <w:r>
        <w:rPr>
          <w:rFonts w:ascii="Calibri" w:hAnsi="Calibri" w:eastAsia="Microsoft YaHei"/>
        </w:rPr>
        <w:t>7. Manifest：把模糊要求变成具体下载文件</w:t>
      </w:r>
    </w:p>
    <w:p>
      <w:r>
        <w:rPr>
          <w:rFonts w:ascii="Calibri" w:hAnsi="Calibri" w:eastAsia="Microsoft YaHei"/>
        </w:rPr>
        <w:t xml:space="preserve">Tool 只说 </w:t>
      </w:r>
      <w:r>
        <w:rPr>
          <w:rFonts w:ascii="Consolas" w:hAnsi="Consolas" w:eastAsia="Microsoft YaHei"/>
          <w:color w:val="1F4D78"/>
          <w:sz w:val="18"/>
        </w:rPr>
        <w:t>&gt;=14</w:t>
      </w:r>
      <w:r>
        <w:rPr>
          <w:rFonts w:ascii="Calibri" w:hAnsi="Calibri" w:eastAsia="Microsoft YaHei"/>
        </w:rPr>
        <w:t xml:space="preserve">，下载器却必须知道版本、操作系统、CPU 架构、URL 和校验值。把这些确定事实放进 </w:t>
      </w:r>
      <w:r>
        <w:rPr>
          <w:rFonts w:ascii="Consolas" w:hAnsi="Consolas" w:eastAsia="Microsoft YaHei"/>
          <w:color w:val="1F4D78"/>
          <w:sz w:val="18"/>
        </w:rPr>
        <w:t>runtime-manifest.json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JSON</w:t>
        <w:br/>
      </w:r>
      <w:r>
        <w:rPr>
          <w:rFonts w:ascii="Consolas" w:hAnsi="Consolas" w:eastAsia="Microsoft YaHei"/>
          <w:color w:val="252A34"/>
          <w:sz w:val="16"/>
        </w:rPr>
        <w:t>{</w:t>
        <w:br/>
        <w:t xml:space="preserve">  "ripgrep": {</w:t>
        <w:br/>
        <w:t xml:space="preserve">    "14.1.1": {</w:t>
        <w:br/>
        <w:t xml:space="preserve">      "win32-x64": {</w:t>
        <w:br/>
        <w:t xml:space="preserve">        "asset": "ripgrep-14.1.1-x86_64-pc-windows-msvc.zip",</w:t>
        <w:br/>
        <w:t xml:space="preserve">        "url": "https://github.com/BurntSushi/ripgrep/releases/download/14.1.1/ripgrep-14.1.1-x86_64-pc-windows-msvc.zip",</w:t>
        <w:br/>
        <w:t xml:space="preserve">        "sha256": "d0f534024c42afd6cb4d38907c25cd2b249b79bbe6cc1dbee8e3e37c2b6e25a1"</w:t>
        <w:br/>
        <w:t xml:space="preserve">      }</w:t>
        <w:br/>
        <w:t xml:space="preserve">    }</w:t>
        <w:br/>
        <w:t xml:space="preserve">  }</w:t>
        <w:br/>
        <w:t>}</w:t>
      </w:r>
    </w:p>
    <w:p>
      <w:r>
        <w:rPr>
          <w:rFonts w:ascii="Calibri" w:hAnsi="Calibri" w:eastAsia="Microsoft YaHei"/>
        </w:rPr>
        <w:t>这个 URL 指向 ripgrep 官方 GitHub Release。SHA256 已在 2026-08-21 的真实下载文件上复验通过。</w:t>
      </w:r>
    </w:p>
    <w:p>
      <w:r>
        <w:rPr>
          <w:rFonts w:ascii="Calibri" w:hAnsi="Calibri" w:eastAsia="Microsoft YaHei"/>
        </w:rPr>
        <w:t xml:space="preserve">再把解析逻辑写入 </w:t>
      </w:r>
      <w:r>
        <w:rPr>
          <w:rFonts w:ascii="Consolas" w:hAnsi="Consolas" w:eastAsia="Microsoft YaHei"/>
          <w:color w:val="1F4D78"/>
          <w:sz w:val="18"/>
        </w:rPr>
        <w:t>src/runtime/manifest.ts</w:t>
      </w:r>
      <w:r>
        <w:rPr>
          <w:rFonts w:ascii="Calibri" w:hAnsi="Calibri" w:eastAsia="Microsoft YaHei"/>
        </w:rPr>
        <w:t>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readFileSync } from "node:fs";</w:t>
        <w:br/>
        <w:t>import { resolve } from "node:path";</w:t>
        <w:br/>
        <w:br/>
        <w:t>type Artifact = {</w:t>
        <w:br/>
        <w:t xml:space="preserve">  asset: string;</w:t>
        <w:br/>
        <w:t xml:space="preserve">  url: string;</w:t>
        <w:br/>
        <w:t xml:space="preserve">  sha256: string;</w:t>
        <w:br/>
        <w:t>};</w:t>
        <w:br/>
        <w:br/>
        <w:t>type RuntimeManifest = Record&lt;</w:t>
        <w:br/>
        <w:t xml:space="preserve">  string,</w:t>
        <w:br/>
        <w:t xml:space="preserve">  Record&lt;string, Record&lt;string, Artifact&gt;&gt;</w:t>
        <w:br/>
        <w:t>&gt;;</w:t>
        <w:br/>
        <w:br/>
        <w:t>export type ResolvedArtifact = Artifact &amp; {</w:t>
        <w:br/>
        <w:t xml:space="preserve">  version: string;</w:t>
        <w:br/>
        <w:t xml:space="preserve">  platformKey: string;</w:t>
        <w:br/>
        <w:t>};</w:t>
        <w:br/>
        <w:br/>
        <w:t>export function satisfiesRequirement(</w:t>
        <w:br/>
        <w:t xml:space="preserve">  version: string,</w:t>
        <w:br/>
        <w:t xml:space="preserve">  requirement: string,</w:t>
        <w:br/>
        <w:t>): boolean {</w:t>
        <w:br/>
        <w:t xml:space="preserve">  const match = requirement.match(/^&gt;=(\d+)$/);</w:t>
        <w:br/>
        <w:br/>
        <w:t xml:space="preserve">  if (!match) {</w:t>
        <w:br/>
        <w:t xml:space="preserve">    throw new Error(</w:t>
        <w:br/>
        <w:t xml:space="preserve">      `Demo 暂时只支持形如 &gt;=14 的版本要求：${requirement}`,</w:t>
        <w:br/>
        <w:t xml:space="preserve">    );</w:t>
        <w:br/>
        <w:t xml:space="preserve">  }</w:t>
        <w:br/>
        <w:br/>
        <w:t xml:space="preserve">  const requiredMajor = Number(match[1]);</w:t>
        <w:br/>
        <w:t xml:space="preserve">  const actualMajor = Number(</w:t>
        <w:br/>
        <w:t xml:space="preserve">    version.split(".")[0],</w:t>
        <w:br/>
        <w:t xml:space="preserve">  );</w:t>
        <w:br/>
        <w:br/>
        <w:t xml:space="preserve">  return actualMajor &gt;= requiredMajor;</w:t>
        <w:br/>
        <w:t>}</w:t>
        <w:br/>
        <w:br/>
        <w:t>export function resolveArtifact(</w:t>
        <w:br/>
        <w:t xml:space="preserve">  runtimeType: string,</w:t>
        <w:br/>
        <w:t xml:space="preserve">  requirement: string,</w:t>
        <w:br/>
        <w:t>): ResolvedArtifact {</w:t>
        <w:br/>
        <w:t xml:space="preserve">  const manifestPath = resolve(</w:t>
        <w:br/>
        <w:t xml:space="preserve">    "runtime-manifest.json",</w:t>
        <w:br/>
        <w:t xml:space="preserve">  );</w:t>
        <w:br/>
        <w:br/>
        <w:t xml:space="preserve">  const manifest = JSON.parse(</w:t>
        <w:br/>
        <w:t xml:space="preserve">    readFileSync(manifestPath, "utf8"),</w:t>
        <w:br/>
        <w:t xml:space="preserve">  ) as RuntimeManifest;</w:t>
        <w:br/>
        <w:br/>
        <w:t xml:space="preserve">  const runtime = manifest[runtimeType];</w:t>
        <w:br/>
        <w:br/>
        <w:t xml:space="preserve">  if (!runtime) {</w:t>
        <w:br/>
        <w:t xml:space="preserve">    throw new Error(</w:t>
        <w:br/>
        <w:t xml:space="preserve">      `Manifest 中没有 Runtime：${runtimeType}`,</w:t>
        <w:br/>
        <w:t xml:space="preserve">    );</w:t>
        <w:br/>
        <w:t xml:space="preserve">  }</w:t>
        <w:br/>
        <w:br/>
        <w:t xml:space="preserve">  const versions = Object.keys(runtime)</w:t>
        <w:br/>
        <w:t xml:space="preserve">    .filter((version) =&gt;</w:t>
        <w:br/>
        <w:t xml:space="preserve">      satisfiesRequirement(version, requirement),</w:t>
        <w:br/>
        <w:t xml:space="preserve">    )</w:t>
        <w:br/>
        <w:t xml:space="preserve">    .sort((a, b) =&gt;</w:t>
        <w:br/>
        <w:t xml:space="preserve">      b.localeCompare(a, undefined, { numeric: true }),</w:t>
        <w:br/>
        <w:t xml:space="preserve">    );</w:t>
        <w:br/>
        <w:br/>
        <w:t xml:space="preserve">  const version = versions[0];</w:t>
        <w:br/>
        <w:br/>
        <w:t xml:space="preserve">  if (!version) {</w:t>
        <w:br/>
        <w:t xml:space="preserve">    throw new Error(</w:t>
        <w:br/>
        <w:t xml:space="preserve">      `没有版本满足要求：${runtimeType} ${requirement}`,</w:t>
        <w:br/>
        <w:t xml:space="preserve">    );</w:t>
        <w:br/>
        <w:t xml:space="preserve">  }</w:t>
        <w:br/>
        <w:br/>
        <w:t xml:space="preserve">  const platformKey =</w:t>
        <w:br/>
        <w:t xml:space="preserve">    `${process.platform}-${process.arch}`;</w:t>
        <w:br/>
        <w:br/>
        <w:t xml:space="preserve">  const artifact =</w:t>
        <w:br/>
        <w:t xml:space="preserve">    runtime[version][platformKey];</w:t>
        <w:br/>
        <w:br/>
        <w:t xml:space="preserve">  if (!artifact) {</w:t>
        <w:br/>
        <w:t xml:space="preserve">    throw new Error(</w:t>
        <w:br/>
        <w:t xml:space="preserve">      `当前平台没有可用 Artifact：${platformKey}`,</w:t>
        <w:br/>
        <w:t xml:space="preserve">    );</w:t>
        <w:br/>
        <w:t xml:space="preserve">  }</w:t>
        <w:br/>
        <w:br/>
        <w:t xml:space="preserve">  return {</w:t>
        <w:br/>
        <w:t xml:space="preserve">    version,</w:t>
        <w:br/>
        <w:t xml:space="preserve">    platformKey,</w:t>
        <w:br/>
        <w:t xml:space="preserve">    ...artifact,</w:t>
        <w:br/>
        <w:t xml:space="preserve">  };</w:t>
        <w:br/>
        <w:t>}</w:t>
      </w:r>
    </w:p>
    <w:p>
      <w:r>
        <w:rPr>
          <w:rFonts w:ascii="Calibri" w:hAnsi="Calibri" w:eastAsia="Microsoft YaHei"/>
        </w:rPr>
        <w:t xml:space="preserve">这份 Demo 的版本判断故意很小，只支持 </w:t>
      </w:r>
      <w:r>
        <w:rPr>
          <w:rFonts w:ascii="Consolas" w:hAnsi="Consolas" w:eastAsia="Microsoft YaHei"/>
          <w:color w:val="1F4D78"/>
          <w:sz w:val="18"/>
        </w:rPr>
        <w:t>&gt;=数字</w:t>
      </w:r>
      <w:r>
        <w:rPr>
          <w:rFonts w:ascii="Calibri" w:hAnsi="Calibri" w:eastAsia="Microsoft YaHei"/>
        </w:rPr>
        <w:t xml:space="preserve">，例如 </w:t>
      </w:r>
      <w:r>
        <w:rPr>
          <w:rFonts w:ascii="Consolas" w:hAnsi="Consolas" w:eastAsia="Microsoft YaHei"/>
          <w:color w:val="1F4D78"/>
          <w:sz w:val="18"/>
        </w:rPr>
        <w:t>&gt;=14</w:t>
      </w:r>
      <w:r>
        <w:rPr>
          <w:rFonts w:ascii="Calibri" w:hAnsi="Calibri" w:eastAsia="Microsoft YaHei"/>
        </w:rPr>
        <w:t>。成熟实现应使用完整语义化版本库，但第一次实验先别把自己写成 npm 的远房表亲。</w:t>
      </w:r>
    </w:p>
    <w:p>
      <w:pPr>
        <w:pStyle w:val="Heading1"/>
      </w:pPr>
      <w:r>
        <w:rPr>
          <w:rFonts w:ascii="Calibri" w:hAnsi="Calibri" w:eastAsia="Microsoft YaHei"/>
        </w:rPr>
        <w:t>8. 下载与校验：能拿回来，还要确认拿对了</w:t>
      </w:r>
    </w:p>
    <w:p>
      <w:r>
        <w:rPr>
          <w:rFonts w:ascii="Calibri" w:hAnsi="Calibri" w:eastAsia="Microsoft YaHei"/>
        </w:rPr>
        <w:t xml:space="preserve">把下载代码写入 </w:t>
      </w:r>
      <w:r>
        <w:rPr>
          <w:rFonts w:ascii="Consolas" w:hAnsi="Consolas" w:eastAsia="Microsoft YaHei"/>
          <w:color w:val="1F4D78"/>
          <w:sz w:val="18"/>
        </w:rPr>
        <w:t>src/runtime/downloader.ts</w:t>
      </w:r>
      <w:r>
        <w:rPr>
          <w:rFonts w:ascii="Calibri" w:hAnsi="Calibri" w:eastAsia="Microsoft YaHei"/>
        </w:rPr>
        <w:t>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mkdir, writeFile } from "node:fs/promises";</w:t>
        <w:br/>
        <w:t>import { resolve } from "node:path";</w:t>
        <w:br/>
        <w:br/>
        <w:t>import type { ResolvedArtifact } from "./manifest";</w:t>
        <w:br/>
        <w:br/>
        <w:t>export async function downloadArtifact(</w:t>
        <w:br/>
        <w:t xml:space="preserve">  artifact: ResolvedArtifact,</w:t>
        <w:br/>
        <w:t>): Promise&lt;string&gt; {</w:t>
        <w:br/>
        <w:t xml:space="preserve">  const downloadDir = resolve(</w:t>
        <w:br/>
        <w:t xml:space="preserve">    ".runtime",</w:t>
        <w:br/>
        <w:t xml:space="preserve">    "downloads",</w:t>
        <w:br/>
        <w:t xml:space="preserve">  );</w:t>
        <w:br/>
        <w:br/>
        <w:t xml:space="preserve">  await mkdir(downloadDir, {</w:t>
        <w:br/>
        <w:t xml:space="preserve">    recursive: true,</w:t>
        <w:br/>
        <w:t xml:space="preserve">  });</w:t>
        <w:br/>
        <w:br/>
        <w:t xml:space="preserve">  const archivePath = resolve(</w:t>
        <w:br/>
        <w:t xml:space="preserve">    downloadDir,</w:t>
        <w:br/>
        <w:t xml:space="preserve">    artifact.asset,</w:t>
        <w:br/>
        <w:t xml:space="preserve">  );</w:t>
        <w:br/>
        <w:br/>
        <w:t xml:space="preserve">  console.log(</w:t>
        <w:br/>
        <w:t xml:space="preserve">    `[Runtime] 正在下载：${artifact.asset}`,</w:t>
        <w:br/>
        <w:t xml:space="preserve">  );</w:t>
        <w:br/>
        <w:br/>
        <w:t xml:space="preserve">  const response = await fetch(artifact.url);</w:t>
        <w:br/>
        <w:br/>
        <w:t xml:space="preserve">  if (!response.ok) {</w:t>
        <w:br/>
        <w:t xml:space="preserve">    throw new Error(</w:t>
        <w:br/>
        <w:t xml:space="preserve">      `下载失败：HTTP ${response.status} ${response.statusText}`,</w:t>
        <w:br/>
        <w:t xml:space="preserve">    );</w:t>
        <w:br/>
        <w:t xml:space="preserve">  }</w:t>
        <w:br/>
        <w:br/>
        <w:t xml:space="preserve">  const data = Buffer.from(</w:t>
        <w:br/>
        <w:t xml:space="preserve">    await response.arrayBuffer(),</w:t>
        <w:br/>
        <w:t xml:space="preserve">  );</w:t>
        <w:br/>
        <w:br/>
        <w:t xml:space="preserve">  await writeFile(</w:t>
        <w:br/>
        <w:t xml:space="preserve">    archivePath,</w:t>
        <w:br/>
        <w:t xml:space="preserve">    data,</w:t>
        <w:br/>
        <w:t xml:space="preserve">  );</w:t>
        <w:br/>
        <w:br/>
        <w:t xml:space="preserve">  console.log(</w:t>
        <w:br/>
        <w:t xml:space="preserve">    `[Runtime] 下载完成：${archivePath}`,</w:t>
        <w:br/>
        <w:t xml:space="preserve">  );</w:t>
        <w:br/>
        <w:br/>
        <w:t xml:space="preserve">  return archivePath;</w:t>
        <w:br/>
        <w:t>}</w:t>
      </w:r>
    </w:p>
    <w:p>
      <w:r>
        <w:rPr>
          <w:rFonts w:ascii="Calibri" w:hAnsi="Calibri" w:eastAsia="Microsoft YaHei"/>
        </w:rPr>
        <w:t>它只做四件事：建下载目录、请求 URL、检查 HTTP 状态、写入 ZIP。安全判断不应该偷偷混在下载函数里，所以再写一个独立校验器。</w:t>
      </w:r>
    </w:p>
    <w:p>
      <w:r>
        <w:rPr>
          <w:rFonts w:ascii="Calibri" w:hAnsi="Calibri" w:eastAsia="Microsoft YaHei"/>
        </w:rPr>
        <w:t xml:space="preserve">把下面代码写入 </w:t>
      </w:r>
      <w:r>
        <w:rPr>
          <w:rFonts w:ascii="Consolas" w:hAnsi="Consolas" w:eastAsia="Microsoft YaHei"/>
          <w:color w:val="1F4D78"/>
          <w:sz w:val="18"/>
        </w:rPr>
        <w:t>src/runtime/verifier.ts</w:t>
      </w:r>
      <w:r>
        <w:rPr>
          <w:rFonts w:ascii="Calibri" w:hAnsi="Calibri" w:eastAsia="Microsoft YaHei"/>
        </w:rPr>
        <w:t>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createReadStream } from "node:fs";</w:t>
        <w:br/>
        <w:t>import { createHash } from "node:crypto";</w:t>
        <w:br/>
        <w:br/>
        <w:t>export async function verifySha256(</w:t>
        <w:br/>
        <w:t xml:space="preserve">  filePath: string,</w:t>
        <w:br/>
        <w:t xml:space="preserve">  expectedSha256: string,</w:t>
        <w:br/>
        <w:t>): Promise&lt;void&gt; {</w:t>
        <w:br/>
        <w:t xml:space="preserve">  const hash = createHash("sha256");</w:t>
        <w:br/>
        <w:br/>
        <w:t xml:space="preserve">  await new Promise&lt;void&gt;((resolve, reject) =&gt; {</w:t>
        <w:br/>
        <w:t xml:space="preserve">    const stream = createReadStream(filePath);</w:t>
        <w:br/>
        <w:br/>
        <w:t xml:space="preserve">    stream.on("data", (chunk) =&gt; {</w:t>
        <w:br/>
        <w:t xml:space="preserve">      hash.update(chunk);</w:t>
        <w:br/>
        <w:t xml:space="preserve">    });</w:t>
        <w:br/>
        <w:br/>
        <w:t xml:space="preserve">    stream.on("error", reject);</w:t>
        <w:br/>
        <w:t xml:space="preserve">    stream.on("end", resolve);</w:t>
        <w:br/>
        <w:t xml:space="preserve">  });</w:t>
        <w:br/>
        <w:br/>
        <w:t xml:space="preserve">  const actualSha256 = hash.digest("hex");</w:t>
        <w:br/>
        <w:br/>
        <w:t xml:space="preserve">  console.log(</w:t>
        <w:br/>
        <w:t xml:space="preserve">    `[Runtime] 实际 SHA256：${actualSha256}`,</w:t>
        <w:br/>
        <w:t xml:space="preserve">  );</w:t>
        <w:br/>
        <w:br/>
        <w:t xml:space="preserve">  if (</w:t>
        <w:br/>
        <w:t xml:space="preserve">    actualSha256.toLowerCase() !==</w:t>
        <w:br/>
        <w:t xml:space="preserve">    expectedSha256.toLowerCase()</w:t>
        <w:br/>
        <w:t xml:space="preserve">  ) {</w:t>
        <w:br/>
        <w:t xml:space="preserve">    throw new Error(</w:t>
        <w:br/>
        <w:t xml:space="preserve">      `SHA256 校验失败\n期望：${expectedSha256}\n实际：${actualSha256}`,</w:t>
        <w:br/>
        <w:t xml:space="preserve">    );</w:t>
        <w:br/>
        <w:t xml:space="preserve">  }</w:t>
        <w:br/>
        <w:br/>
        <w:t xml:space="preserve">  console.log("[Runtime] SHA256 校验通过");</w:t>
        <w:br/>
        <w:t>}</w:t>
      </w:r>
    </w:p>
    <w:p>
      <w:r>
        <w:rPr>
          <w:rFonts w:ascii="Calibri" w:hAnsi="Calibri" w:eastAsia="Microsoft YaHei"/>
        </w:rPr>
        <w:t>SHA256 在这里解决的是</w:t>
      </w:r>
      <w:r>
        <w:rPr>
          <w:rFonts w:ascii="Calibri" w:hAnsi="Calibri" w:eastAsia="Microsoft YaHei"/>
          <w:b/>
        </w:rPr>
        <w:t>完整性</w:t>
      </w:r>
      <w:r>
        <w:rPr>
          <w:rFonts w:ascii="Calibri" w:hAnsi="Calibri" w:eastAsia="Microsoft YaHei"/>
        </w:rPr>
        <w:t>：实际文件必须和 Manifest 登记的那一份一致。它不自动等于“来源绝对可信”；真正的生产系统还会保护 Manifest、限制来源，并尽可能验证发布者签名。</w:t>
      </w:r>
    </w:p>
    <w:p>
      <w:r>
        <w:rPr>
          <w:rFonts w:ascii="Calibri" w:hAnsi="Calibri" w:eastAsia="Microsoft YaHei"/>
        </w:rPr>
        <w:t>真实实验中，期望值和实际值一致：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50801"/>
            <wp:docPr id="5" name="Picture 5" descr="实际 SHA256 与 Manifest 中的期望值一致，校验通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sha256-pas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508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实际 SHA256 与 Manifest 中的期望值一致，校验通过</w:t>
      </w:r>
    </w:p>
    <w:p>
      <w:r>
        <w:rPr>
          <w:rFonts w:ascii="Calibri" w:hAnsi="Calibri" w:eastAsia="Microsoft YaHei"/>
        </w:rPr>
        <w:t>到这里，ZIP 已经“下载成功 + 校验通过”，但它仍然不能直接当命令执行。下一步才是安装。</w:t>
      </w:r>
    </w:p>
    <w:p>
      <w:pPr>
        <w:pStyle w:val="Heading1"/>
      </w:pPr>
      <w:r>
        <w:rPr>
          <w:rFonts w:ascii="Calibri" w:hAnsi="Calibri" w:eastAsia="Microsoft YaHei"/>
        </w:rPr>
        <w:t>9. Installer：解压，再把 rg.exe 放进项目托管目录</w:t>
      </w:r>
    </w:p>
    <w:p>
      <w:r>
        <w:rPr>
          <w:rFonts w:ascii="Calibri" w:hAnsi="Calibri" w:eastAsia="Microsoft YaHei"/>
        </w:rPr>
        <w:t xml:space="preserve">把下面代码写入 </w:t>
      </w:r>
      <w:r>
        <w:rPr>
          <w:rFonts w:ascii="Consolas" w:hAnsi="Consolas" w:eastAsia="Microsoft YaHei"/>
          <w:color w:val="1F4D78"/>
          <w:sz w:val="18"/>
        </w:rPr>
        <w:t>src/runtime/installer.ts</w:t>
      </w:r>
      <w:r>
        <w:rPr>
          <w:rFonts w:ascii="Calibri" w:hAnsi="Calibri" w:eastAsia="Microsoft YaHei"/>
        </w:rPr>
        <w:t>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spawnSync } from "node:child_process";</w:t>
        <w:br/>
        <w:t>import {</w:t>
        <w:br/>
        <w:t xml:space="preserve">  copyFile,</w:t>
        <w:br/>
        <w:t xml:space="preserve">  mkdir,</w:t>
        <w:br/>
        <w:t xml:space="preserve">  readdir,</w:t>
        <w:br/>
        <w:t xml:space="preserve">  rm,</w:t>
        <w:br/>
        <w:t>} from "node:fs/promises";</w:t>
        <w:br/>
        <w:t>import {</w:t>
        <w:br/>
        <w:t xml:space="preserve">  join,</w:t>
        <w:br/>
        <w:t xml:space="preserve">  resolve,</w:t>
        <w:br/>
        <w:t>} from "node:path";</w:t>
        <w:br/>
        <w:br/>
        <w:t>import type {</w:t>
        <w:br/>
        <w:t xml:space="preserve">  ResolvedArtifact,</w:t>
        <w:br/>
        <w:t>} from "./manifest";</w:t>
        <w:br/>
        <w:br/>
        <w:t>async function findFile(</w:t>
        <w:br/>
        <w:t xml:space="preserve">  directory: string,</w:t>
        <w:br/>
        <w:t xml:space="preserve">  fileName: string,</w:t>
        <w:br/>
        <w:t>): Promise&lt;string | null&gt; {</w:t>
        <w:br/>
        <w:t xml:space="preserve">  const entries = await readdir(</w:t>
        <w:br/>
        <w:t xml:space="preserve">    directory,</w:t>
        <w:br/>
        <w:t xml:space="preserve">    {</w:t>
        <w:br/>
        <w:t xml:space="preserve">      withFileTypes: true,</w:t>
        <w:br/>
        <w:t xml:space="preserve">    },</w:t>
        <w:br/>
        <w:t xml:space="preserve">  );</w:t>
        <w:br/>
        <w:br/>
        <w:t xml:space="preserve">  for (const entry of entries) {</w:t>
        <w:br/>
        <w:t xml:space="preserve">    const fullPath = join(</w:t>
        <w:br/>
        <w:t xml:space="preserve">      directory,</w:t>
        <w:br/>
        <w:t xml:space="preserve">      entry.name,</w:t>
        <w:br/>
        <w:t xml:space="preserve">    );</w:t>
        <w:br/>
        <w:br/>
        <w:t xml:space="preserve">    if (</w:t>
        <w:br/>
        <w:t xml:space="preserve">      entry.isFile() &amp;&amp;</w:t>
        <w:br/>
        <w:t xml:space="preserve">      entry.name.toLowerCase() ===</w:t>
        <w:br/>
        <w:t xml:space="preserve">        fileName.toLowerCase()</w:t>
        <w:br/>
        <w:t xml:space="preserve">    ) {</w:t>
        <w:br/>
        <w:t xml:space="preserve">      return fullPath;</w:t>
        <w:br/>
        <w:t xml:space="preserve">    }</w:t>
        <w:br/>
        <w:br/>
        <w:t xml:space="preserve">    if (entry.isDirectory()) {</w:t>
        <w:br/>
        <w:t xml:space="preserve">      const found = await findFile(</w:t>
        <w:br/>
        <w:t xml:space="preserve">        fullPath,</w:t>
        <w:br/>
        <w:t xml:space="preserve">        fileName,</w:t>
        <w:br/>
        <w:t xml:space="preserve">      );</w:t>
        <w:br/>
        <w:br/>
        <w:t xml:space="preserve">      if (found) {</w:t>
        <w:br/>
        <w:t xml:space="preserve">        return found;</w:t>
        <w:br/>
        <w:t xml:space="preserve">      }</w:t>
        <w:br/>
        <w:t xml:space="preserve">    }</w:t>
        <w:br/>
        <w:t xml:space="preserve">  }</w:t>
        <w:br/>
        <w:br/>
        <w:t xml:space="preserve">  return null;</w:t>
        <w:br/>
        <w:t>}</w:t>
        <w:br/>
        <w:br/>
        <w:t>function quotePowerShell(</w:t>
        <w:br/>
        <w:t xml:space="preserve">  value: string,</w:t>
        <w:br/>
        <w:t>): string {</w:t>
        <w:br/>
        <w:t xml:space="preserve">  return `'${value.replace(/'/g, "''")}'`;</w:t>
        <w:br/>
        <w:t>}</w:t>
        <w:br/>
        <w:br/>
        <w:t>export async function installArtifact(</w:t>
        <w:br/>
        <w:t xml:space="preserve">  archivePath: string,</w:t>
        <w:br/>
        <w:t xml:space="preserve">  artifact: ResolvedArtifact,</w:t>
        <w:br/>
        <w:t>): Promise&lt;string&gt; {</w:t>
        <w:br/>
        <w:t xml:space="preserve">  if (process.platform !== "win32") {</w:t>
        <w:br/>
        <w:t xml:space="preserve">    throw new Error(</w:t>
        <w:br/>
        <w:t xml:space="preserve">      "这个 Demo 的安装步骤目前只实现了 Windows",</w:t>
        <w:br/>
        <w:t xml:space="preserve">    );</w:t>
        <w:br/>
        <w:t xml:space="preserve">  }</w:t>
        <w:br/>
        <w:br/>
        <w:t xml:space="preserve">  const stagingDir = resolve(</w:t>
        <w:br/>
        <w:t xml:space="preserve">    ".runtime",</w:t>
        <w:br/>
        <w:t xml:space="preserve">    "staging",</w:t>
        <w:br/>
        <w:t xml:space="preserve">    `ripgrep-${artifact.version}`,</w:t>
        <w:br/>
        <w:t xml:space="preserve">  );</w:t>
        <w:br/>
        <w:br/>
        <w:t xml:space="preserve">  const installDir = resolve(</w:t>
        <w:br/>
        <w:t xml:space="preserve">    ".runtime",</w:t>
        <w:br/>
        <w:t xml:space="preserve">    "ripgrep",</w:t>
        <w:br/>
        <w:t xml:space="preserve">    "versions",</w:t>
        <w:br/>
        <w:t xml:space="preserve">    artifact.version,</w:t>
        <w:br/>
        <w:t xml:space="preserve">  );</w:t>
        <w:br/>
        <w:br/>
        <w:t xml:space="preserve">  console.log(</w:t>
        <w:br/>
        <w:t xml:space="preserve">    `[Runtime] 正在解压：${artifact.asset}`,</w:t>
        <w:br/>
        <w:t xml:space="preserve">  );</w:t>
        <w:br/>
        <w:br/>
        <w:t xml:space="preserve">  await rm(</w:t>
        <w:br/>
        <w:t xml:space="preserve">    stagingDir,</w:t>
        <w:br/>
        <w:t xml:space="preserve">    {</w:t>
        <w:br/>
        <w:t xml:space="preserve">      recursive: true,</w:t>
        <w:br/>
        <w:t xml:space="preserve">      force: true,</w:t>
        <w:br/>
        <w:t xml:space="preserve">    },</w:t>
        <w:br/>
        <w:t xml:space="preserve">  );</w:t>
        <w:br/>
        <w:br/>
        <w:t xml:space="preserve">  await mkdir(</w:t>
        <w:br/>
        <w:t xml:space="preserve">    stagingDir,</w:t>
        <w:br/>
        <w:t xml:space="preserve">    {</w:t>
        <w:br/>
        <w:t xml:space="preserve">      recursive: true,</w:t>
        <w:br/>
        <w:t xml:space="preserve">    },</w:t>
        <w:br/>
        <w:t xml:space="preserve">  );</w:t>
        <w:br/>
        <w:br/>
        <w:t xml:space="preserve">  const command =</w:t>
        <w:br/>
        <w:t xml:space="preserve">    `Expand-Archive ` +</w:t>
        <w:br/>
        <w:t xml:space="preserve">    `-LiteralPath ${quotePowerShell(archivePath)} ` +</w:t>
        <w:br/>
        <w:t xml:space="preserve">    `-DestinationPath ${quotePowerShell(stagingDir)} ` +</w:t>
        <w:br/>
        <w:t xml:space="preserve">    `-Force`;</w:t>
        <w:br/>
        <w:br/>
        <w:t xml:space="preserve">  const result = spawnSync(</w:t>
        <w:br/>
        <w:t xml:space="preserve">    "powershell.exe",</w:t>
        <w:br/>
        <w:t xml:space="preserve">    [</w:t>
        <w:br/>
        <w:t xml:space="preserve">      "-NoProfile",</w:t>
        <w:br/>
        <w:t xml:space="preserve">      "-NonInteractive",</w:t>
        <w:br/>
        <w:t xml:space="preserve">      "-Command",</w:t>
        <w:br/>
        <w:t xml:space="preserve">      command,</w:t>
        <w:br/>
        <w:t xml:space="preserve">    ],</w:t>
        <w:br/>
        <w:t xml:space="preserve">    {</w:t>
        <w:br/>
        <w:t xml:space="preserve">      stdio: "inherit",</w:t>
        <w:br/>
        <w:t xml:space="preserve">      windowsHide: true,</w:t>
        <w:br/>
        <w:t xml:space="preserve">    },</w:t>
        <w:br/>
        <w:t xml:space="preserve">  );</w:t>
        <w:br/>
        <w:br/>
        <w:t xml:space="preserve">  if (result.status !== 0) {</w:t>
        <w:br/>
        <w:t xml:space="preserve">    throw new Error(</w:t>
        <w:br/>
        <w:t xml:space="preserve">      "解压 ripgrep 失败",</w:t>
        <w:br/>
        <w:t xml:space="preserve">    );</w:t>
        <w:br/>
        <w:t xml:space="preserve">  }</w:t>
        <w:br/>
        <w:br/>
        <w:t xml:space="preserve">  console.log(</w:t>
        <w:br/>
        <w:t xml:space="preserve">    "[Runtime] 解压完成",</w:t>
        <w:br/>
        <w:t xml:space="preserve">  );</w:t>
        <w:br/>
        <w:br/>
        <w:t xml:space="preserve">  const extractedBinary =</w:t>
        <w:br/>
        <w:t xml:space="preserve">    await findFile(</w:t>
        <w:br/>
        <w:t xml:space="preserve">      stagingDir,</w:t>
        <w:br/>
        <w:t xml:space="preserve">      "rg.exe",</w:t>
        <w:br/>
        <w:t xml:space="preserve">    );</w:t>
        <w:br/>
        <w:br/>
        <w:t xml:space="preserve">  if (!extractedBinary) {</w:t>
        <w:br/>
        <w:t xml:space="preserve">    throw new Error(</w:t>
        <w:br/>
        <w:t xml:space="preserve">      "解压完成，但没有找到 rg.exe",</w:t>
        <w:br/>
        <w:t xml:space="preserve">    );</w:t>
        <w:br/>
        <w:t xml:space="preserve">  }</w:t>
        <w:br/>
        <w:br/>
        <w:t xml:space="preserve">  await mkdir(</w:t>
        <w:br/>
        <w:t xml:space="preserve">    installDir,</w:t>
        <w:br/>
        <w:t xml:space="preserve">    {</w:t>
        <w:br/>
        <w:t xml:space="preserve">      recursive: true,</w:t>
        <w:br/>
        <w:t xml:space="preserve">    },</w:t>
        <w:br/>
        <w:t xml:space="preserve">  );</w:t>
        <w:br/>
        <w:br/>
        <w:t xml:space="preserve">  const installedBinary = join(</w:t>
        <w:br/>
        <w:t xml:space="preserve">    installDir,</w:t>
        <w:br/>
        <w:t xml:space="preserve">    "rg.exe",</w:t>
        <w:br/>
        <w:t xml:space="preserve">  );</w:t>
        <w:br/>
        <w:br/>
        <w:t xml:space="preserve">  console.log(</w:t>
        <w:br/>
        <w:t xml:space="preserve">    `[Runtime] 正在安装到：${installedBinary}`,</w:t>
        <w:br/>
        <w:t xml:space="preserve">  );</w:t>
        <w:br/>
        <w:br/>
        <w:t xml:space="preserve">  await copyFile(</w:t>
        <w:br/>
        <w:t xml:space="preserve">    extractedBinary,</w:t>
        <w:br/>
        <w:t xml:space="preserve">    installedBinary,</w:t>
        <w:br/>
        <w:t xml:space="preserve">  );</w:t>
        <w:br/>
        <w:br/>
        <w:t xml:space="preserve">  await rm(</w:t>
        <w:br/>
        <w:t xml:space="preserve">    stagingDir,</w:t>
        <w:br/>
        <w:t xml:space="preserve">    {</w:t>
        <w:br/>
        <w:t xml:space="preserve">      recursive: true,</w:t>
        <w:br/>
        <w:t xml:space="preserve">      force: true,</w:t>
        <w:br/>
        <w:t xml:space="preserve">    },</w:t>
        <w:br/>
        <w:t xml:space="preserve">  );</w:t>
        <w:br/>
        <w:br/>
        <w:t xml:space="preserve">  console.log(</w:t>
        <w:br/>
        <w:t xml:space="preserve">    "[Runtime] 安装完成",</w:t>
        <w:br/>
        <w:t xml:space="preserve">  );</w:t>
        <w:br/>
        <w:br/>
        <w:t xml:space="preserve">  return installedBinary;</w:t>
        <w:br/>
        <w:t>}</w:t>
      </w:r>
    </w:p>
    <w:p>
      <w:r>
        <w:rPr>
          <w:rFonts w:ascii="Calibri" w:hAnsi="Calibri" w:eastAsia="Microsoft YaHei"/>
        </w:rPr>
        <w:t xml:space="preserve">它先解压到 </w:t>
      </w:r>
      <w:r>
        <w:rPr>
          <w:rFonts w:ascii="Consolas" w:hAnsi="Consolas" w:eastAsia="Microsoft YaHei"/>
          <w:color w:val="1F4D78"/>
          <w:sz w:val="18"/>
        </w:rPr>
        <w:t>.runtime/staging</w:t>
      </w:r>
      <w:r>
        <w:rPr>
          <w:rFonts w:ascii="Calibri" w:hAnsi="Calibri" w:eastAsia="Microsoft YaHei"/>
        </w:rPr>
        <w:t xml:space="preserve">，找到 </w:t>
      </w:r>
      <w:r>
        <w:rPr>
          <w:rFonts w:ascii="Consolas" w:hAnsi="Consolas" w:eastAsia="Microsoft YaHei"/>
          <w:color w:val="1F4D78"/>
          <w:sz w:val="18"/>
        </w:rPr>
        <w:t>rg.exe</w:t>
      </w:r>
      <w:r>
        <w:rPr>
          <w:rFonts w:ascii="Calibri" w:hAnsi="Calibri" w:eastAsia="Microsoft YaHei"/>
        </w:rPr>
        <w:t xml:space="preserve"> 后，再复制到稳定位置：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.runtime/</w:t>
        <w:br/>
        <w:t>├─ downloads/</w:t>
        <w:br/>
        <w:t>│  └─ ripgrep-14.1.1-x86_64-pc-windows-msvc.zip</w:t>
        <w:br/>
        <w:t>├─ ripgrep/</w:t>
        <w:br/>
        <w:t>│  └─ versions/</w:t>
        <w:br/>
        <w:t>│     └─ 14.1.1/</w:t>
        <w:br/>
        <w:t>│        └─ rg.exe</w:t>
        <w:br/>
        <w:t>└─ staging/</w:t>
      </w:r>
    </w:p>
    <w:p>
      <w:r>
        <w:rPr>
          <w:rFonts w:ascii="Calibri" w:hAnsi="Calibri" w:eastAsia="Microsoft YaHei"/>
        </w:rPr>
        <w:t>安装完成后，托管的二进制文件能独立报告版本：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667000" cy="342226"/>
            <wp:docPr id="6" name="Picture 6" descr="项目托管目录里的 rg.exe 能独立返回 ripgrep 14.1.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managed-version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422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项目托管目录里的 rg.exe 能独立返回 ripgrep 14.1.1</w:t>
      </w:r>
    </w:p>
    <w:p>
      <w:r>
        <w:rPr>
          <w:rFonts w:ascii="Calibri" w:hAnsi="Calibri" w:eastAsia="Microsoft YaHei"/>
        </w:rPr>
        <w:t>注意：我们没有把它写进系统 PATH。Runtime Manager 最后会直接返回绝对路径，由 Tool 使用这个路径启动进程。</w:t>
      </w:r>
    </w:p>
    <w:p>
      <w:pPr>
        <w:pStyle w:val="Heading1"/>
      </w:pPr>
      <w:r>
        <w:rPr>
          <w:rFonts w:ascii="Calibri" w:hAnsi="Calibri" w:eastAsia="Microsoft YaHei"/>
        </w:rPr>
        <w:t>10. Manager：把五个零件串成 ensureBinary()</w:t>
      </w:r>
    </w:p>
    <w:p>
      <w:r>
        <w:rPr>
          <w:rFonts w:ascii="Calibri" w:hAnsi="Calibri" w:eastAsia="Microsoft YaHei"/>
        </w:rPr>
        <w:t>前面有 Detector、Manifest、Downloader、Verifier 和 Installer。现在把它们排成真正的执行顺序。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7" name="Picture 7" descr="一次 Tool 调用依次经过声明、检测、解析、准备和执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runtime-flow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一次 Tool 调用依次经过声明、检测、解析、准备和执行</w:t>
      </w:r>
    </w:p>
    <w:p>
      <w:r>
        <w:rPr>
          <w:rFonts w:ascii="Calibri" w:hAnsi="Calibri" w:eastAsia="Microsoft YaHei"/>
        </w:rPr>
        <w:t xml:space="preserve">将下面代码写入 </w:t>
      </w:r>
      <w:r>
        <w:rPr>
          <w:rFonts w:ascii="Consolas" w:hAnsi="Consolas" w:eastAsia="Microsoft YaHei"/>
          <w:color w:val="1F4D78"/>
          <w:sz w:val="18"/>
        </w:rPr>
        <w:t>src/runtime/manager.ts</w:t>
      </w:r>
      <w:r>
        <w:rPr>
          <w:rFonts w:ascii="Calibri" w:hAnsi="Calibri" w:eastAsia="Microsoft YaHei"/>
        </w:rPr>
        <w:t>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</w:t>
        <w:br/>
        <w:t xml:space="preserve">  detectManagedBinary,</w:t>
        <w:br/>
        <w:t xml:space="preserve">  detectSystemBinary,</w:t>
        <w:br/>
        <w:t xml:space="preserve">  readRipgrepVersion,</w:t>
        <w:br/>
        <w:t>} from "./detector";</w:t>
        <w:br/>
        <w:br/>
        <w:t>import {</w:t>
        <w:br/>
        <w:t xml:space="preserve">  resolveArtifact,</w:t>
        <w:br/>
        <w:t xml:space="preserve">  satisfiesRequirement,</w:t>
        <w:br/>
        <w:t>} from "./manifest";</w:t>
        <w:br/>
        <w:br/>
        <w:t>import {</w:t>
        <w:br/>
        <w:t xml:space="preserve">  downloadArtifact,</w:t>
        <w:br/>
        <w:t>} from "./downloader";</w:t>
        <w:br/>
        <w:br/>
        <w:t>import {</w:t>
        <w:br/>
        <w:t xml:space="preserve">  verifySha256,</w:t>
        <w:br/>
        <w:t>} from "./verifier";</w:t>
        <w:br/>
        <w:br/>
        <w:t>import {</w:t>
        <w:br/>
        <w:t xml:space="preserve">  installArtifact,</w:t>
        <w:br/>
        <w:t>} from "./installer";</w:t>
        <w:br/>
        <w:br/>
        <w:t>export type RuntimeRequirement = {</w:t>
        <w:br/>
        <w:t xml:space="preserve">  type: string;</w:t>
        <w:br/>
        <w:t xml:space="preserve">  version: string;</w:t>
        <w:br/>
        <w:t>};</w:t>
        <w:br/>
        <w:br/>
        <w:t>export type BinaryInfo = {</w:t>
        <w:br/>
        <w:t xml:space="preserve">  type: string;</w:t>
        <w:br/>
        <w:t xml:space="preserve">  path: string;</w:t>
        <w:br/>
        <w:t xml:space="preserve">  source: "system" | "managed";</w:t>
        <w:br/>
        <w:t xml:space="preserve">  version?: string;</w:t>
        <w:br/>
        <w:t>};</w:t>
        <w:br/>
        <w:br/>
        <w:t>function getCommandName(</w:t>
        <w:br/>
        <w:t xml:space="preserve">  runtimeType: string,</w:t>
        <w:br/>
        <w:t>): string {</w:t>
        <w:br/>
        <w:t xml:space="preserve">  if (runtimeType === "ripgrep") {</w:t>
        <w:br/>
        <w:t xml:space="preserve">    return "rg";</w:t>
        <w:br/>
        <w:t xml:space="preserve">  }</w:t>
        <w:br/>
        <w:br/>
        <w:t xml:space="preserve">  throw new Error(</w:t>
        <w:br/>
        <w:t xml:space="preserve">    `暂不支持的 Runtime：${runtimeType}`,</w:t>
        <w:br/>
        <w:t xml:space="preserve">  );</w:t>
        <w:br/>
        <w:t>}</w:t>
        <w:br/>
        <w:br/>
        <w:t>export async function ensureBinary(</w:t>
        <w:br/>
        <w:t xml:space="preserve">  requirement: RuntimeRequirement,</w:t>
        <w:br/>
        <w:t>): Promise&lt;BinaryInfo&gt; {</w:t>
        <w:br/>
        <w:t xml:space="preserve">  const command = getCommandName(</w:t>
        <w:br/>
        <w:t xml:space="preserve">    requirement.type,</w:t>
        <w:br/>
        <w:t xml:space="preserve">  );</w:t>
        <w:br/>
        <w:br/>
        <w:t xml:space="preserve">  console.log(</w:t>
        <w:br/>
        <w:t xml:space="preserve">    `[Runtime] 正在检测系统中的 ${requirement.type}...`,</w:t>
        <w:br/>
        <w:t xml:space="preserve">  );</w:t>
        <w:br/>
        <w:br/>
        <w:t xml:space="preserve">  const systemBinary =</w:t>
        <w:br/>
        <w:t xml:space="preserve">    process.env.RUNTIME_FORCE_MANAGED === "1"</w:t>
        <w:br/>
        <w:t xml:space="preserve">      ? null</w:t>
        <w:br/>
        <w:t xml:space="preserve">      : detectSystemBinary(command);</w:t>
        <w:br/>
        <w:br/>
        <w:t xml:space="preserve">  if (systemBinary) {</w:t>
        <w:br/>
        <w:t xml:space="preserve">    const systemVersion =</w:t>
        <w:br/>
        <w:t xml:space="preserve">      readRipgrepVersion(systemBinary);</w:t>
        <w:br/>
        <w:br/>
        <w:t xml:space="preserve">    if (</w:t>
        <w:br/>
        <w:t xml:space="preserve">      systemVersion &amp;&amp;</w:t>
        <w:br/>
        <w:t xml:space="preserve">      satisfiesRequirement(</w:t>
        <w:br/>
        <w:t xml:space="preserve">        systemVersion,</w:t>
        <w:br/>
        <w:t xml:space="preserve">        requirement.version,</w:t>
        <w:br/>
        <w:t xml:space="preserve">      )</w:t>
        <w:br/>
        <w:t xml:space="preserve">    ) {</w:t>
        <w:br/>
        <w:t xml:space="preserve">      console.log(</w:t>
        <w:br/>
        <w:t xml:space="preserve">        `[Runtime] 找到可用的系统 ${requirement.type} ${systemVersion}：${systemBinary}`,</w:t>
        <w:br/>
        <w:t xml:space="preserve">      );</w:t>
        <w:br/>
        <w:br/>
        <w:t xml:space="preserve">      return {</w:t>
        <w:br/>
        <w:t xml:space="preserve">        type: requirement.type,</w:t>
        <w:br/>
        <w:t xml:space="preserve">        path: systemBinary,</w:t>
        <w:br/>
        <w:t xml:space="preserve">        source: "system",</w:t>
        <w:br/>
        <w:t xml:space="preserve">        version: systemVersion,</w:t>
        <w:br/>
        <w:t xml:space="preserve">      };</w:t>
        <w:br/>
        <w:t xml:space="preserve">    }</w:t>
        <w:br/>
        <w:br/>
        <w:t xml:space="preserve">    console.log(</w:t>
        <w:br/>
        <w:t xml:space="preserve">      `[Runtime] 系统 ${requirement.type} 版本 ${systemVersion ?? "无法识别"} 不满足 ${requirement.version}，改用托管版本`,</w:t>
        <w:br/>
        <w:t xml:space="preserve">    );</w:t>
        <w:br/>
        <w:t xml:space="preserve">  } else {</w:t>
        <w:br/>
        <w:t xml:space="preserve">    console.log(</w:t>
        <w:br/>
        <w:t xml:space="preserve">      `[Runtime] 未找到系统 ${requirement.type}`,</w:t>
        <w:br/>
        <w:t xml:space="preserve">    );</w:t>
        <w:br/>
        <w:t xml:space="preserve">  }</w:t>
        <w:br/>
        <w:br/>
        <w:t xml:space="preserve">  console.log(</w:t>
        <w:br/>
        <w:t xml:space="preserve">    "[Runtime] 正在解析 Runtime Artifact...",</w:t>
        <w:br/>
        <w:t xml:space="preserve">  );</w:t>
        <w:br/>
        <w:br/>
        <w:t xml:space="preserve">  const artifact = resolveArtifact(</w:t>
        <w:br/>
        <w:t xml:space="preserve">    requirement.type,</w:t>
        <w:br/>
        <w:t xml:space="preserve">    requirement.version,</w:t>
        <w:br/>
        <w:t xml:space="preserve">  );</w:t>
        <w:br/>
        <w:br/>
        <w:t xml:space="preserve">  console.log(</w:t>
        <w:br/>
        <w:t xml:space="preserve">    `[Runtime] 已选择：${artifact.version} / ${artifact.platformKey}`,</w:t>
        <w:br/>
        <w:t xml:space="preserve">  );</w:t>
        <w:br/>
        <w:br/>
        <w:t xml:space="preserve">  console.log(</w:t>
        <w:br/>
        <w:t xml:space="preserve">    `[Runtime] 正在检查托管的 ${requirement.type}...`,</w:t>
        <w:br/>
        <w:t xml:space="preserve">  );</w:t>
        <w:br/>
        <w:br/>
        <w:t xml:space="preserve">  const managedBinary =</w:t>
        <w:br/>
        <w:t xml:space="preserve">    detectManagedBinary(</w:t>
        <w:br/>
        <w:t xml:space="preserve">      artifact.version,</w:t>
        <w:br/>
        <w:t xml:space="preserve">    );</w:t>
        <w:br/>
        <w:br/>
        <w:t xml:space="preserve">  if (managedBinary) {</w:t>
        <w:br/>
        <w:t xml:space="preserve">    console.log(</w:t>
        <w:br/>
        <w:t xml:space="preserve">      `[Runtime] 找到托管 ${requirement.type}：${managedBinary}`,</w:t>
        <w:br/>
        <w:t xml:space="preserve">    );</w:t>
        <w:br/>
        <w:br/>
        <w:t xml:space="preserve">    console.log(</w:t>
        <w:br/>
        <w:t xml:space="preserve">      "[Runtime] 直接复用已有 Managed Binary",</w:t>
        <w:br/>
        <w:t xml:space="preserve">    );</w:t>
        <w:br/>
        <w:br/>
        <w:t xml:space="preserve">    return {</w:t>
        <w:br/>
        <w:t xml:space="preserve">      type: requirement.type,</w:t>
        <w:br/>
        <w:t xml:space="preserve">      path: managedBinary,</w:t>
        <w:br/>
        <w:t xml:space="preserve">      source: "managed",</w:t>
        <w:br/>
        <w:t xml:space="preserve">      version: artifact.version,</w:t>
        <w:br/>
        <w:t xml:space="preserve">    };</w:t>
        <w:br/>
        <w:t xml:space="preserve">  }</w:t>
        <w:br/>
        <w:br/>
        <w:t xml:space="preserve">  console.log(</w:t>
        <w:br/>
        <w:t xml:space="preserve">    `[Runtime] 未找到托管 ${requirement.type}`,</w:t>
        <w:br/>
        <w:t xml:space="preserve">  );</w:t>
        <w:br/>
        <w:br/>
        <w:t xml:space="preserve">  const archivePath =</w:t>
        <w:br/>
        <w:t xml:space="preserve">    await downloadArtifact(</w:t>
        <w:br/>
        <w:t xml:space="preserve">      artifact,</w:t>
        <w:br/>
        <w:t xml:space="preserve">    );</w:t>
        <w:br/>
        <w:br/>
        <w:t xml:space="preserve">  console.log(</w:t>
        <w:br/>
        <w:t xml:space="preserve">    "[Runtime] 正在验证 SHA256...",</w:t>
        <w:br/>
        <w:t xml:space="preserve">  );</w:t>
        <w:br/>
        <w:br/>
        <w:t xml:space="preserve">  await verifySha256(</w:t>
        <w:br/>
        <w:t xml:space="preserve">    archivePath,</w:t>
        <w:br/>
        <w:t xml:space="preserve">    artifact.sha256,</w:t>
        <w:br/>
        <w:t xml:space="preserve">  );</w:t>
        <w:br/>
        <w:br/>
        <w:t xml:space="preserve">  const installedBinary =</w:t>
        <w:br/>
        <w:t xml:space="preserve">    await installArtifact(</w:t>
        <w:br/>
        <w:t xml:space="preserve">      archivePath,</w:t>
        <w:br/>
        <w:t xml:space="preserve">      artifact,</w:t>
        <w:br/>
        <w:t xml:space="preserve">    );</w:t>
        <w:br/>
        <w:br/>
        <w:t xml:space="preserve">  console.log(</w:t>
        <w:br/>
        <w:t xml:space="preserve">    "[Runtime] Runtime 已准备完成",</w:t>
        <w:br/>
        <w:t xml:space="preserve">  );</w:t>
        <w:br/>
        <w:br/>
        <w:t xml:space="preserve">  return {</w:t>
        <w:br/>
        <w:t xml:space="preserve">    type: requirement.type,</w:t>
        <w:br/>
        <w:t xml:space="preserve">    path: installedBinary,</w:t>
        <w:br/>
        <w:t xml:space="preserve">    source: "managed",</w:t>
        <w:br/>
        <w:t xml:space="preserve">    version: artifact.version,</w:t>
        <w:br/>
        <w:t xml:space="preserve">  };</w:t>
        <w:br/>
        <w:t>}</w:t>
      </w:r>
    </w:p>
    <w:p>
      <w:r>
        <w:rPr>
          <w:rFonts w:ascii="Calibri" w:hAnsi="Calibri" w:eastAsia="Microsoft YaHei"/>
        </w:rPr>
        <w:t>Manager 现在不会把“找到命令”误当成“满足要求”：系统版本合格才直接使用，版本太旧或无法识别时会继续走托管分支。</w:t>
      </w:r>
    </w:p>
    <w:p>
      <w:r>
        <w:rPr>
          <w:rFonts w:ascii="Consolas" w:hAnsi="Consolas" w:eastAsia="Microsoft YaHei"/>
          <w:color w:val="1F4D78"/>
          <w:sz w:val="18"/>
        </w:rPr>
        <w:t>RUNTIME_FORCE_MANAGED=1</w:t>
      </w:r>
      <w:r>
        <w:rPr>
          <w:rFonts w:ascii="Calibri" w:hAnsi="Calibri" w:eastAsia="Microsoft YaHei"/>
        </w:rPr>
        <w:t xml:space="preserve"> 只是教学开关。电脑已经有合格的 </w:t>
      </w:r>
      <w:r>
        <w:rPr>
          <w:rFonts w:ascii="Consolas" w:hAnsi="Consolas" w:eastAsia="Microsoft YaHei"/>
          <w:color w:val="1F4D78"/>
          <w:sz w:val="18"/>
        </w:rPr>
        <w:t>rg</w:t>
      </w:r>
      <w:r>
        <w:rPr>
          <w:rFonts w:ascii="Calibri" w:hAnsi="Calibri" w:eastAsia="Microsoft YaHei"/>
        </w:rPr>
        <w:t xml:space="preserve"> 时，它会让这一次实验跳过系统版本，从而真实走一遍下载与安装；它不会修改 Windows 环境变量的永久配置。</w:t>
      </w:r>
    </w:p>
    <w:p>
      <w:pPr>
        <w:pStyle w:val="Heading1"/>
      </w:pPr>
      <w:r>
        <w:rPr>
          <w:rFonts w:ascii="Calibri" w:hAnsi="Calibri" w:eastAsia="Microsoft YaHei"/>
        </w:rPr>
        <w:t>11. 把 Tool 改成最终版本</w:t>
      </w:r>
    </w:p>
    <w:p>
      <w:r>
        <w:rPr>
          <w:rFonts w:ascii="Calibri" w:hAnsi="Calibri" w:eastAsia="Microsoft YaHei"/>
        </w:rPr>
        <w:t xml:space="preserve">最后，将 </w:t>
      </w:r>
      <w:r>
        <w:rPr>
          <w:rFonts w:ascii="Consolas" w:hAnsi="Consolas" w:eastAsia="Microsoft YaHei"/>
          <w:color w:val="1F4D78"/>
          <w:sz w:val="18"/>
        </w:rPr>
        <w:t>src/index.ts</w:t>
      </w:r>
      <w:r>
        <w:rPr>
          <w:rFonts w:ascii="Calibri" w:hAnsi="Calibri" w:eastAsia="Microsoft YaHei"/>
        </w:rPr>
        <w:t xml:space="preserve"> 替换为：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spawn } from "node:child_process";</w:t>
        <w:br/>
        <w:br/>
        <w:t>import {</w:t>
        <w:br/>
        <w:t xml:space="preserve">  ensureBinary,</w:t>
        <w:br/>
        <w:t xml:space="preserve">  type RuntimeRequirement,</w:t>
        <w:br/>
        <w:t>} from "./runtime/manager";</w:t>
        <w:br/>
        <w:br/>
        <w:t>const searchWorkspaceTool = {</w:t>
        <w:br/>
        <w:t xml:space="preserve">  name: "search_workspace",</w:t>
        <w:br/>
        <w:br/>
        <w:t xml:space="preserve">  runtime: {</w:t>
        <w:br/>
        <w:t xml:space="preserve">    type: "ripgrep",</w:t>
        <w:br/>
        <w:t xml:space="preserve">    version: "&gt;=14",</w:t>
        <w:br/>
        <w:t xml:space="preserve">  } satisfies RuntimeRequirement,</w:t>
        <w:br/>
        <w:t>};</w:t>
        <w:br/>
        <w:br/>
        <w:t>async function searchWorkspace(</w:t>
        <w:br/>
        <w:t xml:space="preserve">  query: string,</w:t>
        <w:br/>
        <w:t>): Promise&lt;void&gt; {</w:t>
        <w:br/>
        <w:t xml:space="preserve">  console.log(</w:t>
        <w:br/>
        <w:t xml:space="preserve">    `[Tool] ${searchWorkspaceTool.name}`,</w:t>
        <w:br/>
        <w:t xml:space="preserve">  );</w:t>
        <w:br/>
        <w:br/>
        <w:t xml:space="preserve">  console.log(</w:t>
        <w:br/>
        <w:t xml:space="preserve">    `[Tool] 运行时要求：${searchWorkspaceTool.runtime.type} ${searchWorkspaceTool.runtime.version}`,</w:t>
        <w:br/>
        <w:t xml:space="preserve">  );</w:t>
        <w:br/>
        <w:br/>
        <w:t xml:space="preserve">  const binary = await ensureBinary(</w:t>
        <w:br/>
        <w:t xml:space="preserve">    searchWorkspaceTool.runtime,</w:t>
        <w:br/>
        <w:t xml:space="preserve">  );</w:t>
        <w:br/>
        <w:br/>
        <w:t xml:space="preserve">  console.log(</w:t>
        <w:br/>
        <w:t xml:space="preserve">    `[Tool] Runtime 已就绪：${binary.path}`,</w:t>
        <w:br/>
        <w:t xml:space="preserve">  );</w:t>
        <w:br/>
        <w:br/>
        <w:t xml:space="preserve">  console.log(</w:t>
        <w:br/>
        <w:t xml:space="preserve">    `[Tool] 正在搜索：${query}`,</w:t>
        <w:br/>
        <w:t xml:space="preserve">  );</w:t>
        <w:br/>
        <w:br/>
        <w:t xml:space="preserve">  await new Promise&lt;void&gt;(</w:t>
        <w:br/>
        <w:t xml:space="preserve">    (resolve, reject) =&gt; {</w:t>
        <w:br/>
        <w:t xml:space="preserve">      const child = spawn(</w:t>
        <w:br/>
        <w:t xml:space="preserve">        binary.path,</w:t>
        <w:br/>
        <w:t xml:space="preserve">        [</w:t>
        <w:br/>
        <w:t xml:space="preserve">          "--line-number",</w:t>
        <w:br/>
        <w:t xml:space="preserve">          "--no-heading",</w:t>
        <w:br/>
        <w:t xml:space="preserve">          query,</w:t>
        <w:br/>
        <w:t xml:space="preserve">          "./demo",</w:t>
        <w:br/>
        <w:t xml:space="preserve">        ],</w:t>
        <w:br/>
        <w:t xml:space="preserve">        {</w:t>
        <w:br/>
        <w:t xml:space="preserve">          stdio: "inherit",</w:t>
        <w:br/>
        <w:t xml:space="preserve">        },</w:t>
        <w:br/>
        <w:t xml:space="preserve">      );</w:t>
        <w:br/>
        <w:br/>
        <w:t xml:space="preserve">      child.on("error", reject);</w:t>
        <w:br/>
        <w:br/>
        <w:t xml:space="preserve">      child.on("close", (code) =&gt; {</w:t>
        <w:br/>
        <w:t xml:space="preserve">        if (code === 0) {</w:t>
        <w:br/>
        <w:t xml:space="preserve">          resolve();</w:t>
        <w:br/>
        <w:t xml:space="preserve">          return;</w:t>
        <w:br/>
        <w:t xml:space="preserve">        }</w:t>
        <w:br/>
        <w:br/>
        <w:t xml:space="preserve">        reject(</w:t>
        <w:br/>
        <w:t xml:space="preserve">          new Error(</w:t>
        <w:br/>
        <w:t xml:space="preserve">            `ripgrep 退出码：${code}`,</w:t>
        <w:br/>
        <w:t xml:space="preserve">          ),</w:t>
        <w:br/>
        <w:t xml:space="preserve">        );</w:t>
        <w:br/>
        <w:t xml:space="preserve">      });</w:t>
        <w:br/>
        <w:t xml:space="preserve">    },</w:t>
        <w:br/>
        <w:t xml:space="preserve">  );</w:t>
        <w:br/>
        <w:t>}</w:t>
        <w:br/>
        <w:br/>
        <w:t>searchWorkspace("MCP").catch(</w:t>
        <w:br/>
        <w:t xml:space="preserve">  (error: unknown) =&gt; {</w:t>
        <w:br/>
        <w:t xml:space="preserve">    const message =</w:t>
        <w:br/>
        <w:t xml:space="preserve">      error instanceof Error</w:t>
        <w:br/>
        <w:t xml:space="preserve">        ? error.message</w:t>
        <w:br/>
        <w:t xml:space="preserve">        : String(error);</w:t>
        <w:br/>
        <w:br/>
        <w:t xml:space="preserve">    console.error(</w:t>
        <w:br/>
        <w:t xml:space="preserve">      `[Tool] 当前无法执行：${message}`,</w:t>
        <w:br/>
        <w:t xml:space="preserve">    );</w:t>
        <w:br/>
        <w:br/>
        <w:t xml:space="preserve">    process.exitCode = 1;</w:t>
        <w:br/>
        <w:t xml:space="preserve">  },</w:t>
        <w:br/>
        <w:t>);</w:t>
      </w:r>
    </w:p>
    <w:p>
      <w:r>
        <w:rPr>
          <w:rFonts w:ascii="Calibri" w:hAnsi="Calibri" w:eastAsia="Microsoft YaHei"/>
        </w:rPr>
        <w:t xml:space="preserve">Tool 现在只剩两类责任：声明 </w:t>
      </w:r>
      <w:r>
        <w:rPr>
          <w:rFonts w:ascii="Consolas" w:hAnsi="Consolas" w:eastAsia="Microsoft YaHei"/>
          <w:color w:val="1F4D78"/>
          <w:sz w:val="18"/>
        </w:rPr>
        <w:t>ripgrep &gt;=14</w:t>
      </w:r>
      <w:r>
        <w:rPr>
          <w:rFonts w:ascii="Calibri" w:hAnsi="Calibri" w:eastAsia="Microsoft YaHei"/>
        </w:rPr>
        <w:t xml:space="preserve">，以及拿到 </w:t>
      </w:r>
      <w:r>
        <w:rPr>
          <w:rFonts w:ascii="Consolas" w:hAnsi="Consolas" w:eastAsia="Microsoft YaHei"/>
          <w:color w:val="1F4D78"/>
          <w:sz w:val="18"/>
        </w:rPr>
        <w:t>binary.path</w:t>
      </w:r>
      <w:r>
        <w:rPr>
          <w:rFonts w:ascii="Calibri" w:hAnsi="Calibri" w:eastAsia="Microsoft YaHei"/>
        </w:rPr>
        <w:t xml:space="preserve"> 后执行搜索。下载细节已经从业务代码里消失了。</w:t>
      </w:r>
    </w:p>
    <w:p>
      <w:pPr>
        <w:pStyle w:val="Heading1"/>
      </w:pPr>
      <w:r>
        <w:rPr>
          <w:rFonts w:ascii="Calibri" w:hAnsi="Calibri" w:eastAsia="Microsoft YaHei"/>
        </w:rPr>
        <w:t>12. 第一次完整运行：缺少就自动准备</w:t>
      </w:r>
    </w:p>
    <w:p>
      <w:r>
        <w:rPr>
          <w:rFonts w:ascii="Calibri" w:hAnsi="Calibri" w:eastAsia="Microsoft YaHei"/>
        </w:rPr>
        <w:t>先做 TypeScript 检查：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tsc --noEmit</w:t>
      </w:r>
    </w:p>
    <w:p>
      <w:r>
        <w:rPr>
          <w:rFonts w:ascii="Calibri" w:hAnsi="Calibri" w:eastAsia="Microsoft YaHei"/>
        </w:rPr>
        <w:t>没有输出且回到提示符，就代表类型检查通过。</w:t>
      </w:r>
    </w:p>
    <w:p>
      <w:r>
        <w:rPr>
          <w:rFonts w:ascii="Calibri" w:hAnsi="Calibri" w:eastAsia="Microsoft YaHei"/>
        </w:rPr>
        <w:t xml:space="preserve">为了让已经安装 </w:t>
      </w:r>
      <w:r>
        <w:rPr>
          <w:rFonts w:ascii="Consolas" w:hAnsi="Consolas" w:eastAsia="Microsoft YaHei"/>
          <w:color w:val="1F4D78"/>
          <w:sz w:val="18"/>
        </w:rPr>
        <w:t>rg</w:t>
      </w:r>
      <w:r>
        <w:rPr>
          <w:rFonts w:ascii="Calibri" w:hAnsi="Calibri" w:eastAsia="Microsoft YaHei"/>
        </w:rPr>
        <w:t xml:space="preserve"> 的电脑也能复现托管分支，在当前 PowerShell 会话设置教学开关：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$env:RUNTIME_FORCE_MANAGED = "1"</w:t>
        <w:br/>
        <w:t>npx tsx src/index.ts</w:t>
      </w:r>
    </w:p>
    <w:p>
      <w:r>
        <w:rPr>
          <w:rFonts w:ascii="Calibri" w:hAnsi="Calibri" w:eastAsia="Microsoft YaHei"/>
        </w:rPr>
        <w:t>第一次运行会依次看到：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[Tool] search_workspace</w:t>
        <w:br/>
        <w:t>[Tool] 运行时要求：ripgrep &gt;=14</w:t>
        <w:br/>
        <w:t>[Runtime] 未找到系统 ripgrep</w:t>
        <w:br/>
        <w:t>[Runtime] 已选择：14.1.1 / win32-x64</w:t>
        <w:br/>
        <w:t>[Runtime] 未找到托管 ripgrep</w:t>
        <w:br/>
        <w:t>[Runtime] 正在下载：ripgrep-14.1.1-x86_64-pc-windows-msvc.zip</w:t>
        <w:br/>
        <w:t>[Runtime] SHA256 校验通过</w:t>
        <w:br/>
        <w:t>[Runtime] 解压完成</w:t>
        <w:br/>
        <w:t>[Runtime] 安装完成</w:t>
        <w:br/>
        <w:t>[Runtime] Runtime 已准备完成</w:t>
        <w:br/>
        <w:t>[Tool] 正在搜索：MCP</w:t>
        <w:br/>
        <w:t>./demo\mcp-intro.md:1:# MCP 学习笔记</w:t>
        <w:br/>
        <w:t>./demo\mcp-intro.md:3:MCP 可以让 AI 应用发现并调用外部工具。</w:t>
      </w:r>
    </w:p>
    <w:p>
      <w:r>
        <w:rPr>
          <w:rFonts w:ascii="Calibri" w:hAnsi="Calibri" w:eastAsia="Microsoft YaHei"/>
          <w:b/>
        </w:rPr>
        <w:t>核心成功标志：</w:t>
      </w:r>
      <w:r>
        <w:rPr>
          <w:rFonts w:ascii="Calibri" w:hAnsi="Calibri" w:eastAsia="Microsoft YaHei"/>
        </w:rPr>
        <w:t xml:space="preserve"> 最后出现两条搜索结果。安装不是一个需要用户重新开始的前置任务；同一次 Tool 调用会在准备完成后继续走到搜索。</w:t>
      </w:r>
    </w:p>
    <w:p>
      <w:r>
        <w:rPr>
          <w:rFonts w:ascii="Calibri" w:hAnsi="Calibri" w:eastAsia="Microsoft YaHei"/>
        </w:rPr>
        <w:t>如果卡在下载，先在浏览器打开 Manifest 中的 GitHub Release URL；如果报 SHA256 不一致，删除当前项目下刚下载的 ZIP，确认 Manifest 没有被改过，再重试。不要为了“先跑起来”直接删掉校验步骤。</w:t>
      </w:r>
    </w:p>
    <w:p>
      <w:r>
        <w:rPr>
          <w:rFonts w:ascii="Calibri" w:hAnsi="Calibri" w:eastAsia="Microsoft YaHei"/>
        </w:rPr>
        <w:t>如果复制时想核对差异，开头提供的 Demo v2 就是这套代码的完整成品。</w:t>
      </w:r>
    </w:p>
    <w:p>
      <w:pPr>
        <w:pStyle w:val="Heading1"/>
      </w:pPr>
      <w:r>
        <w:rPr>
          <w:rFonts w:ascii="Calibri" w:hAnsi="Calibri" w:eastAsia="Microsoft YaHei"/>
        </w:rPr>
        <w:t>13. 第二次运行：不重复安装，直接复用</w:t>
      </w:r>
    </w:p>
    <w:p>
      <w:r>
        <w:rPr>
          <w:rFonts w:ascii="Calibri" w:hAnsi="Calibri" w:eastAsia="Microsoft YaHei"/>
        </w:rPr>
        <w:t>不要改任何代码，再运行一次：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tsx src/index.ts</w:t>
      </w:r>
    </w:p>
    <w:p>
      <w:r>
        <w:rPr>
          <w:rFonts w:ascii="Calibri" w:hAnsi="Calibri" w:eastAsia="Microsoft YaHei"/>
        </w:rPr>
        <w:t xml:space="preserve">这次 Runtime Manager 会找到 </w:t>
      </w:r>
      <w:r>
        <w:rPr>
          <w:rFonts w:ascii="Consolas" w:hAnsi="Consolas" w:eastAsia="Microsoft YaHei"/>
          <w:color w:val="1F4D78"/>
          <w:sz w:val="18"/>
        </w:rPr>
        <w:t>.runtime/ripgrep/versions/14.1.1/rg.exe</w:t>
      </w:r>
      <w:r>
        <w:rPr>
          <w:rFonts w:ascii="Calibri" w:hAnsi="Calibri" w:eastAsia="Microsoft YaHei"/>
        </w:rPr>
        <w:t>，直接复用已有 Managed Binary：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701285"/>
            <wp:docPr id="8" name="Picture 8" descr="第二次调用找到托管 ripgrep，不再下载和解压，直接继续搜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managed-reus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012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第二次调用找到托管 ripgrep，不再下载和解压，直接继续搜索</w:t>
      </w:r>
    </w:p>
    <w:p>
      <w:r>
        <w:rPr>
          <w:rFonts w:ascii="Calibri" w:hAnsi="Calibri" w:eastAsia="Microsoft YaHei"/>
        </w:rPr>
        <w:t>两次运行的差别很清楚：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Layout w:type="fixed"/>
      </w:tblPr>
      <w:tblGrid>
        <w:gridCol w:w="1800"/>
        <w:gridCol w:w="3540"/>
        <w:gridCol w:w="4020"/>
      </w:tblGrid>
      <w:tr>
        <w:trPr>
          <w:tblHeader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sz w:val="19"/>
              </w:rPr>
              <w:t>调用</w:t>
            </w:r>
          </w:p>
        </w:tc>
        <w:tc>
          <w:tcPr>
            <w:tcW w:type="dxa" w:w="3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sz w:val="19"/>
              </w:rPr>
              <w:t>当前状态</w:t>
            </w:r>
          </w:p>
        </w:tc>
        <w:tc>
          <w:tcPr>
            <w:tcW w:type="dxa" w:w="40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sz w:val="19"/>
              </w:rPr>
              <w:t>实际行为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第一次</w:t>
            </w:r>
          </w:p>
        </w:tc>
        <w:tc>
          <w:tcPr>
            <w:tcW w:type="dxa" w:w="3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System 没有 / Managed 没有</w:t>
            </w:r>
          </w:p>
        </w:tc>
        <w:tc>
          <w:tcPr>
            <w:tcW w:type="dxa" w:w="40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Resolve → Download → Verify → Install → Execute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第二次</w:t>
            </w:r>
          </w:p>
        </w:tc>
        <w:tc>
          <w:tcPr>
            <w:tcW w:type="dxa" w:w="3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System 没有 / Managed 已有</w:t>
            </w:r>
          </w:p>
        </w:tc>
        <w:tc>
          <w:tcPr>
            <w:tcW w:type="dxa" w:w="40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Resolve → Reuse → Execute</w:t>
            </w:r>
          </w:p>
        </w:tc>
      </w:tr>
    </w:tbl>
    <w:p>
      <w:pPr>
        <w:spacing w:after="40"/>
      </w:pPr>
    </w:p>
    <w:p>
      <w:r>
        <w:rPr>
          <w:rFonts w:ascii="Calibri" w:hAnsi="Calibri" w:eastAsia="Microsoft YaHei"/>
        </w:rPr>
        <w:t>Runtime Manager 不是“每次都帮你重装”，而是“确保运行环境存在”。已经存在时，最正确的动作就是少折腾。</w:t>
      </w:r>
    </w:p>
    <w:p>
      <w:r>
        <w:rPr>
          <w:rFonts w:ascii="Calibri" w:hAnsi="Calibri" w:eastAsia="Microsoft YaHei"/>
        </w:rPr>
        <w:t>实验完成后清掉当前终端的教学开关：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Remove-Item Env:RUNTIME_FORCE_MANAGED</w:t>
      </w:r>
    </w:p>
    <w:p>
      <w:r>
        <w:rPr>
          <w:rFonts w:ascii="Calibri" w:hAnsi="Calibri" w:eastAsia="Microsoft YaHei"/>
        </w:rPr>
        <w:t xml:space="preserve">以后不设置它，代码会优先使用系统中已经存在的 </w:t>
      </w:r>
      <w:r>
        <w:rPr>
          <w:rFonts w:ascii="Consolas" w:hAnsi="Consolas" w:eastAsia="Microsoft YaHei"/>
          <w:color w:val="1F4D78"/>
          <w:sz w:val="18"/>
        </w:rPr>
        <w:t>rg</w:t>
      </w:r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14. 为什么这比直接改 PATH 更舒服？</w:t>
      </w:r>
    </w:p>
    <w:p>
      <w:r>
        <w:rPr>
          <w:rFonts w:ascii="Calibri" w:hAnsi="Calibri" w:eastAsia="Microsoft YaHei"/>
        </w:rPr>
        <w:t xml:space="preserve">本篇没有把 </w:t>
      </w:r>
      <w:r>
        <w:rPr>
          <w:rFonts w:ascii="Consolas" w:hAnsi="Consolas" w:eastAsia="Microsoft YaHei"/>
          <w:color w:val="1F4D78"/>
          <w:sz w:val="18"/>
        </w:rPr>
        <w:t>rg.exe</w:t>
      </w:r>
      <w:r>
        <w:rPr>
          <w:rFonts w:ascii="Calibri" w:hAnsi="Calibri" w:eastAsia="Microsoft YaHei"/>
        </w:rPr>
        <w:t xml:space="preserve"> 安装到 Program Files，也没有永久修改系统 PATH。Tool 拿到的是一个具体文件路径，然后执行：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spawn(binary.path, args);</w:t>
      </w:r>
    </w:p>
    <w:p>
      <w:r>
        <w:rPr>
          <w:rFonts w:ascii="Calibri" w:hAnsi="Calibri" w:eastAsia="Microsoft YaHei"/>
        </w:rPr>
        <w:t>这样做有几个直接好处：</w:t>
      </w:r>
    </w:p>
    <w:p>
      <w:pPr>
        <w:pStyle w:val="ListBullet"/>
      </w:pPr>
      <w:r>
        <w:rPr>
          <w:rFonts w:ascii="Calibri" w:hAnsi="Calibri" w:eastAsia="Microsoft YaHei"/>
        </w:rPr>
        <w:t>不需要管理员权限；</w:t>
      </w:r>
    </w:p>
    <w:p>
      <w:pPr>
        <w:pStyle w:val="ListBullet"/>
      </w:pPr>
      <w:r>
        <w:rPr>
          <w:rFonts w:ascii="Calibri" w:hAnsi="Calibri" w:eastAsia="Microsoft YaHei"/>
        </w:rPr>
        <w:t xml:space="preserve">不会影响其他项目正在使用的 </w:t>
      </w:r>
      <w:r>
        <w:rPr>
          <w:rFonts w:ascii="Consolas" w:hAnsi="Consolas" w:eastAsia="Microsoft YaHei"/>
          <w:color w:val="1F4D78"/>
          <w:sz w:val="18"/>
        </w:rPr>
        <w:t>rg</w:t>
      </w:r>
      <w:r>
        <w:rPr>
          <w:rFonts w:ascii="Calibri" w:hAnsi="Calibri" w:eastAsia="Microsoft YaHei"/>
        </w:rPr>
        <w:t>；</w:t>
      </w:r>
    </w:p>
    <w:p>
      <w:pPr>
        <w:pStyle w:val="ListBullet"/>
      </w:pPr>
      <w:r>
        <w:rPr>
          <w:rFonts w:ascii="Calibri" w:hAnsi="Calibri" w:eastAsia="Microsoft YaHei"/>
        </w:rPr>
        <w:t>一个项目可以明确管理自己的版本；</w:t>
      </w:r>
    </w:p>
    <w:p>
      <w:pPr>
        <w:pStyle w:val="ListBullet"/>
      </w:pPr>
      <w:r>
        <w:rPr>
          <w:rFonts w:ascii="Calibri" w:hAnsi="Calibri" w:eastAsia="Microsoft YaHei"/>
        </w:rPr>
        <w:t xml:space="preserve">删除当前项目的 </w:t>
      </w:r>
      <w:r>
        <w:rPr>
          <w:rFonts w:ascii="Consolas" w:hAnsi="Consolas" w:eastAsia="Microsoft YaHei"/>
          <w:color w:val="1F4D78"/>
          <w:sz w:val="18"/>
        </w:rPr>
        <w:t>.runtime/</w:t>
      </w:r>
      <w:r>
        <w:rPr>
          <w:rFonts w:ascii="Calibri" w:hAnsi="Calibri" w:eastAsia="Microsoft YaHei"/>
        </w:rPr>
        <w:t xml:space="preserve"> 就能清理托管环境；</w:t>
      </w:r>
    </w:p>
    <w:p>
      <w:pPr>
        <w:pStyle w:val="ListBullet"/>
      </w:pPr>
      <w:r>
        <w:rPr>
          <w:rFonts w:ascii="Calibri" w:hAnsi="Calibri" w:eastAsia="Microsoft YaHei"/>
        </w:rPr>
        <w:t>失败更容易定位在检测、解析、下载、校验、安装或执行中的某一层。</w:t>
      </w:r>
    </w:p>
    <w:p>
      <w:r>
        <w:rPr>
          <w:rFonts w:ascii="Calibri" w:hAnsi="Calibri" w:eastAsia="Microsoft YaHei"/>
        </w:rPr>
        <w:t>代价也很真实：每个项目可能重复占用磁盘，Manifest 和缓存策略需要维护，多平台安装逻辑也要自己负责。它不是万能答案，只是在 Agent Tool 需要稳定、可控依赖时非常有用的一种边界。</w:t>
      </w:r>
    </w:p>
    <w:p>
      <w:pPr>
        <w:pStyle w:val="Heading1"/>
      </w:pPr>
      <w:r>
        <w:rPr>
          <w:rFonts w:ascii="Calibri" w:hAnsi="Calibri" w:eastAsia="Microsoft YaHei"/>
        </w:rPr>
        <w:t>15. 放回 Agent 世界：它不是 Hook，也不是 Tool 本身</w:t>
      </w:r>
    </w:p>
    <w:p>
      <w:r>
        <w:rPr>
          <w:rFonts w:ascii="Calibri" w:hAnsi="Calibri" w:eastAsia="Microsoft YaHei"/>
        </w:rPr>
        <w:t>Runtime Manager 经常发生在 Tool 执行之前，但“执行得早”不等于“它就是 Hook”。</w:t>
      </w:r>
    </w:p>
    <w:p>
      <w:pPr>
        <w:pStyle w:val="ListBullet"/>
      </w:pPr>
      <w:r>
        <w:rPr>
          <w:rFonts w:ascii="Calibri" w:hAnsi="Calibri" w:eastAsia="Microsoft YaHei"/>
          <w:b/>
        </w:rPr>
        <w:t>Tool</w:t>
      </w:r>
      <w:r>
        <w:rPr>
          <w:rFonts w:ascii="Calibri" w:hAnsi="Calibri" w:eastAsia="Microsoft YaHei"/>
        </w:rPr>
        <w:t>：一个具体动作，例如搜索工作区；</w:t>
      </w:r>
    </w:p>
    <w:p>
      <w:pPr>
        <w:pStyle w:val="ListBullet"/>
      </w:pPr>
      <w:r>
        <w:rPr>
          <w:rFonts w:ascii="Calibri" w:hAnsi="Calibri" w:eastAsia="Microsoft YaHei"/>
          <w:b/>
        </w:rPr>
        <w:t>Skill</w:t>
      </w:r>
      <w:r>
        <w:rPr>
          <w:rFonts w:ascii="Calibri" w:hAnsi="Calibri" w:eastAsia="Microsoft YaHei"/>
        </w:rPr>
        <w:t>：告诉 Agent 一类任务应该怎么做；</w:t>
      </w:r>
    </w:p>
    <w:p>
      <w:pPr>
        <w:pStyle w:val="ListBullet"/>
      </w:pPr>
      <w:r>
        <w:rPr>
          <w:rFonts w:ascii="Calibri" w:hAnsi="Calibri" w:eastAsia="Microsoft YaHei"/>
          <w:b/>
        </w:rPr>
        <w:t>MCP</w:t>
      </w:r>
      <w:r>
        <w:rPr>
          <w:rFonts w:ascii="Calibri" w:hAnsi="Calibri" w:eastAsia="Microsoft YaHei"/>
        </w:rPr>
        <w:t>：让客户端用统一协议发现和调用外部能力；</w:t>
      </w:r>
    </w:p>
    <w:p>
      <w:pPr>
        <w:pStyle w:val="ListBullet"/>
      </w:pPr>
      <w:r>
        <w:rPr>
          <w:rFonts w:ascii="Calibri" w:hAnsi="Calibri" w:eastAsia="Microsoft YaHei"/>
          <w:b/>
        </w:rPr>
        <w:t>Hook</w:t>
      </w:r>
      <w:r>
        <w:rPr>
          <w:rFonts w:ascii="Calibri" w:hAnsi="Calibri" w:eastAsia="Microsoft YaHei"/>
        </w:rPr>
        <w:t>：在开始、执行前、执行后等时机触发逻辑；</w:t>
      </w:r>
    </w:p>
    <w:p>
      <w:pPr>
        <w:pStyle w:val="ListBullet"/>
      </w:pPr>
      <w:r>
        <w:rPr>
          <w:rFonts w:ascii="Calibri" w:hAnsi="Calibri" w:eastAsia="Microsoft YaHei"/>
          <w:b/>
        </w:rPr>
        <w:t>Runtime / Binary Manager</w:t>
      </w:r>
      <w:r>
        <w:rPr>
          <w:rFonts w:ascii="Calibri" w:hAnsi="Calibri" w:eastAsia="Microsoft YaHei"/>
        </w:rPr>
        <w:t>：确保 Tool 依赖的真实执行环境存在。</w:t>
      </w:r>
    </w:p>
    <w:p>
      <w:r>
        <w:rPr>
          <w:rFonts w:ascii="Calibri" w:hAnsi="Calibri" w:eastAsia="Microsoft YaHei"/>
        </w:rPr>
        <w:t>它们可以这样合作：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用户提出任务</w:t>
        <w:br/>
        <w:t>↓</w:t>
        <w:br/>
        <w:t>Agent 选择 Skill / Tool</w:t>
        <w:br/>
        <w:t>↓</w:t>
        <w:br/>
        <w:t>MCP 或 Plugin 暴露能力</w:t>
        <w:br/>
        <w:t>↓</w:t>
        <w:br/>
        <w:t>Runtime Manager.ensure()</w:t>
        <w:br/>
        <w:t>↓</w:t>
        <w:br/>
        <w:t>Node / Python / FFmpeg / ripgrep 等真正执行</w:t>
        <w:br/>
        <w:t>↓</w:t>
        <w:br/>
        <w:t>结果返回 Agent</w:t>
      </w:r>
    </w:p>
    <w:p>
      <w:r>
        <w:rPr>
          <w:rFonts w:ascii="Calibri" w:hAnsi="Calibri" w:eastAsia="Microsoft YaHei"/>
        </w:rPr>
        <w:t>所以本篇不是在证明“某个 Agent 产品内部一定这样实现”，而是在用独立 Demo 回答一个工程问题：</w:t>
      </w:r>
      <w:r>
        <w:rPr>
          <w:rFonts w:ascii="Calibri" w:hAnsi="Calibri" w:eastAsia="Microsoft YaHei"/>
          <w:b/>
        </w:rPr>
        <w:t>当 Tool 的依赖不存在时，我们可以怎样把失败变成可控的准备流程？</w:t>
      </w:r>
    </w:p>
    <w:p>
      <w:pPr>
        <w:pStyle w:val="Heading1"/>
      </w:pPr>
      <w:r>
        <w:rPr>
          <w:rFonts w:ascii="Calibri" w:hAnsi="Calibri" w:eastAsia="Microsoft YaHei"/>
        </w:rPr>
        <w:t>16. 这个最小 Demo 还缺什么？</w:t>
      </w:r>
    </w:p>
    <w:p>
      <w:r>
        <w:rPr>
          <w:rFonts w:ascii="Calibri" w:hAnsi="Calibri" w:eastAsia="Microsoft YaHei"/>
        </w:rPr>
        <w:t>现在的版本已经能演示主链，但离成熟系统还有距离：</w:t>
      </w:r>
    </w:p>
    <w:p>
      <w:pPr>
        <w:pStyle w:val="ListBullet"/>
      </w:pPr>
      <w:r>
        <w:rPr>
          <w:rFonts w:ascii="Calibri" w:hAnsi="Calibri" w:eastAsia="Microsoft YaHei"/>
        </w:rPr>
        <w:t>只支持 Windows x64 和 ZIP；</w:t>
      </w:r>
    </w:p>
    <w:p>
      <w:pPr>
        <w:pStyle w:val="ListBullet"/>
      </w:pPr>
      <w:r>
        <w:rPr>
          <w:rFonts w:ascii="Calibri" w:hAnsi="Calibri" w:eastAsia="Microsoft YaHei"/>
        </w:rPr>
        <w:t>只支持 ripgrep；</w:t>
      </w:r>
    </w:p>
    <w:p>
      <w:pPr>
        <w:pStyle w:val="ListBullet"/>
      </w:pPr>
      <w:r>
        <w:rPr>
          <w:rFonts w:ascii="Calibri" w:hAnsi="Calibri" w:eastAsia="Microsoft YaHei"/>
        </w:rPr>
        <w:t xml:space="preserve">版本表达式只认 </w:t>
      </w:r>
      <w:r>
        <w:rPr>
          <w:rFonts w:ascii="Consolas" w:hAnsi="Consolas" w:eastAsia="Microsoft YaHei"/>
          <w:color w:val="1F4D78"/>
          <w:sz w:val="18"/>
        </w:rPr>
        <w:t>&gt;=主版本号</w:t>
      </w:r>
      <w:r>
        <w:rPr>
          <w:rFonts w:ascii="Calibri" w:hAnsi="Calibri" w:eastAsia="Microsoft YaHei"/>
        </w:rPr>
        <w:t>；</w:t>
      </w:r>
    </w:p>
    <w:p>
      <w:pPr>
        <w:pStyle w:val="ListBullet"/>
      </w:pPr>
      <w:r>
        <w:rPr>
          <w:rFonts w:ascii="Calibri" w:hAnsi="Calibri" w:eastAsia="Microsoft YaHei"/>
        </w:rPr>
        <w:t>没有下载超时、重试和镜像回退；</w:t>
      </w:r>
    </w:p>
    <w:p>
      <w:pPr>
        <w:pStyle w:val="ListBullet"/>
      </w:pPr>
      <w:r>
        <w:rPr>
          <w:rFonts w:ascii="Calibri" w:hAnsi="Calibri" w:eastAsia="Microsoft YaHei"/>
        </w:rPr>
        <w:t>没有并发安装锁，两个进程可能同时准备同一版本；</w:t>
      </w:r>
    </w:p>
    <w:p>
      <w:pPr>
        <w:pStyle w:val="ListBullet"/>
      </w:pPr>
      <w:r>
        <w:rPr>
          <w:rFonts w:ascii="Calibri" w:hAnsi="Calibri" w:eastAsia="Microsoft YaHei"/>
        </w:rPr>
        <w:t>没有原子安装、回滚、损坏自愈和定期清理；</w:t>
      </w:r>
    </w:p>
    <w:p>
      <w:pPr>
        <w:pStyle w:val="ListBullet"/>
      </w:pPr>
      <w:r>
        <w:rPr>
          <w:rFonts w:ascii="Calibri" w:hAnsi="Calibri" w:eastAsia="Microsoft YaHei"/>
        </w:rPr>
        <w:t>只校验 SHA256，还没有发布者签名或更完整的供应链校验；</w:t>
      </w:r>
    </w:p>
    <w:p>
      <w:pPr>
        <w:pStyle w:val="ListBullet"/>
      </w:pPr>
      <w:r>
        <w:rPr>
          <w:rFonts w:ascii="Calibri" w:hAnsi="Calibri" w:eastAsia="Microsoft YaHei"/>
        </w:rPr>
        <w:t>Manifest 是本地文件，生产环境还要限制谁能修改它。</w:t>
      </w:r>
    </w:p>
    <w:p>
      <w:r>
        <w:rPr>
          <w:rFonts w:ascii="Calibri" w:hAnsi="Calibri" w:eastAsia="Microsoft YaHei"/>
        </w:rPr>
        <w:t>这不是“做得不够像生产”，而是刻意把第一版压到可以看懂。先跑通 Declare → Detect → Resolve → Provision → Execute，再逐个添加可靠性，学习成本会舒服很多。</w:t>
      </w:r>
    </w:p>
    <w:p>
      <w:pPr>
        <w:pStyle w:val="Heading1"/>
      </w:pPr>
      <w:r>
        <w:rPr>
          <w:rFonts w:ascii="Calibri" w:hAnsi="Calibri" w:eastAsia="Microsoft YaHei"/>
        </w:rPr>
        <w:t>17. 常见问题</w:t>
      </w:r>
    </w:p>
    <w:p>
      <w:pPr>
        <w:pStyle w:val="Heading2"/>
      </w:pPr>
      <w:r>
        <w:rPr>
          <w:rFonts w:ascii="Calibri" w:hAnsi="Calibri" w:eastAsia="Microsoft YaHei"/>
        </w:rPr>
        <w:t>我的电脑已经有 rg，为什么没有下载？</w:t>
      </w:r>
    </w:p>
    <w:p>
      <w:r>
        <w:rPr>
          <w:rFonts w:ascii="Calibri" w:hAnsi="Calibri" w:eastAsia="Microsoft YaHei"/>
        </w:rPr>
        <w:t xml:space="preserve">默认逻辑会优先使用满足 </w:t>
      </w:r>
      <w:r>
        <w:rPr>
          <w:rFonts w:ascii="Consolas" w:hAnsi="Consolas" w:eastAsia="Microsoft YaHei"/>
          <w:color w:val="1F4D78"/>
          <w:sz w:val="18"/>
        </w:rPr>
        <w:t>&gt;=14</w:t>
      </w:r>
      <w:r>
        <w:rPr>
          <w:rFonts w:ascii="Calibri" w:hAnsi="Calibri" w:eastAsia="Microsoft YaHei"/>
        </w:rPr>
        <w:t xml:space="preserve"> 的 System Binary；低于 14 或无法识别版本时，会自动改用托管版本。想让合格的系统版本也走一次下载流程，请在当前 PowerShell 里设置 </w:t>
      </w:r>
      <w:r>
        <w:rPr>
          <w:rFonts w:ascii="Consolas" w:hAnsi="Consolas" w:eastAsia="Microsoft YaHei"/>
          <w:color w:val="1F4D78"/>
          <w:sz w:val="18"/>
        </w:rPr>
        <w:t>$env:RUNTIME_FORCE_MANAGED = "1"</w:t>
      </w:r>
      <w:r>
        <w:rPr>
          <w:rFonts w:ascii="Calibri" w:hAnsi="Calibri" w:eastAsia="Microsoft YaHei"/>
        </w:rPr>
        <w:t xml:space="preserve">，实验结束后用 </w:t>
      </w:r>
      <w:r>
        <w:rPr>
          <w:rFonts w:ascii="Consolas" w:hAnsi="Consolas" w:eastAsia="Microsoft YaHei"/>
          <w:color w:val="1F4D78"/>
          <w:sz w:val="18"/>
        </w:rPr>
        <w:t>Remove-Item Env:RUNTIME_FORCE_MANAGED</w:t>
      </w:r>
      <w:r>
        <w:rPr>
          <w:rFonts w:ascii="Calibri" w:hAnsi="Calibri" w:eastAsia="Microsoft YaHei"/>
        </w:rPr>
        <w:t xml:space="preserve"> 清掉。它不会永久修改系统 PATH。</w:t>
      </w:r>
    </w:p>
    <w:p>
      <w:pPr>
        <w:pStyle w:val="Heading2"/>
      </w:pPr>
      <w:r>
        <w:rPr>
          <w:rFonts w:ascii="Calibri" w:hAnsi="Calibri" w:eastAsia="Microsoft YaHei"/>
        </w:rPr>
        <w:t>为什么报“当前平台没有可用 Artifact”？</w:t>
      </w:r>
    </w:p>
    <w:p>
      <w:r>
        <w:rPr>
          <w:rFonts w:ascii="Calibri" w:hAnsi="Calibri" w:eastAsia="Microsoft YaHei"/>
        </w:rPr>
        <w:t xml:space="preserve">先运行 </w:t>
      </w:r>
      <w:r>
        <w:rPr>
          <w:rFonts w:ascii="Consolas" w:hAnsi="Consolas" w:eastAsia="Microsoft YaHei"/>
          <w:color w:val="1F4D78"/>
          <w:sz w:val="18"/>
        </w:rPr>
        <w:t>node -e "console.log(process.platform, process.arch)"</w:t>
      </w:r>
      <w:r>
        <w:rPr>
          <w:rFonts w:ascii="Calibri" w:hAnsi="Calibri" w:eastAsia="Microsoft YaHei"/>
        </w:rPr>
        <w:t xml:space="preserve">。本文 Manifest 只有 </w:t>
      </w:r>
      <w:r>
        <w:rPr>
          <w:rFonts w:ascii="Consolas" w:hAnsi="Consolas" w:eastAsia="Microsoft YaHei"/>
          <w:color w:val="1F4D78"/>
          <w:sz w:val="18"/>
        </w:rPr>
        <w:t>win32-x64</w:t>
      </w:r>
      <w:r>
        <w:rPr>
          <w:rFonts w:ascii="Calibri" w:hAnsi="Calibri" w:eastAsia="Microsoft YaHei"/>
        </w:rPr>
        <w:t>；macOS、Linux 或 arm64 需要补对应下载文件和安装逻辑。</w:t>
      </w:r>
    </w:p>
    <w:p>
      <w:pPr>
        <w:pStyle w:val="Heading2"/>
      </w:pPr>
      <w:r>
        <w:rPr>
          <w:rFonts w:ascii="Calibri" w:hAnsi="Calibri" w:eastAsia="Microsoft YaHei"/>
        </w:rPr>
        <w:t>为什么报 SHA256 校验失败？</w:t>
      </w:r>
    </w:p>
    <w:p>
      <w:r>
        <w:rPr>
          <w:rFonts w:ascii="Calibri" w:hAnsi="Calibri" w:eastAsia="Microsoft YaHei"/>
        </w:rPr>
        <w:t xml:space="preserve">当前 ZIP 内容与 Manifest 记录不一致。先停止安装，不要继续执行；删除当前项目 </w:t>
      </w:r>
      <w:r>
        <w:rPr>
          <w:rFonts w:ascii="Consolas" w:hAnsi="Consolas" w:eastAsia="Microsoft YaHei"/>
          <w:color w:val="1F4D78"/>
          <w:sz w:val="18"/>
        </w:rPr>
        <w:t>.runtime/downloads</w:t>
      </w:r>
      <w:r>
        <w:rPr>
          <w:rFonts w:ascii="Calibri" w:hAnsi="Calibri" w:eastAsia="Microsoft YaHei"/>
        </w:rPr>
        <w:t xml:space="preserve"> 里的对应 ZIP，核对官方 Release URL 和 SHA256 后再试。</w:t>
      </w:r>
    </w:p>
    <w:p>
      <w:pPr>
        <w:pStyle w:val="Heading2"/>
      </w:pPr>
      <w:r>
        <w:rPr>
          <w:rFonts w:ascii="Calibri" w:hAnsi="Calibri" w:eastAsia="Microsoft YaHei"/>
        </w:rPr>
        <w:t xml:space="preserve">为什么 </w:t>
      </w:r>
      <w:r>
        <w:rPr>
          <w:rFonts w:ascii="Consolas" w:hAnsi="Consolas" w:eastAsia="Microsoft YaHei"/>
          <w:color w:val="1F4D78"/>
          <w:sz w:val="18"/>
        </w:rPr>
        <w:t>runtime-manifest.json</w:t>
      </w:r>
      <w:r>
        <w:rPr>
          <w:rFonts w:ascii="Calibri" w:hAnsi="Calibri" w:eastAsia="Microsoft YaHei"/>
        </w:rPr>
        <w:t xml:space="preserve"> 明明存在，却提示找不到？</w:t>
      </w:r>
    </w:p>
    <w:p>
      <w:r>
        <w:rPr>
          <w:rFonts w:ascii="Calibri" w:hAnsi="Calibri" w:eastAsia="Microsoft YaHei"/>
        </w:rPr>
        <w:t xml:space="preserve">请确认 PowerShell 当前路径就是 </w:t>
      </w:r>
      <w:r>
        <w:rPr>
          <w:rFonts w:ascii="Consolas" w:hAnsi="Consolas" w:eastAsia="Microsoft YaHei"/>
          <w:color w:val="1F4D78"/>
          <w:sz w:val="18"/>
        </w:rPr>
        <w:t>my-runtime-manager</w:t>
      </w:r>
      <w:r>
        <w:rPr>
          <w:rFonts w:ascii="Calibri" w:hAnsi="Calibri" w:eastAsia="Microsoft YaHei"/>
        </w:rPr>
        <w:t xml:space="preserve"> 项目根目录。Demo 使用相对路径读取 Manifest，从别的目录启动会找错位置。</w:t>
      </w:r>
    </w:p>
    <w:p>
      <w:pPr>
        <w:pStyle w:val="Heading2"/>
      </w:pPr>
      <w:r>
        <w:rPr>
          <w:rFonts w:ascii="Calibri" w:hAnsi="Calibri" w:eastAsia="Microsoft YaHei"/>
        </w:rPr>
        <w:t>可以把 ripgrep 换成 Python 或 FFmpeg 吗？</w:t>
      </w:r>
    </w:p>
    <w:p>
      <w:r>
        <w:rPr>
          <w:rFonts w:ascii="Calibri" w:hAnsi="Calibri" w:eastAsia="Microsoft YaHei"/>
        </w:rPr>
        <w:t>可以，但不只是换 URL。你还要定义版本解析、各平台 Artifact、校验值、解压或安装方式、可执行文件位置和健康检查。框架相同，安装细节会因 Runtime 而变。</w:t>
      </w:r>
    </w:p>
    <w:p>
      <w:pPr>
        <w:pStyle w:val="Heading1"/>
      </w:pPr>
      <w:r>
        <w:rPr>
          <w:rFonts w:ascii="Calibri" w:hAnsi="Calibri" w:eastAsia="Microsoft YaHei"/>
        </w:rPr>
        <w:t>18. 做完以后，我们真正学会了什么？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9" name="Picture 9" descr="声明、校验、项目级托管与复用：最小 Runtime Manager 闭环完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article-summary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声明、校验、项目级托管与复用：最小 Runtime Manager 闭环完成</w:t>
      </w:r>
    </w:p>
    <w:p>
      <w:r>
        <w:rPr>
          <w:rFonts w:ascii="Calibri" w:hAnsi="Calibri" w:eastAsia="Microsoft YaHei"/>
        </w:rPr>
        <w:t>这次完成了三件事：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让 Tool 明确声明自己的运行时要求；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把下载、SHA256 校验和安装放进独立的 Runtime Manager；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第一次自动准备，第二次直接复用，并继续完成原来的搜索任务。</w:t>
      </w:r>
    </w:p>
    <w:p>
      <w:r>
        <w:rPr>
          <w:rFonts w:ascii="Calibri" w:hAnsi="Calibri" w:eastAsia="Microsoft YaHei"/>
        </w:rPr>
        <w:t>从架构上看，变化只有一句话：</w:t>
      </w:r>
      <w:r>
        <w:rPr>
          <w:rFonts w:ascii="Calibri" w:hAnsi="Calibri" w:eastAsia="Microsoft YaHei"/>
          <w:b/>
        </w:rPr>
        <w:t>Tool 知道要做什么；Runtime Manager 确保它此刻做得起来。</w:t>
      </w:r>
    </w:p>
    <w:p>
      <w:r>
        <w:rPr>
          <w:rFonts w:ascii="Calibri" w:hAnsi="Calibri" w:eastAsia="Microsoft YaHei"/>
        </w:rPr>
        <w:t>如果还想继续，可以把 Manifest 增加一个 FFmpeg Artifact，但先别急着做全平台。只多支持一个 Binary，并把“下载失败”或“文件损坏”处理好，就已经是很扎实的下一步。</w:t>
      </w:r>
    </w:p>
    <w:p>
      <w:pPr>
        <w:pStyle w:val="Heading1"/>
      </w:pPr>
      <w:r>
        <w:rPr>
          <w:rFonts w:ascii="Calibri" w:hAnsi="Calibri" w:eastAsia="Microsoft YaHei"/>
        </w:rPr>
        <w:t>参考资料</w:t>
      </w:r>
    </w:p>
    <w:p>
      <w:pPr>
        <w:pStyle w:val="ListBullet"/>
      </w:pPr>
      <w:hyperlink r:id="rId14">
        <w:r>
          <w:rPr>
            <w:color w:val="2E74B5"/>
            <w:u w:val="single"/>
          </w:rPr>
          <w:t>Node.js 官方下载</w:t>
        </w:r>
      </w:hyperlink>
    </w:p>
    <w:p>
      <w:pPr>
        <w:pStyle w:val="ListBullet"/>
      </w:pPr>
      <w:hyperlink r:id="rId23">
        <w:r>
          <w:rPr>
            <w:color w:val="2E74B5"/>
            <w:u w:val="single"/>
          </w:rPr>
          <w:t>Node.js child_process.spawn 文档</w:t>
        </w:r>
      </w:hyperlink>
    </w:p>
    <w:p>
      <w:pPr>
        <w:pStyle w:val="ListBullet"/>
      </w:pPr>
      <w:hyperlink r:id="rId24">
        <w:r>
          <w:rPr>
            <w:color w:val="2E74B5"/>
            <w:u w:val="single"/>
          </w:rPr>
          <w:t>Node.js crypto.createHash 文档</w:t>
        </w:r>
      </w:hyperlink>
    </w:p>
    <w:p>
      <w:pPr>
        <w:pStyle w:val="ListBullet"/>
      </w:pPr>
      <w:hyperlink r:id="rId25">
        <w:r>
          <w:rPr>
            <w:color w:val="2E74B5"/>
            <w:u w:val="single"/>
          </w:rPr>
          <w:t>Node.js fetch 文档</w:t>
        </w:r>
      </w:hyperlink>
    </w:p>
    <w:p>
      <w:pPr>
        <w:pStyle w:val="ListBullet"/>
      </w:pPr>
      <w:hyperlink r:id="rId13">
        <w:r>
          <w:rPr>
            <w:color w:val="2E74B5"/>
            <w:u w:val="single"/>
          </w:rPr>
          <w:t>ripgrep 14.1.1 官方 Release</w:t>
        </w:r>
      </w:hyperlink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工具实战  ·  独立拓展教程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aiarchblog-6hz4s01hv.maozi.io/articles/runtime-binary-manager-from-zero/files/runtime-binary-manager-demo-v2.zip" TargetMode="External"/><Relationship Id="rId13" Type="http://schemas.openxmlformats.org/officeDocument/2006/relationships/hyperlink" Target="https://github.com/BurntSushi/ripgrep/releases/tag/14.1.1" TargetMode="External"/><Relationship Id="rId14" Type="http://schemas.openxmlformats.org/officeDocument/2006/relationships/hyperlink" Target="https://nodejs.org/en/download" TargetMode="External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hyperlink" Target="https://nodejs.org/api/child_process.html#child_processspawncommand-args-options" TargetMode="External"/><Relationship Id="rId24" Type="http://schemas.openxmlformats.org/officeDocument/2006/relationships/hyperlink" Target="https://nodejs.org/api/crypto.html#cryptocreatehashalgorithm-options" TargetMode="External"/><Relationship Id="rId25" Type="http://schemas.openxmlformats.org/officeDocument/2006/relationships/hyperlink" Target="https://nodejs.org/api/globals.html#fet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 为什么能“缺啥装啥”？从 0 实现一个 Runtime / Binary Manager</dc:title>
  <dc:subject>AI 工具实战</dc:subject>
  <dc:creator/>
  <cp:keywords>Agent, Runtime Manager, Binary Manager, ripgrep, TypeScript, SHA256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