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240"/>
        <w:jc w:val="center"/>
      </w:pPr>
      <w:r>
        <w:rPr>
          <w:rFonts w:ascii="Calibri" w:hAnsi="Calibri" w:eastAsia="Microsoft YaHei"/>
          <w:b/>
          <w:color w:val="FF8B77"/>
          <w:sz w:val="20"/>
        </w:rPr>
        <w:t>AI 工具实战  ·  独立实战教程</w:t>
      </w:r>
    </w:p>
    <w:p>
      <w:pPr>
        <w:spacing w:after="180"/>
        <w:jc w:val="center"/>
      </w:pPr>
      <w:r>
        <w:rPr>
          <w:rFonts w:ascii="Calibri" w:hAnsi="Calibri" w:eastAsia="Microsoft YaHei"/>
          <w:b/>
          <w:color w:val="1F4D78"/>
          <w:sz w:val="50"/>
        </w:rPr>
        <w:t>从 0 写一个简单 MCP</w:t>
      </w:r>
    </w:p>
    <w:p>
      <w:pPr>
        <w:spacing w:after="320"/>
        <w:jc w:val="center"/>
      </w:pPr>
      <w:r>
        <w:rPr>
          <w:rFonts w:ascii="Calibri" w:hAnsi="Calibri" w:eastAsia="Microsoft YaHei"/>
          <w:color w:val="667080"/>
          <w:sz w:val="24"/>
        </w:rPr>
        <w:t>用 TypeScript 写一个本地 MCP Server，再交给 AI Client 使用。</w:t>
      </w:r>
    </w:p>
    <w:p>
      <w:pPr>
        <w:spacing w:after="360"/>
        <w:jc w:val="center"/>
      </w:pPr>
      <w:r>
        <w:rPr>
          <w:rFonts w:ascii="Calibri" w:hAnsi="Calibri" w:eastAsia="Microsoft YaHei"/>
          <w:b/>
          <w:color w:val="667080"/>
          <w:sz w:val="19"/>
        </w:rPr>
        <w:t>从 0 开始  ·  三个简单 Tool  ·  Inspector 调试  ·  AI 真实调用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143125"/>
            <wp:docPr id="1" name="Picture 1" descr="从 0 写一个简单 MCP：AI 通过 MCP 工具箱获得问候、加法和时间能力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43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从 0 写一个简单 MCP：AI 通过 MCP 工具箱获得问候、加法和时间能力</w:t>
      </w:r>
    </w:p>
    <w:p>
      <w:r>
        <w:rPr>
          <w:rFonts w:ascii="Calibri" w:hAnsi="Calibri" w:eastAsia="Microsoft YaHei"/>
        </w:rPr>
        <w:t>这篇教程，我们从一个空文件夹开始，写一个简单的 MCP Server。</w:t>
      </w:r>
    </w:p>
    <w:p>
      <w:r>
        <w:rPr>
          <w:rFonts w:ascii="Calibri" w:hAnsi="Calibri" w:eastAsia="Microsoft YaHei"/>
        </w:rPr>
        <w:t>它会提供三个小功能：打招呼、计算加法、查询指定时区的当前时间。我们先写最小版本，用 MCP Inspector 手动调用；确认代码没问题后，再把它接入 CodeBuddy。</w:t>
      </w:r>
    </w:p>
    <w:p>
      <w:r>
        <w:rPr>
          <w:rFonts w:ascii="Calibri" w:hAnsi="Calibri" w:eastAsia="Microsoft YaHei"/>
        </w:rPr>
        <w:t>MCP 全称 Model Context Protocol。它规定 AI 应用怎样发现和调用外部能力。先记住两个词就够了：</w:t>
      </w:r>
      <w:r>
        <w:rPr>
          <w:rFonts w:ascii="Calibri" w:hAnsi="Calibri" w:eastAsia="Microsoft YaHei"/>
          <w:b/>
        </w:rPr>
        <w:t>Tool 是一个具体能力，MCP Server 是把这些能力开放给 AI 的程序。</w:t>
      </w:r>
    </w:p>
    <w:p>
      <w:r>
        <w:rPr>
          <w:rFonts w:ascii="Calibri" w:hAnsi="Calibri" w:eastAsia="Microsoft YaHei"/>
        </w:rPr>
        <w:t>严格来说，本文写的是一个 MCP Server。标题里的“写一个 MCP”沿用大家平时更常见的说法。</w:t>
      </w:r>
    </w:p>
    <w:p>
      <w:pPr>
        <w:pStyle w:val="Heading1"/>
      </w:pPr>
      <w:r>
        <w:rPr>
          <w:rFonts w:ascii="Calibri" w:hAnsi="Calibri" w:eastAsia="Microsoft YaHei"/>
        </w:rPr>
        <w:t>1. 准备环境</w:t>
      </w:r>
    </w:p>
    <w:p>
      <w:r>
        <w:rPr>
          <w:rFonts w:ascii="Calibri" w:hAnsi="Calibri" w:eastAsia="Microsoft YaHei"/>
        </w:rPr>
        <w:t>这次使用 Node.js、npm 和 TypeScript。MCP TypeScript SDK v2 的官方入门文档要求 Node.js 20 或更高版本；本文原始实验使用 Node.js 22.23.1，之后又在 Node.js 24.15.0 上复验了一遍。</w:t>
      </w:r>
    </w:p>
    <w:p>
      <w:r>
        <w:rPr>
          <w:rFonts w:ascii="Calibri" w:hAnsi="Calibri" w:eastAsia="Microsoft YaHei"/>
        </w:rPr>
        <w:t>打开 PowerShell，检查版本：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node -v</w:t>
        <w:br/>
        <w:t>npm -v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286000" cy="1257300"/>
            <wp:docPr id="2" name="Picture 2" descr="实测环境为 Node.js 22.23.1 与 npm 10.9.8，用户名、电脑名和本地路径已裁掉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environmen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57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实测环境为 Node.js 22.23.1 与 npm 10.9.8，用户名、电脑名和本地路径已裁掉</w:t>
      </w:r>
    </w:p>
    <w:p>
      <w:r>
        <w:rPr>
          <w:rFonts w:ascii="Calibri" w:hAnsi="Calibri" w:eastAsia="Microsoft YaHei"/>
        </w:rPr>
        <w:t>只要两条命令都能返回版本号，就可以继续。版本不同没关系，Node.js 不低于 20 即可。</w:t>
      </w:r>
    </w:p>
    <w:p>
      <w:r>
        <w:rPr>
          <w:rFonts w:ascii="Calibri" w:hAnsi="Calibri" w:eastAsia="Microsoft YaHei"/>
        </w:rPr>
        <w:t xml:space="preserve">如果提示“无法识别 node”，请从 </w:t>
      </w:r>
      <w:hyperlink r:id="rId13">
        <w:r>
          <w:rPr>
            <w:color w:val="2E74B5"/>
            <w:u w:val="single"/>
          </w:rPr>
          <w:t>Node.js 官网</w:t>
        </w:r>
      </w:hyperlink>
      <w:r>
        <w:rPr>
          <w:rFonts w:ascii="Calibri" w:hAnsi="Calibri" w:eastAsia="Microsoft YaHei"/>
        </w:rPr>
        <w:t>安装 LTS 版本，安装后重新打开 PowerShell。已经能看到版本号时，不需要重装。</w:t>
      </w:r>
    </w:p>
    <w:p>
      <w:r>
        <w:rPr>
          <w:rFonts w:ascii="Calibri" w:hAnsi="Calibri" w:eastAsia="Microsoft YaHei"/>
        </w:rPr>
        <w:t>代码编辑器可以使用 VS Code、CodeBuddy 或其他能编辑 TypeScript 的工具。本文截图来自 CodeBuddy，但写 MCP 并不依赖它。</w:t>
      </w:r>
    </w:p>
    <w:p>
      <w:pPr>
        <w:pStyle w:val="Heading1"/>
      </w:pPr>
      <w:r>
        <w:rPr>
          <w:rFonts w:ascii="Calibri" w:hAnsi="Calibri" w:eastAsia="Microsoft YaHei"/>
        </w:rPr>
        <w:t>2. 创建项目</w:t>
      </w:r>
    </w:p>
    <w:p>
      <w:r>
        <w:rPr>
          <w:rFonts w:ascii="Calibri" w:hAnsi="Calibri" w:eastAsia="Microsoft YaHei"/>
        </w:rPr>
        <w:t>先创建文件夹，再初始化 npm 项目：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mkdir my_mcp</w:t>
        <w:br/>
        <w:t>cd my_mcp</w:t>
        <w:br/>
        <w:t>npm init -y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590232"/>
            <wp:docPr id="3" name="Picture 3" descr="运行 npm init -y 后生成 package.json，命令与结果来自同一次真实操作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npm-init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5902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运行 npm init -y 后生成 package.json，命令与结果来自同一次真实操作</w:t>
      </w:r>
    </w:p>
    <w:p>
      <w:r>
        <w:rPr>
          <w:rFonts w:ascii="Calibri" w:hAnsi="Calibri" w:eastAsia="Microsoft YaHei"/>
        </w:rPr>
        <w:t xml:space="preserve">看到 </w:t>
      </w:r>
      <w:r>
        <w:rPr>
          <w:rFonts w:ascii="Consolas" w:hAnsi="Consolas" w:eastAsia="Microsoft YaHei"/>
          <w:color w:val="1F4D78"/>
          <w:sz w:val="18"/>
        </w:rPr>
        <w:t>package.json</w:t>
      </w:r>
      <w:r>
        <w:rPr>
          <w:rFonts w:ascii="Calibri" w:hAnsi="Calibri" w:eastAsia="Microsoft YaHei"/>
        </w:rPr>
        <w:t xml:space="preserve"> 就说明 npm 项目初始化成功了。</w:t>
      </w:r>
    </w:p>
    <w:p>
      <w:r>
        <w:rPr>
          <w:rFonts w:ascii="Calibri" w:hAnsi="Calibri" w:eastAsia="Microsoft YaHei"/>
        </w:rPr>
        <w:t>接着开启 ES Module，并添加启动命令：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npm pkg set type=module</w:t>
        <w:br/>
        <w:t>npm pkg set scripts.start="tsx src/index.ts"</w:t>
      </w:r>
    </w:p>
    <w:p>
      <w:r>
        <w:rPr>
          <w:rFonts w:ascii="Calibri" w:hAnsi="Calibri" w:eastAsia="Microsoft YaHei"/>
        </w:rPr>
        <w:t>安装这次要用的三个依赖：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npm install @modelcontextprotocol/server@2.0.0 zod@4.4.3 tsx@4.23.12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073608"/>
            <wp:docPr id="4" name="Picture 4" descr="安装 MCP Server SDK、Zod 和 tsx 后，npm 报告安装完成且未发现漏洞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dependencie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0736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安装 MCP Server SDK、Zod 和 tsx 后，npm 报告安装完成且未发现漏洞</w:t>
      </w:r>
    </w:p>
    <w:p>
      <w:r>
        <w:rPr>
          <w:rFonts w:ascii="Calibri" w:hAnsi="Calibri" w:eastAsia="Microsoft YaHei"/>
        </w:rPr>
        <w:t>它们各自负责一件事：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@modelcontextprotocol/server</w:t>
      </w:r>
      <w:r>
        <w:rPr>
          <w:rFonts w:ascii="Calibri" w:hAnsi="Calibri" w:eastAsia="Microsoft YaHei"/>
        </w:rPr>
        <w:t>：创建 MCP Server；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zod</w:t>
      </w:r>
      <w:r>
        <w:rPr>
          <w:rFonts w:ascii="Calibri" w:hAnsi="Calibri" w:eastAsia="Microsoft YaHei"/>
        </w:rPr>
        <w:t>：描述并检查 Tool 收到的参数；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tsx</w:t>
      </w:r>
      <w:r>
        <w:rPr>
          <w:rFonts w:ascii="Calibri" w:hAnsi="Calibri" w:eastAsia="Microsoft YaHei"/>
        </w:rPr>
        <w:t>：直接运行 TypeScript 文件，省去单独编译。</w:t>
      </w:r>
    </w:p>
    <w:p>
      <w:r>
        <w:rPr>
          <w:rFonts w:ascii="Calibri" w:hAnsi="Calibri" w:eastAsia="Microsoft YaHei"/>
        </w:rPr>
        <w:t>最后创建源码目录和入口文件：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mkdir src</w:t>
        <w:br/>
        <w:t>New-Item -ItemType File -Path .\src\index.ts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904985"/>
            <wp:docPr id="5" name="Picture 5" descr="创建 src 目录和 index.ts 后，用 ls 确认项目文件已经就位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entry-created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904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创建 src 目录和 index.ts 后，用 ls 确认项目文件已经就位</w:t>
      </w:r>
    </w:p>
    <w:p>
      <w:r>
        <w:rPr>
          <w:rFonts w:ascii="Calibri" w:hAnsi="Calibri" w:eastAsia="Microsoft YaHei"/>
        </w:rPr>
        <w:t>现在的目录应该是：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my_mcp/</w:t>
        <w:br/>
        <w:t>├─ node_modules/</w:t>
        <w:br/>
        <w:t>├─ src/</w:t>
        <w:br/>
        <w:t>│  └─ index.ts</w:t>
        <w:br/>
        <w:t>├─ package-lock.json</w:t>
        <w:br/>
        <w:t>└─ package.json</w:t>
      </w:r>
    </w:p>
    <w:p>
      <w:r>
        <w:rPr>
          <w:rFonts w:ascii="Calibri" w:hAnsi="Calibri" w:eastAsia="Microsoft YaHei"/>
          <w:b/>
        </w:rPr>
        <w:t>到这里的成功标志：</w:t>
      </w:r>
      <w:r>
        <w:rPr>
          <w:rFonts w:ascii="Calibri" w:hAnsi="Calibri" w:eastAsia="Microsoft YaHei"/>
        </w:rPr>
        <w:t xml:space="preserve"> </w:t>
      </w:r>
      <w:r>
        <w:rPr>
          <w:rFonts w:ascii="Consolas" w:hAnsi="Consolas" w:eastAsia="Microsoft YaHei"/>
          <w:color w:val="1F4D78"/>
          <w:sz w:val="18"/>
        </w:rPr>
        <w:t>package.json</w:t>
      </w:r>
      <w:r>
        <w:rPr>
          <w:rFonts w:ascii="Calibri" w:hAnsi="Calibri" w:eastAsia="Microsoft YaHei"/>
        </w:rPr>
        <w:t xml:space="preserve"> 中能看到 </w:t>
      </w:r>
      <w:r>
        <w:rPr>
          <w:rFonts w:ascii="Consolas" w:hAnsi="Consolas" w:eastAsia="Microsoft YaHei"/>
          <w:color w:val="1F4D78"/>
          <w:sz w:val="18"/>
        </w:rPr>
        <w:t>"type": "module"</w:t>
      </w:r>
      <w:r>
        <w:rPr>
          <w:rFonts w:ascii="Calibri" w:hAnsi="Calibri" w:eastAsia="Microsoft YaHei"/>
        </w:rPr>
        <w:t>，依赖安装没有以红色报错结束。</w:t>
      </w:r>
    </w:p>
    <w:p>
      <w:r>
        <w:rPr>
          <w:rFonts w:ascii="Calibri" w:hAnsi="Calibri" w:eastAsia="Microsoft YaHei"/>
        </w:rPr>
        <w:t xml:space="preserve">如果安装失败，先运行 </w:t>
      </w:r>
      <w:r>
        <w:rPr>
          <w:rFonts w:ascii="Consolas" w:hAnsi="Consolas" w:eastAsia="Microsoft YaHei"/>
          <w:color w:val="1F4D78"/>
          <w:sz w:val="18"/>
        </w:rPr>
        <w:t>node -v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Microsoft YaHei"/>
          <w:color w:val="1F4D78"/>
          <w:sz w:val="18"/>
        </w:rPr>
        <w:t>npm -v</w:t>
      </w:r>
      <w:r>
        <w:rPr>
          <w:rFonts w:ascii="Calibri" w:hAnsi="Calibri" w:eastAsia="Microsoft YaHei"/>
        </w:rPr>
        <w:t>。环境本身没有版本号时，继续改代码也解决不了问题。</w:t>
      </w:r>
    </w:p>
    <w:p>
      <w:pPr>
        <w:pStyle w:val="Heading1"/>
      </w:pPr>
      <w:r>
        <w:rPr>
          <w:rFonts w:ascii="Calibri" w:hAnsi="Calibri" w:eastAsia="Microsoft YaHei"/>
        </w:rPr>
        <w:t>3. 写第一个 hello Tool</w:t>
      </w:r>
    </w:p>
    <w:p>
      <w:r>
        <w:rPr>
          <w:rFonts w:ascii="Calibri" w:hAnsi="Calibri" w:eastAsia="Microsoft YaHei"/>
        </w:rPr>
        <w:t xml:space="preserve">打开 </w:t>
      </w:r>
      <w:r>
        <w:rPr>
          <w:rFonts w:ascii="Consolas" w:hAnsi="Consolas" w:eastAsia="Microsoft YaHei"/>
          <w:color w:val="1F4D78"/>
          <w:sz w:val="18"/>
        </w:rPr>
        <w:t>src/index.ts</w:t>
      </w:r>
      <w:r>
        <w:rPr>
          <w:rFonts w:ascii="Calibri" w:hAnsi="Calibri" w:eastAsia="Microsoft YaHei"/>
        </w:rPr>
        <w:t>，粘贴下面的代码：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McpServer } from "@modelcontextprotocol/server";</w:t>
        <w:br/>
        <w:t>import { serveStdio } from "@modelcontextprotocol/server/stdio";</w:t>
        <w:br/>
        <w:t>import * as z from "zod/v4";</w:t>
        <w:br/>
        <w:br/>
        <w:t>function createServer(): McpServer {</w:t>
        <w:br/>
        <w:t xml:space="preserve">  const server = new McpServer({</w:t>
        <w:br/>
        <w:t xml:space="preserve">    name: "my-first-mcp",</w:t>
        <w:br/>
        <w:t xml:space="preserve">    version: "1.0.0",</w:t>
        <w:br/>
        <w:t xml:space="preserve">  });</w:t>
        <w:br/>
        <w:br/>
        <w:t xml:space="preserve">  server.registerTool(</w:t>
        <w:br/>
        <w:t xml:space="preserve">    "hello",</w:t>
        <w:br/>
        <w:t xml:space="preserve">    {</w:t>
        <w:br/>
        <w:t xml:space="preserve">      description: "向一个人打招呼",</w:t>
        <w:br/>
        <w:t xml:space="preserve">      inputSchema: z.object({</w:t>
        <w:br/>
        <w:t xml:space="preserve">        name: z.string().describe("要打招呼的人的名字"),</w:t>
        <w:br/>
        <w:t xml:space="preserve">      }),</w:t>
        <w:br/>
        <w:t xml:space="preserve">    },</w:t>
        <w:br/>
        <w:t xml:space="preserve">    async ({ name }) =&gt; {</w:t>
        <w:br/>
        <w:t xml:space="preserve">      return {</w:t>
        <w:br/>
        <w:t xml:space="preserve">        content: [</w:t>
        <w:br/>
        <w:t xml:space="preserve">          {</w:t>
        <w:br/>
        <w:t xml:space="preserve">            type: "text",</w:t>
        <w:br/>
        <w:t xml:space="preserve">            text: `你好，${name}！`,</w:t>
        <w:br/>
        <w:t xml:space="preserve">          },</w:t>
        <w:br/>
        <w:t xml:space="preserve">        ],</w:t>
        <w:br/>
        <w:t xml:space="preserve">      };</w:t>
        <w:br/>
        <w:t xml:space="preserve">    },</w:t>
        <w:br/>
        <w:t xml:space="preserve">  );</w:t>
        <w:br/>
        <w:br/>
        <w:t xml:space="preserve">  return server;</w:t>
        <w:br/>
        <w:t>}</w:t>
        <w:br/>
        <w:br/>
        <w:t>void serveStdio(createServer);</w:t>
        <w:br/>
        <w:t>console.error("My MCP server running on stdio");</w:t>
      </w:r>
    </w:p>
    <w:p>
      <w:r>
        <w:rPr>
          <w:rFonts w:ascii="Calibri" w:hAnsi="Calibri" w:eastAsia="Microsoft YaHei"/>
        </w:rPr>
        <w:t>先看真正会影响调用的几处：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new McpServer(...)</w:t>
      </w:r>
      <w:r>
        <w:rPr>
          <w:rFonts w:ascii="Calibri" w:hAnsi="Calibri" w:eastAsia="Microsoft YaHei"/>
        </w:rPr>
        <w:t xml:space="preserve"> 创建 Server，</w:t>
      </w:r>
      <w:r>
        <w:rPr>
          <w:rFonts w:ascii="Consolas" w:hAnsi="Consolas" w:eastAsia="Microsoft YaHei"/>
          <w:color w:val="1F4D78"/>
          <w:sz w:val="18"/>
        </w:rPr>
        <w:t>my-first-mcp</w:t>
      </w:r>
      <w:r>
        <w:rPr>
          <w:rFonts w:ascii="Calibri" w:hAnsi="Calibri" w:eastAsia="Microsoft YaHei"/>
        </w:rPr>
        <w:t xml:space="preserve"> 是它向客户端报告的名字；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registerTool('hello', ...)</w:t>
      </w:r>
      <w:r>
        <w:rPr>
          <w:rFonts w:ascii="Calibri" w:hAnsi="Calibri" w:eastAsia="Microsoft YaHei"/>
        </w:rPr>
        <w:t xml:space="preserve"> 注册一个名为 </w:t>
      </w:r>
      <w:r>
        <w:rPr>
          <w:rFonts w:ascii="Consolas" w:hAnsi="Consolas" w:eastAsia="Microsoft YaHei"/>
          <w:color w:val="1F4D78"/>
          <w:sz w:val="18"/>
        </w:rPr>
        <w:t>hello</w:t>
      </w:r>
      <w:r>
        <w:rPr>
          <w:rFonts w:ascii="Calibri" w:hAnsi="Calibri" w:eastAsia="Microsoft YaHei"/>
        </w:rPr>
        <w:t xml:space="preserve"> 的 Tool；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description</w:t>
      </w:r>
      <w:r>
        <w:rPr>
          <w:rFonts w:ascii="Calibri" w:hAnsi="Calibri" w:eastAsia="Microsoft YaHei"/>
        </w:rPr>
        <w:t xml:space="preserve"> 告诉 AI 这个 Tool 是干什么的；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inputSchema</w:t>
      </w:r>
      <w:r>
        <w:rPr>
          <w:rFonts w:ascii="Calibri" w:hAnsi="Calibri" w:eastAsia="Microsoft YaHei"/>
        </w:rPr>
        <w:t xml:space="preserve"> 规定参数里必须有一个字符串 </w:t>
      </w:r>
      <w:r>
        <w:rPr>
          <w:rFonts w:ascii="Consolas" w:hAnsi="Consolas" w:eastAsia="Microsoft YaHei"/>
          <w:color w:val="1F4D78"/>
          <w:sz w:val="18"/>
        </w:rPr>
        <w:t>name</w:t>
      </w:r>
      <w:r>
        <w:rPr>
          <w:rFonts w:ascii="Calibri" w:hAnsi="Calibri" w:eastAsia="Microsoft YaHei"/>
        </w:rPr>
        <w:t>；</w:t>
      </w:r>
    </w:p>
    <w:p>
      <w:pPr>
        <w:pStyle w:val="ListBullet"/>
      </w:pPr>
      <w:r>
        <w:rPr>
          <w:rFonts w:ascii="Calibri" w:hAnsi="Calibri" w:eastAsia="Microsoft YaHei"/>
        </w:rPr>
        <w:t>最后的异步函数是 handler，也就是收到调用后真正执行的代码；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content</w:t>
      </w:r>
      <w:r>
        <w:rPr>
          <w:rFonts w:ascii="Calibri" w:hAnsi="Calibri" w:eastAsia="Microsoft YaHei"/>
        </w:rPr>
        <w:t xml:space="preserve"> 是 Tool 交回客户端的结果。</w:t>
      </w:r>
    </w:p>
    <w:p>
      <w:r>
        <w:rPr>
          <w:rFonts w:ascii="Consolas" w:hAnsi="Consolas" w:eastAsia="Microsoft YaHei"/>
          <w:color w:val="1F4D78"/>
          <w:sz w:val="18"/>
        </w:rPr>
        <w:t>z.object(...)</w:t>
      </w:r>
      <w:r>
        <w:rPr>
          <w:rFonts w:ascii="Calibri" w:hAnsi="Calibri" w:eastAsia="Microsoft YaHei"/>
        </w:rPr>
        <w:t xml:space="preserve"> 写出的规则叫 Schema。它像入口处的检查表：这里要求 </w:t>
      </w:r>
      <w:r>
        <w:rPr>
          <w:rFonts w:ascii="Consolas" w:hAnsi="Consolas" w:eastAsia="Microsoft YaHei"/>
          <w:color w:val="1F4D78"/>
          <w:sz w:val="18"/>
        </w:rPr>
        <w:t>name</w:t>
      </w:r>
      <w:r>
        <w:rPr>
          <w:rFonts w:ascii="Calibri" w:hAnsi="Calibri" w:eastAsia="Microsoft YaHei"/>
        </w:rPr>
        <w:t xml:space="preserve"> 必须是字符串。客户端少传参数或传错类型时，SDK 会在进入 handler 前拒绝这次调用。</w:t>
      </w:r>
    </w:p>
    <w:p>
      <w:r>
        <w:rPr>
          <w:rFonts w:ascii="Calibri" w:hAnsi="Calibri" w:eastAsia="Microsoft YaHei"/>
        </w:rPr>
        <w:t xml:space="preserve">最下面的 </w:t>
      </w:r>
      <w:r>
        <w:rPr>
          <w:rFonts w:ascii="Consolas" w:hAnsi="Consolas" w:eastAsia="Microsoft YaHei"/>
          <w:color w:val="1F4D78"/>
          <w:sz w:val="18"/>
        </w:rPr>
        <w:t>serveStdio(createServer)</w:t>
      </w:r>
      <w:r>
        <w:rPr>
          <w:rFonts w:ascii="Calibri" w:hAnsi="Calibri" w:eastAsia="Microsoft YaHei"/>
        </w:rPr>
        <w:t xml:space="preserve"> 让 Server 通过标准输入和标准输出与客户端通信。这种方式叫 stdio，适合由本地 AI 客户端启动的 MCP Server。</w:t>
      </w:r>
    </w:p>
    <w:p>
      <w:r>
        <w:rPr>
          <w:rFonts w:ascii="Calibri" w:hAnsi="Calibri" w:eastAsia="Microsoft YaHei"/>
        </w:rPr>
        <w:t>还有一个容易踩的坑：</w:t>
      </w:r>
      <w:r>
        <w:rPr>
          <w:rFonts w:ascii="Calibri" w:hAnsi="Calibri" w:eastAsia="Microsoft YaHei"/>
          <w:b/>
        </w:rPr>
        <w:t>stdio 模式不要用 `console.log()` 打日志。</w:t>
      </w:r>
      <w:r>
        <w:rPr>
          <w:rFonts w:ascii="Calibri" w:hAnsi="Calibri" w:eastAsia="Microsoft YaHei"/>
        </w:rPr>
        <w:t xml:space="preserve"> stdout 要留给协议消息，普通日志请写到 stderr，所以这里使用 </w:t>
      </w:r>
      <w:r>
        <w:rPr>
          <w:rFonts w:ascii="Consolas" w:hAnsi="Consolas" w:eastAsia="Microsoft YaHei"/>
          <w:color w:val="1F4D78"/>
          <w:sz w:val="18"/>
        </w:rPr>
        <w:t>console.error()</w:t>
      </w:r>
      <w:r>
        <w:rPr>
          <w:rFonts w:ascii="Calibri" w:hAnsi="Calibri" w:eastAsia="Microsoft YaHei"/>
        </w:rPr>
        <w:t>。</w:t>
      </w:r>
    </w:p>
    <w:p>
      <w:pPr>
        <w:pStyle w:val="Heading1"/>
      </w:pPr>
      <w:r>
        <w:rPr>
          <w:rFonts w:ascii="Calibri" w:hAnsi="Calibri" w:eastAsia="Microsoft YaHei"/>
        </w:rPr>
        <w:t>4. 先运行一次</w:t>
      </w:r>
    </w:p>
    <w:p>
      <w:r>
        <w:rPr>
          <w:rFonts w:ascii="Calibri" w:hAnsi="Calibri" w:eastAsia="Microsoft YaHei"/>
        </w:rPr>
        <w:t>保存文件，在项目根目录运行：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npm start</w:t>
      </w:r>
    </w:p>
    <w:p>
      <w:r>
        <w:rPr>
          <w:rFonts w:ascii="Calibri" w:hAnsi="Calibri" w:eastAsia="Microsoft YaHei"/>
        </w:rPr>
        <w:t>终端应该显示：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My MCP server running on stdio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589280"/>
            <wp:docPr id="6" name="Picture 6" descr="用 tsx 启动 Server 后，终端输出 My MCP server running on stdio 并继续等待连接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server-running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589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用 tsx 启动 Server 后，终端输出 My MCP server running on stdio 并继续等待连接</w:t>
      </w:r>
    </w:p>
    <w:p>
      <w:r>
        <w:rPr>
          <w:rFonts w:ascii="Calibri" w:hAnsi="Calibri" w:eastAsia="Microsoft YaHei"/>
        </w:rPr>
        <w:t>然后它会停在那里，没有继续输出。这是正常现象。MCP Server 已经启动，正在等待 Client 从 stdin 发来请求。</w:t>
      </w:r>
    </w:p>
    <w:p>
      <w:r>
        <w:rPr>
          <w:rFonts w:ascii="Calibri" w:hAnsi="Calibri" w:eastAsia="Microsoft YaHei"/>
          <w:b/>
        </w:rPr>
        <w:t>成功标志：</w:t>
      </w:r>
      <w:r>
        <w:rPr>
          <w:rFonts w:ascii="Calibri" w:hAnsi="Calibri" w:eastAsia="Microsoft YaHei"/>
        </w:rPr>
        <w:t xml:space="preserve"> 终端没有报错，进程持续运行。</w:t>
      </w:r>
    </w:p>
    <w:p>
      <w:r>
        <w:rPr>
          <w:rFonts w:ascii="Calibri" w:hAnsi="Calibri" w:eastAsia="Microsoft YaHei"/>
        </w:rPr>
        <w:t xml:space="preserve">按 </w:t>
      </w:r>
      <w:r>
        <w:rPr>
          <w:rFonts w:ascii="Consolas" w:hAnsi="Consolas" w:eastAsia="Microsoft YaHei"/>
          <w:color w:val="1F4D78"/>
          <w:sz w:val="18"/>
        </w:rPr>
        <w:t>Ctrl+C</w:t>
      </w:r>
      <w:r>
        <w:rPr>
          <w:rFonts w:ascii="Calibri" w:hAnsi="Calibri" w:eastAsia="Microsoft YaHei"/>
        </w:rPr>
        <w:t xml:space="preserve"> 停止它。下一步由 Inspector 帮我们启动 Server，因此这里不要继续占着终端。</w:t>
      </w:r>
    </w:p>
    <w:p>
      <w:r>
        <w:rPr>
          <w:rFonts w:ascii="Calibri" w:hAnsi="Calibri" w:eastAsia="Microsoft YaHei"/>
        </w:rPr>
        <w:t xml:space="preserve">如果遇到 </w:t>
      </w:r>
      <w:r>
        <w:rPr>
          <w:rFonts w:ascii="Consolas" w:hAnsi="Consolas" w:eastAsia="Microsoft YaHei"/>
          <w:color w:val="1F4D78"/>
          <w:sz w:val="18"/>
        </w:rPr>
        <w:t>Cannot find package</w:t>
      </w:r>
      <w:r>
        <w:rPr>
          <w:rFonts w:ascii="Calibri" w:hAnsi="Calibri" w:eastAsia="Microsoft YaHei"/>
        </w:rPr>
        <w:t xml:space="preserve">，先确认当前路径下确实有 </w:t>
      </w:r>
      <w:r>
        <w:rPr>
          <w:rFonts w:ascii="Consolas" w:hAnsi="Consolas" w:eastAsia="Microsoft YaHei"/>
          <w:color w:val="1F4D78"/>
          <w:sz w:val="18"/>
        </w:rPr>
        <w:t>package.json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Microsoft YaHei"/>
          <w:color w:val="1F4D78"/>
          <w:sz w:val="18"/>
        </w:rPr>
        <w:t>node_modules</w:t>
      </w:r>
      <w:r>
        <w:rPr>
          <w:rFonts w:ascii="Calibri" w:hAnsi="Calibri" w:eastAsia="Microsoft YaHei"/>
        </w:rPr>
        <w:t xml:space="preserve">，再重新运行 </w:t>
      </w:r>
      <w:r>
        <w:rPr>
          <w:rFonts w:ascii="Consolas" w:hAnsi="Consolas" w:eastAsia="Microsoft YaHei"/>
          <w:color w:val="1F4D78"/>
          <w:sz w:val="18"/>
        </w:rPr>
        <w:t>npm install</w:t>
      </w:r>
      <w:r>
        <w:rPr>
          <w:rFonts w:ascii="Calibri" w:hAnsi="Calibri" w:eastAsia="Microsoft YaHei"/>
        </w:rPr>
        <w:t>。</w:t>
      </w:r>
    </w:p>
    <w:p>
      <w:pPr>
        <w:pStyle w:val="Heading1"/>
      </w:pPr>
      <w:r>
        <w:rPr>
          <w:rFonts w:ascii="Calibri" w:hAnsi="Calibri" w:eastAsia="Microsoft YaHei"/>
        </w:rPr>
        <w:t>5. 用 MCP Inspector 调用 hello</w:t>
      </w:r>
    </w:p>
    <w:p>
      <w:r>
        <w:rPr>
          <w:rFonts w:ascii="Calibri" w:hAnsi="Calibri" w:eastAsia="Microsoft YaHei"/>
        </w:rPr>
        <w:t>MCP Inspector 是官方提供的本地调试工具。它会启动我们的命令，连接 Server，再把 Tool 列表和调用结果展示在网页里。</w:t>
      </w:r>
    </w:p>
    <w:p>
      <w:r>
        <w:rPr>
          <w:rFonts w:ascii="Calibri" w:hAnsi="Calibri" w:eastAsia="Microsoft YaHei"/>
        </w:rPr>
        <w:t xml:space="preserve">在 </w:t>
      </w:r>
      <w:r>
        <w:rPr>
          <w:rFonts w:ascii="Consolas" w:hAnsi="Consolas" w:eastAsia="Microsoft YaHei"/>
          <w:color w:val="1F4D78"/>
          <w:sz w:val="18"/>
        </w:rPr>
        <w:t>my_mcp</w:t>
      </w:r>
      <w:r>
        <w:rPr>
          <w:rFonts w:ascii="Calibri" w:hAnsi="Calibri" w:eastAsia="Microsoft YaHei"/>
        </w:rPr>
        <w:t xml:space="preserve"> 根目录运行：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npx @modelcontextprotocol/inspector npx tsx src/index.ts</w:t>
      </w:r>
    </w:p>
    <w:p>
      <w:r>
        <w:rPr>
          <w:rFonts w:ascii="Calibri" w:hAnsi="Calibri" w:eastAsia="Microsoft YaHei"/>
        </w:rPr>
        <w:t xml:space="preserve">第一次运行需要下载 Inspector，稍等片刻后浏览器会打开本地页面。点击 </w:t>
      </w:r>
      <w:r>
        <w:rPr>
          <w:rFonts w:ascii="Consolas" w:hAnsi="Consolas" w:eastAsia="Microsoft YaHei"/>
          <w:color w:val="1F4D78"/>
          <w:sz w:val="18"/>
        </w:rPr>
        <w:t>Connect</w:t>
      </w:r>
      <w:r>
        <w:rPr>
          <w:rFonts w:ascii="Calibri" w:hAnsi="Calibri" w:eastAsia="Microsoft YaHei"/>
        </w:rPr>
        <w:t xml:space="preserve">，再进入 </w:t>
      </w:r>
      <w:r>
        <w:rPr>
          <w:rFonts w:ascii="Consolas" w:hAnsi="Consolas" w:eastAsia="Microsoft YaHei"/>
          <w:color w:val="1F4D78"/>
          <w:sz w:val="18"/>
        </w:rPr>
        <w:t>Tools</w:t>
      </w:r>
      <w:r>
        <w:rPr>
          <w:rFonts w:ascii="Calibri" w:hAnsi="Calibri" w:eastAsia="Microsoft YaHei"/>
        </w:rPr>
        <w:t>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143125"/>
            <wp:docPr id="7" name="Picture 7" descr="MCP Inspector 已通过 stdio 启动 npx tsx src/index.ts，Server 状态为 Connec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inspector-connected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43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MCP Inspector 已通过 stdio 启动 npx tsx src/index.ts，Server 状态为 Connected</w:t>
      </w:r>
    </w:p>
    <w:p>
      <w:r>
        <w:rPr>
          <w:rFonts w:ascii="Calibri" w:hAnsi="Calibri" w:eastAsia="Microsoft YaHei"/>
        </w:rPr>
        <w:t xml:space="preserve">此时左侧应该出现 </w:t>
      </w:r>
      <w:r>
        <w:rPr>
          <w:rFonts w:ascii="Consolas" w:hAnsi="Consolas" w:eastAsia="Microsoft YaHei"/>
          <w:color w:val="1F4D78"/>
          <w:sz w:val="18"/>
        </w:rPr>
        <w:t>hello</w:t>
      </w:r>
      <w:r>
        <w:rPr>
          <w:rFonts w:ascii="Calibri" w:hAnsi="Calibri" w:eastAsia="Microsoft YaHei"/>
        </w:rPr>
        <w:t>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693333"/>
            <wp:docPr id="8" name="Picture 8" descr="Inspector 连接 my-first-mcp 后列出 hello，并根据 inputSchema 生成 name 输入框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inspector-hello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693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Inspector 连接 my-first-mcp 后列出 hello，并根据 inputSchema 生成 name 输入框</w:t>
      </w:r>
    </w:p>
    <w:p>
      <w:r>
        <w:rPr>
          <w:rFonts w:ascii="Calibri" w:hAnsi="Calibri" w:eastAsia="Microsoft YaHei"/>
        </w:rPr>
        <w:t xml:space="preserve">选择 </w:t>
      </w:r>
      <w:r>
        <w:rPr>
          <w:rFonts w:ascii="Consolas" w:hAnsi="Consolas" w:eastAsia="Microsoft YaHei"/>
          <w:color w:val="1F4D78"/>
          <w:sz w:val="18"/>
        </w:rPr>
        <w:t>hello</w:t>
      </w:r>
      <w:r>
        <w:rPr>
          <w:rFonts w:ascii="Calibri" w:hAnsi="Calibri" w:eastAsia="Microsoft YaHei"/>
        </w:rPr>
        <w:t xml:space="preserve">，在 </w:t>
      </w:r>
      <w:r>
        <w:rPr>
          <w:rFonts w:ascii="Consolas" w:hAnsi="Consolas" w:eastAsia="Microsoft YaHei"/>
          <w:color w:val="1F4D78"/>
          <w:sz w:val="18"/>
        </w:rPr>
        <w:t>name</w:t>
      </w:r>
      <w:r>
        <w:rPr>
          <w:rFonts w:ascii="Calibri" w:hAnsi="Calibri" w:eastAsia="Microsoft YaHei"/>
        </w:rPr>
        <w:t xml:space="preserve"> 中输入“盾山”。输入完成后应该是这样：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790985"/>
            <wp:docPr id="9" name="Picture 9" descr="Inspector 根据 hello 的输入结构生成 name 字段，测试值填写为“盾山”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hello-input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790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Inspector 根据 hello 的输入结构生成 name 字段，测试值填写为“盾山”</w:t>
      </w:r>
    </w:p>
    <w:p>
      <w:r>
        <w:rPr>
          <w:rFonts w:ascii="Calibri" w:hAnsi="Calibri" w:eastAsia="Microsoft YaHei"/>
        </w:rPr>
        <w:t xml:space="preserve">点击 </w:t>
      </w:r>
      <w:r>
        <w:rPr>
          <w:rFonts w:ascii="Consolas" w:hAnsi="Consolas" w:eastAsia="Microsoft YaHei"/>
          <w:color w:val="1F4D78"/>
          <w:sz w:val="18"/>
        </w:rPr>
        <w:t>Execute Tool</w:t>
      </w:r>
      <w:r>
        <w:rPr>
          <w:rFonts w:ascii="Calibri" w:hAnsi="Calibri" w:eastAsia="Microsoft YaHei"/>
        </w:rPr>
        <w:t>，结果区域会显示：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357681"/>
            <wp:docPr id="10" name="Picture 10" descr="调用 hello 后，Inspector 收到“你好，盾山！”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hello-result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3576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调用 hello 后，Inspector 收到“你好，盾山！”</w:t>
      </w:r>
    </w:p>
    <w:p>
      <w:r>
        <w:rPr>
          <w:rFonts w:ascii="Calibri" w:hAnsi="Calibri" w:eastAsia="Microsoft YaHei"/>
        </w:rPr>
        <w:t xml:space="preserve">到这里，我们已经完成了第一次真实调用。Inspector 先询问 Server 有哪些 Tool，再根据 </w:t>
      </w:r>
      <w:r>
        <w:rPr>
          <w:rFonts w:ascii="Consolas" w:hAnsi="Consolas" w:eastAsia="Microsoft YaHei"/>
          <w:color w:val="1F4D78"/>
          <w:sz w:val="18"/>
        </w:rPr>
        <w:t>inputSchema</w:t>
      </w:r>
      <w:r>
        <w:rPr>
          <w:rFonts w:ascii="Calibri" w:hAnsi="Calibri" w:eastAsia="Microsoft YaHei"/>
        </w:rPr>
        <w:t xml:space="preserve"> 生成输入框；点击按钮后，它把参数交给 </w:t>
      </w:r>
      <w:r>
        <w:rPr>
          <w:rFonts w:ascii="Consolas" w:hAnsi="Consolas" w:eastAsia="Microsoft YaHei"/>
          <w:color w:val="1F4D78"/>
          <w:sz w:val="18"/>
        </w:rPr>
        <w:t>hello</w:t>
      </w:r>
      <w:r>
        <w:rPr>
          <w:rFonts w:ascii="Calibri" w:hAnsi="Calibri" w:eastAsia="Microsoft YaHei"/>
        </w:rPr>
        <w:t xml:space="preserve"> 的 handler，最后显示 handler 返回的 </w:t>
      </w:r>
      <w:r>
        <w:rPr>
          <w:rFonts w:ascii="Consolas" w:hAnsi="Consolas" w:eastAsia="Microsoft YaHei"/>
          <w:color w:val="1F4D78"/>
          <w:sz w:val="18"/>
        </w:rPr>
        <w:t>content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 xml:space="preserve">如果 Tools 中没有 </w:t>
      </w:r>
      <w:r>
        <w:rPr>
          <w:rFonts w:ascii="Consolas" w:hAnsi="Consolas" w:eastAsia="Microsoft YaHei"/>
          <w:color w:val="1F4D78"/>
          <w:sz w:val="18"/>
        </w:rPr>
        <w:t>hello</w:t>
      </w:r>
      <w:r>
        <w:rPr>
          <w:rFonts w:ascii="Calibri" w:hAnsi="Calibri" w:eastAsia="Microsoft YaHei"/>
        </w:rPr>
        <w:t xml:space="preserve">，先回到启动 Inspector 的终端看报错。最常见的原因是命令运行位置不在 </w:t>
      </w:r>
      <w:r>
        <w:rPr>
          <w:rFonts w:ascii="Consolas" w:hAnsi="Consolas" w:eastAsia="Microsoft YaHei"/>
          <w:color w:val="1F4D78"/>
          <w:sz w:val="18"/>
        </w:rPr>
        <w:t>my_mcp</w:t>
      </w:r>
      <w:r>
        <w:rPr>
          <w:rFonts w:ascii="Calibri" w:hAnsi="Calibri" w:eastAsia="Microsoft YaHei"/>
        </w:rPr>
        <w:t xml:space="preserve"> 根目录，或者 </w:t>
      </w:r>
      <w:r>
        <w:rPr>
          <w:rFonts w:ascii="Consolas" w:hAnsi="Consolas" w:eastAsia="Microsoft YaHei"/>
          <w:color w:val="1F4D78"/>
          <w:sz w:val="18"/>
        </w:rPr>
        <w:t>src/index.ts</w:t>
      </w:r>
      <w:r>
        <w:rPr>
          <w:rFonts w:ascii="Calibri" w:hAnsi="Calibri" w:eastAsia="Microsoft YaHei"/>
        </w:rPr>
        <w:t xml:space="preserve"> 没有保存。</w:t>
      </w:r>
    </w:p>
    <w:p>
      <w:r>
        <w:rPr>
          <w:rFonts w:ascii="Calibri" w:hAnsi="Calibri" w:eastAsia="Microsoft YaHei"/>
        </w:rPr>
        <w:t>Inspector 启动时会在终端和本地 URL 中放入临时 Auth Token。它用于保护本地调试服务，不要把完整 URL 或 Token 发到公开文章和群聊里。</w:t>
      </w:r>
    </w:p>
    <w:p>
      <w:pPr>
        <w:pStyle w:val="Heading1"/>
      </w:pPr>
      <w:r>
        <w:rPr>
          <w:rFonts w:ascii="Calibri" w:hAnsi="Calibri" w:eastAsia="Microsoft YaHei"/>
        </w:rPr>
        <w:t>6. 再加两个 Tool</w:t>
      </w:r>
    </w:p>
    <w:p>
      <w:r>
        <w:rPr>
          <w:rFonts w:ascii="Consolas" w:hAnsi="Consolas" w:eastAsia="Microsoft YaHei"/>
          <w:color w:val="1F4D78"/>
          <w:sz w:val="18"/>
        </w:rPr>
        <w:t>hello</w:t>
      </w:r>
      <w:r>
        <w:rPr>
          <w:rFonts w:ascii="Calibri" w:hAnsi="Calibri" w:eastAsia="Microsoft YaHei"/>
        </w:rPr>
        <w:t xml:space="preserve"> 已经证明基础链路能工作。接下来在同一个 Server 里加入：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add</w:t>
      </w:r>
      <w:r>
        <w:rPr>
          <w:rFonts w:ascii="Calibri" w:hAnsi="Calibri" w:eastAsia="Microsoft YaHei"/>
        </w:rPr>
        <w:t>：接收两个数字，返回它们的和；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get_current_time</w:t>
      </w:r>
      <w:r>
        <w:rPr>
          <w:rFonts w:ascii="Calibri" w:hAnsi="Calibri" w:eastAsia="Microsoft YaHei"/>
        </w:rPr>
        <w:t>：接收一个时区，返回当地时间。</w:t>
      </w:r>
    </w:p>
    <w:p>
      <w:r>
        <w:rPr>
          <w:rFonts w:ascii="Calibri" w:hAnsi="Calibri" w:eastAsia="Microsoft YaHei"/>
        </w:rPr>
        <w:t xml:space="preserve">把 </w:t>
      </w:r>
      <w:r>
        <w:rPr>
          <w:rFonts w:ascii="Consolas" w:hAnsi="Consolas" w:eastAsia="Microsoft YaHei"/>
          <w:color w:val="1F4D78"/>
          <w:sz w:val="18"/>
        </w:rPr>
        <w:t>src/index.ts</w:t>
      </w:r>
      <w:r>
        <w:rPr>
          <w:rFonts w:ascii="Calibri" w:hAnsi="Calibri" w:eastAsia="Microsoft YaHei"/>
        </w:rPr>
        <w:t xml:space="preserve"> 替换为下面的完整版本：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McpServer } from "@modelcontextprotocol/server";</w:t>
        <w:br/>
        <w:t>import { serveStdio } from "@modelcontextprotocol/server/stdio";</w:t>
        <w:br/>
        <w:t>import * as z from "zod/v4";</w:t>
        <w:br/>
        <w:br/>
        <w:t>function createServer(): McpServer {</w:t>
        <w:br/>
        <w:t xml:space="preserve">  const server = new McpServer({</w:t>
        <w:br/>
        <w:t xml:space="preserve">    name: "my-first-mcp",</w:t>
        <w:br/>
        <w:t xml:space="preserve">    version: "1.0.0",</w:t>
        <w:br/>
        <w:t xml:space="preserve">  });</w:t>
        <w:br/>
        <w:br/>
        <w:t xml:space="preserve">  server.registerTool(</w:t>
        <w:br/>
        <w:t xml:space="preserve">    "hello",</w:t>
        <w:br/>
        <w:t xml:space="preserve">    {</w:t>
        <w:br/>
        <w:t xml:space="preserve">      description: "向一个人打招呼",</w:t>
        <w:br/>
        <w:t xml:space="preserve">      inputSchema: z.object({</w:t>
        <w:br/>
        <w:t xml:space="preserve">        name: z.string().describe("要打招呼的人的名字"),</w:t>
        <w:br/>
        <w:t xml:space="preserve">      }),</w:t>
        <w:br/>
        <w:t xml:space="preserve">    },</w:t>
        <w:br/>
        <w:t xml:space="preserve">    async ({ name }) =&gt; {</w:t>
        <w:br/>
        <w:t xml:space="preserve">      return {</w:t>
        <w:br/>
        <w:t xml:space="preserve">        content: [</w:t>
        <w:br/>
        <w:t xml:space="preserve">          {</w:t>
        <w:br/>
        <w:t xml:space="preserve">            type: "text",</w:t>
        <w:br/>
        <w:t xml:space="preserve">            text: `你好，${name}！`,</w:t>
        <w:br/>
        <w:t xml:space="preserve">          },</w:t>
        <w:br/>
        <w:t xml:space="preserve">        ],</w:t>
        <w:br/>
        <w:t xml:space="preserve">      };</w:t>
        <w:br/>
        <w:t xml:space="preserve">    },</w:t>
        <w:br/>
        <w:t xml:space="preserve">  );</w:t>
        <w:br/>
        <w:br/>
        <w:t xml:space="preserve">  server.registerTool(</w:t>
        <w:br/>
        <w:t xml:space="preserve">    "get_current_time",</w:t>
        <w:br/>
        <w:t xml:space="preserve">    {</w:t>
        <w:br/>
        <w:t xml:space="preserve">      description: "获取指定时区的当前时间",</w:t>
        <w:br/>
        <w:t xml:space="preserve">      inputSchema: z.object({</w:t>
        <w:br/>
        <w:t xml:space="preserve">        timezone: z</w:t>
        <w:br/>
        <w:t xml:space="preserve">          .string()</w:t>
        <w:br/>
        <w:t xml:space="preserve">          .optional()</w:t>
        <w:br/>
        <w:t xml:space="preserve">          .describe("时区，例如 Asia/Shanghai；不填写则使用电脑系统时区"),</w:t>
        <w:br/>
        <w:t xml:space="preserve">      }),</w:t>
        <w:br/>
        <w:t xml:space="preserve">    },</w:t>
        <w:br/>
        <w:t xml:space="preserve">    async ({ timezone }) =&gt; {</w:t>
        <w:br/>
        <w:t xml:space="preserve">      try {</w:t>
        <w:br/>
        <w:t xml:space="preserve">        const formatter = new Intl.DateTimeFormat("zh-CN", {</w:t>
        <w:br/>
        <w:t xml:space="preserve">          timeZone: timezone,</w:t>
        <w:br/>
        <w:t xml:space="preserve">          dateStyle: "full",</w:t>
        <w:br/>
        <w:t xml:space="preserve">          timeStyle: "long",</w:t>
        <w:br/>
        <w:t xml:space="preserve">        });</w:t>
        <w:br/>
        <w:br/>
        <w:t xml:space="preserve">        const currentTime = formatter.format(new Date());</w:t>
        <w:br/>
        <w:br/>
        <w:t xml:space="preserve">        return {</w:t>
        <w:br/>
        <w:t xml:space="preserve">          content: [</w:t>
        <w:br/>
        <w:t xml:space="preserve">            {</w:t>
        <w:br/>
        <w:t xml:space="preserve">              type: "text",</w:t>
        <w:br/>
        <w:t xml:space="preserve">              text: currentTime,</w:t>
        <w:br/>
        <w:t xml:space="preserve">            },</w:t>
        <w:br/>
        <w:t xml:space="preserve">          ],</w:t>
        <w:br/>
        <w:t xml:space="preserve">        };</w:t>
        <w:br/>
        <w:t xml:space="preserve">      } catch {</w:t>
        <w:br/>
        <w:t xml:space="preserve">        return {</w:t>
        <w:br/>
        <w:t xml:space="preserve">          content: [</w:t>
        <w:br/>
        <w:t xml:space="preserve">            {</w:t>
        <w:br/>
        <w:t xml:space="preserve">              type: "text",</w:t>
        <w:br/>
        <w:t xml:space="preserve">              text: `无法识别这个时区：${timezone}`,</w:t>
        <w:br/>
        <w:t xml:space="preserve">            },</w:t>
        <w:br/>
        <w:t xml:space="preserve">          ],</w:t>
        <w:br/>
        <w:t xml:space="preserve">          isError: true,</w:t>
        <w:br/>
        <w:t xml:space="preserve">        };</w:t>
        <w:br/>
        <w:t xml:space="preserve">      }</w:t>
        <w:br/>
        <w:t xml:space="preserve">    },</w:t>
        <w:br/>
        <w:t xml:space="preserve">  );</w:t>
        <w:br/>
        <w:br/>
        <w:t xml:space="preserve">  server.registerTool(</w:t>
        <w:br/>
        <w:t xml:space="preserve">    "add",</w:t>
        <w:br/>
        <w:t xml:space="preserve">    {</w:t>
        <w:br/>
        <w:t xml:space="preserve">      description: "计算两个数字的和",</w:t>
        <w:br/>
        <w:t xml:space="preserve">      inputSchema: z.object({</w:t>
        <w:br/>
        <w:t xml:space="preserve">        a: z.number().describe("第一个数字"),</w:t>
        <w:br/>
        <w:t xml:space="preserve">        b: z.number().describe("第二个数字"),</w:t>
        <w:br/>
        <w:t xml:space="preserve">      }),</w:t>
        <w:br/>
        <w:t xml:space="preserve">    },</w:t>
        <w:br/>
        <w:t xml:space="preserve">    async ({ a, b }) =&gt; {</w:t>
        <w:br/>
        <w:t xml:space="preserve">      const result = a + b;</w:t>
        <w:br/>
        <w:br/>
        <w:t xml:space="preserve">      return {</w:t>
        <w:br/>
        <w:t xml:space="preserve">        content: [</w:t>
        <w:br/>
        <w:t xml:space="preserve">          {</w:t>
        <w:br/>
        <w:t xml:space="preserve">            type: "text",</w:t>
        <w:br/>
        <w:t xml:space="preserve">            text: `${a} + ${b} = ${result}`,</w:t>
        <w:br/>
        <w:t xml:space="preserve">          },</w:t>
        <w:br/>
        <w:t xml:space="preserve">        ],</w:t>
        <w:br/>
        <w:t xml:space="preserve">      };</w:t>
        <w:br/>
        <w:t xml:space="preserve">    },</w:t>
        <w:br/>
        <w:t xml:space="preserve">  );</w:t>
        <w:br/>
        <w:br/>
        <w:t xml:space="preserve">  return server;</w:t>
        <w:br/>
        <w:t>}</w:t>
        <w:br/>
        <w:br/>
        <w:t>void serveStdio(createServer);</w:t>
        <w:br/>
        <w:t>console.error("My MCP server running on stdio");</w:t>
      </w:r>
    </w:p>
    <w:p>
      <w:r>
        <w:rPr>
          <w:rFonts w:ascii="Calibri" w:hAnsi="Calibri" w:eastAsia="Microsoft YaHei"/>
        </w:rPr>
        <w:t>这里没有引入新的 MCP 写法。两个 Tool 仍然由名称、说明、参数 Schema、handler 和返回结果组成。</w:t>
      </w:r>
    </w:p>
    <w:p>
      <w:r>
        <w:rPr>
          <w:rFonts w:ascii="Calibri" w:hAnsi="Calibri" w:eastAsia="Microsoft YaHei"/>
        </w:rPr>
        <w:t>时间 Tool 多做了一层错误处理。</w:t>
      </w:r>
      <w:r>
        <w:rPr>
          <w:rFonts w:ascii="Consolas" w:hAnsi="Consolas" w:eastAsia="Microsoft YaHei"/>
          <w:color w:val="1F4D78"/>
          <w:sz w:val="18"/>
        </w:rPr>
        <w:t>Asia/Shanghai</w:t>
      </w:r>
      <w:r>
        <w:rPr>
          <w:rFonts w:ascii="Calibri" w:hAnsi="Calibri" w:eastAsia="Microsoft YaHei"/>
        </w:rPr>
        <w:t xml:space="preserve"> 是合法时区；如果传入不存在的名称，handler 会返回 </w:t>
      </w:r>
      <w:r>
        <w:rPr>
          <w:rFonts w:ascii="Consolas" w:hAnsi="Consolas" w:eastAsia="Microsoft YaHei"/>
          <w:color w:val="1F4D78"/>
          <w:sz w:val="18"/>
        </w:rPr>
        <w:t>isError: true</w:t>
      </w:r>
      <w:r>
        <w:rPr>
          <w:rFonts w:ascii="Calibri" w:hAnsi="Calibri" w:eastAsia="Microsoft YaHei"/>
        </w:rPr>
        <w:t>，让客户端知道这次调用失败了。</w:t>
      </w:r>
    </w:p>
    <w:p>
      <w:pPr>
        <w:pStyle w:val="Heading1"/>
      </w:pPr>
      <w:r>
        <w:rPr>
          <w:rFonts w:ascii="Calibri" w:hAnsi="Calibri" w:eastAsia="Microsoft YaHei"/>
        </w:rPr>
        <w:t>7. 再用 Inspector 检查</w:t>
      </w:r>
    </w:p>
    <w:p>
      <w:r>
        <w:rPr>
          <w:rFonts w:ascii="Calibri" w:hAnsi="Calibri" w:eastAsia="Microsoft YaHei"/>
        </w:rPr>
        <w:t>修改代码后，停止旧的 Inspector，再重新运行：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npx @modelcontextprotocol/inspector npx tsx src/index.ts</w:t>
      </w:r>
    </w:p>
    <w:p>
      <w:r>
        <w:rPr>
          <w:rFonts w:ascii="Calibri" w:hAnsi="Calibri" w:eastAsia="Microsoft YaHei"/>
        </w:rPr>
        <w:t xml:space="preserve">进入 Tools，先调用 </w:t>
      </w:r>
      <w:r>
        <w:rPr>
          <w:rFonts w:ascii="Consolas" w:hAnsi="Consolas" w:eastAsia="Microsoft YaHei"/>
          <w:color w:val="1F4D78"/>
          <w:sz w:val="18"/>
        </w:rPr>
        <w:t>add</w:t>
      </w:r>
      <w:r>
        <w:rPr>
          <w:rFonts w:ascii="Calibri" w:hAnsi="Calibri" w:eastAsia="Microsoft YaHei"/>
        </w:rPr>
        <w:t>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a = 5</w:t>
        <w:br/>
        <w:t>b = 6</w:t>
      </w:r>
    </w:p>
    <w:p>
      <w:r>
        <w:rPr>
          <w:rFonts w:ascii="Calibri" w:hAnsi="Calibri" w:eastAsia="Microsoft YaHei"/>
        </w:rPr>
        <w:t>预期结果是：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5 + 6 = 11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498850"/>
            <wp:docPr id="11" name="Picture 11" descr="在 Inspector 中给 add 传入 5 和 6，Server 返回 5 + 6 =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inspector-add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4988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 Inspector 中给 add 传入 5 和 6，Server 返回 5 + 6 = 11</w:t>
      </w:r>
    </w:p>
    <w:p>
      <w:r>
        <w:rPr>
          <w:rFonts w:ascii="Calibri" w:hAnsi="Calibri" w:eastAsia="Microsoft YaHei"/>
        </w:rPr>
        <w:t xml:space="preserve">再调用 </w:t>
      </w:r>
      <w:r>
        <w:rPr>
          <w:rFonts w:ascii="Consolas" w:hAnsi="Consolas" w:eastAsia="Microsoft YaHei"/>
          <w:color w:val="1F4D78"/>
          <w:sz w:val="18"/>
        </w:rPr>
        <w:t>get_current_time</w:t>
      </w:r>
      <w:r>
        <w:rPr>
          <w:rFonts w:ascii="Calibri" w:hAnsi="Calibri" w:eastAsia="Microsoft YaHei"/>
        </w:rPr>
        <w:t>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timezone = Asia/Shanghai</w:t>
      </w:r>
    </w:p>
    <w:p>
      <w:r>
        <w:rPr>
          <w:rFonts w:ascii="Calibri" w:hAnsi="Calibri" w:eastAsia="Microsoft YaHei"/>
        </w:rPr>
        <w:t xml:space="preserve">你会看到当时的上海日期和时间。不同 Node.js 版本可能把时区后缀显示为“中国标准时间”或 </w:t>
      </w:r>
      <w:r>
        <w:rPr>
          <w:rFonts w:ascii="Consolas" w:hAnsi="Consolas" w:eastAsia="Microsoft YaHei"/>
          <w:color w:val="1F4D78"/>
          <w:sz w:val="18"/>
        </w:rPr>
        <w:t>GMT+8</w:t>
      </w:r>
      <w:r>
        <w:rPr>
          <w:rFonts w:ascii="Calibri" w:hAnsi="Calibri" w:eastAsia="Microsoft YaHei"/>
        </w:rPr>
        <w:t>，两者都正常。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606675"/>
            <wp:docPr id="12" name="Picture 12" descr="在 Inspector 中给 get_current_time 传入 Asia/Shanghai，并得到对应时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inspector-tim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06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 Inspector 中给 get_current_time 传入 Asia/Shanghai，并得到对应时间</w:t>
      </w:r>
    </w:p>
    <w:p>
      <w:r>
        <w:rPr>
          <w:rFonts w:ascii="Calibri" w:hAnsi="Calibri" w:eastAsia="Microsoft YaHei"/>
        </w:rPr>
        <w:t xml:space="preserve">打开 Inspector 右侧的 </w:t>
      </w:r>
      <w:r>
        <w:rPr>
          <w:rFonts w:ascii="Consolas" w:hAnsi="Consolas" w:eastAsia="Microsoft YaHei"/>
          <w:color w:val="1F4D78"/>
          <w:sz w:val="18"/>
        </w:rPr>
        <w:t>Protocol</w:t>
      </w:r>
      <w:r>
        <w:rPr>
          <w:rFonts w:ascii="Calibri" w:hAnsi="Calibri" w:eastAsia="Microsoft YaHei"/>
        </w:rPr>
        <w:t>，还能看到一次 Tool 调用的原始消息：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1504399" cy="3566158"/>
            <wp:docPr id="13" name="Picture 13" descr="Protocol 面板中的 tools/call：客户端传入 add 参数，Server 返回 5 + 6 =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protocol-call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04399" cy="35661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Protocol 面板中的 tools/call：客户端传入 add 参数，Server 返回 5 + 6 = 11</w:t>
      </w:r>
    </w:p>
    <w:p>
      <w:r>
        <w:rPr>
          <w:rFonts w:ascii="Calibri" w:hAnsi="Calibri" w:eastAsia="Microsoft YaHei"/>
        </w:rPr>
        <w:t>这时再认识两个协议动作会轻松很多：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tools/list</w:t>
      </w:r>
      <w:r>
        <w:rPr>
          <w:rFonts w:ascii="Calibri" w:hAnsi="Calibri" w:eastAsia="Microsoft YaHei"/>
        </w:rPr>
        <w:t>：Client 询问 Server 提供哪些 Tool；</w:t>
      </w:r>
    </w:p>
    <w:p>
      <w:pPr>
        <w:pStyle w:val="ListBullet"/>
      </w:pPr>
      <w:r>
        <w:rPr>
          <w:rFonts w:ascii="Consolas" w:hAnsi="Consolas" w:eastAsia="Microsoft YaHei"/>
          <w:color w:val="1F4D78"/>
          <w:sz w:val="18"/>
        </w:rPr>
        <w:t>tools/call</w:t>
      </w:r>
      <w:r>
        <w:rPr>
          <w:rFonts w:ascii="Calibri" w:hAnsi="Calibri" w:eastAsia="Microsoft YaHei"/>
        </w:rPr>
        <w:t>：Client 指定 Tool 名称和参数，要求 Server 执行。</w:t>
      </w:r>
    </w:p>
    <w:p>
      <w:r>
        <w:rPr>
          <w:rFonts w:ascii="Calibri" w:hAnsi="Calibri" w:eastAsia="Microsoft YaHei"/>
        </w:rPr>
        <w:t xml:space="preserve">截图中的 </w:t>
      </w:r>
      <w:r>
        <w:rPr>
          <w:rFonts w:ascii="Consolas" w:hAnsi="Consolas" w:eastAsia="Microsoft YaHei"/>
          <w:color w:val="1F4D78"/>
          <w:sz w:val="18"/>
        </w:rPr>
        <w:t>Parameters</w:t>
      </w:r>
      <w:r>
        <w:rPr>
          <w:rFonts w:ascii="Calibri" w:hAnsi="Calibri" w:eastAsia="Microsoft YaHei"/>
        </w:rPr>
        <w:t xml:space="preserve"> 是发给 </w:t>
      </w:r>
      <w:r>
        <w:rPr>
          <w:rFonts w:ascii="Consolas" w:hAnsi="Consolas" w:eastAsia="Microsoft YaHei"/>
          <w:color w:val="1F4D78"/>
          <w:sz w:val="18"/>
        </w:rPr>
        <w:t>add</w:t>
      </w:r>
      <w:r>
        <w:rPr>
          <w:rFonts w:ascii="Calibri" w:hAnsi="Calibri" w:eastAsia="Microsoft YaHei"/>
        </w:rPr>
        <w:t xml:space="preserve"> 的参数，</w:t>
      </w:r>
      <w:r>
        <w:rPr>
          <w:rFonts w:ascii="Consolas" w:hAnsi="Consolas" w:eastAsia="Microsoft YaHei"/>
          <w:color w:val="1F4D78"/>
          <w:sz w:val="18"/>
        </w:rPr>
        <w:t>Response</w:t>
      </w:r>
      <w:r>
        <w:rPr>
          <w:rFonts w:ascii="Calibri" w:hAnsi="Calibri" w:eastAsia="Microsoft YaHei"/>
        </w:rPr>
        <w:t xml:space="preserve"> 是 Server 返回的结果。界面显示 </w:t>
      </w:r>
      <w:r>
        <w:rPr>
          <w:rFonts w:ascii="Consolas" w:hAnsi="Consolas" w:eastAsia="Microsoft YaHei"/>
          <w:color w:val="1F4D78"/>
          <w:sz w:val="18"/>
        </w:rPr>
        <w:t>LEGACY</w:t>
      </w:r>
      <w:r>
        <w:rPr>
          <w:rFonts w:ascii="Calibri" w:hAnsi="Calibri" w:eastAsia="Microsoft YaHei"/>
        </w:rPr>
        <w:t xml:space="preserve"> 时也不用改代码：v2 的 </w:t>
      </w:r>
      <w:r>
        <w:rPr>
          <w:rFonts w:ascii="Consolas" w:hAnsi="Consolas" w:eastAsia="Microsoft YaHei"/>
          <w:color w:val="1F4D78"/>
          <w:sz w:val="18"/>
        </w:rPr>
        <w:t>serveStdio</w:t>
      </w:r>
      <w:r>
        <w:rPr>
          <w:rFonts w:ascii="Calibri" w:hAnsi="Calibri" w:eastAsia="Microsoft YaHei"/>
        </w:rPr>
        <w:t xml:space="preserve"> 默认兼容旧版 Client，Inspector 会根据连接协商协议版本。</w:t>
      </w:r>
    </w:p>
    <w:p>
      <w:r>
        <w:rPr>
          <w:rFonts w:ascii="Calibri" w:hAnsi="Calibri" w:eastAsia="Microsoft YaHei"/>
        </w:rPr>
        <w:t>下面这张图把目前的关系收在一起：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857500"/>
            <wp:docPr id="14" name="Picture 14" descr="AI Client 先通过 tools/list 发现能力，再用 tools/call 让 MCP Server 执行 Too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mcp-flow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AI Client 先通过 tools/list 发现能力，再用 tools/call 让 MCP Server 执行 Tool</w:t>
      </w:r>
    </w:p>
    <w:p>
      <w:r>
        <w:rPr>
          <w:rFonts w:ascii="Calibri" w:hAnsi="Calibri" w:eastAsia="Microsoft YaHei"/>
        </w:rPr>
        <w:t xml:space="preserve">Tool 是 </w:t>
      </w:r>
      <w:r>
        <w:rPr>
          <w:rFonts w:ascii="Consolas" w:hAnsi="Consolas" w:eastAsia="Microsoft YaHei"/>
          <w:color w:val="1F4D78"/>
          <w:sz w:val="18"/>
        </w:rPr>
        <w:t>hello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Microsoft YaHei"/>
          <w:color w:val="1F4D78"/>
          <w:sz w:val="18"/>
        </w:rPr>
        <w:t>add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Microsoft YaHei"/>
          <w:color w:val="1F4D78"/>
          <w:sz w:val="18"/>
        </w:rPr>
        <w:t>get_current_time</w:t>
      </w:r>
      <w:r>
        <w:rPr>
          <w:rFonts w:ascii="Calibri" w:hAnsi="Calibri" w:eastAsia="Microsoft YaHei"/>
        </w:rPr>
        <w:t xml:space="preserve"> 这些具体能力。MCP Server 负责登记并执行它们，AI Client 负责发现和调用。</w:t>
      </w:r>
    </w:p>
    <w:p>
      <w:pPr>
        <w:pStyle w:val="Heading1"/>
      </w:pPr>
      <w:r>
        <w:rPr>
          <w:rFonts w:ascii="Calibri" w:hAnsi="Calibri" w:eastAsia="Microsoft YaHei"/>
        </w:rPr>
        <w:t>8. 接入 CodeBuddy</w:t>
      </w:r>
    </w:p>
    <w:p>
      <w:r>
        <w:rPr>
          <w:rFonts w:ascii="Calibri" w:hAnsi="Calibri" w:eastAsia="Microsoft YaHei"/>
        </w:rPr>
        <w:t>Inspector 适合开发阶段手动测试。代码确认没问题后，可以把同一个 Server 交给真正的 AI Client。</w:t>
      </w:r>
    </w:p>
    <w:p>
      <w:r>
        <w:rPr>
          <w:rFonts w:ascii="Calibri" w:hAnsi="Calibri" w:eastAsia="Microsoft YaHei"/>
        </w:rPr>
        <w:t>本文用 CodeBuddy 演示。其他支持本地 stdio MCP 的客户端也能使用同样的 Server，只是配置入口和 JSON 文件位置可能不同。</w:t>
      </w:r>
    </w:p>
    <w:p>
      <w:r>
        <w:rPr>
          <w:rFonts w:ascii="Calibri" w:hAnsi="Calibri" w:eastAsia="Microsoft YaHei"/>
        </w:rPr>
        <w:t xml:space="preserve">先停止 Inspector。然后在 CodeBuddy 中打开设置，进入 </w:t>
      </w:r>
      <w:r>
        <w:rPr>
          <w:rFonts w:ascii="Consolas" w:hAnsi="Consolas" w:eastAsia="Microsoft YaHei"/>
          <w:color w:val="1F4D78"/>
          <w:sz w:val="18"/>
        </w:rPr>
        <w:t>MCP</w:t>
      </w:r>
      <w:r>
        <w:rPr>
          <w:rFonts w:ascii="Calibri" w:hAnsi="Calibri" w:eastAsia="Microsoft YaHei"/>
        </w:rPr>
        <w:t>，点击“配置 MCP”：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3195303"/>
            <wp:docPr id="15" name="Picture 15" descr="CodeBuddy 设置中的 MCP 入口，可手动配置本地 MCP Serve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codebuddy-settings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31953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CodeBuddy 设置中的 MCP 入口，可手动配置本地 MCP Server</w:t>
      </w:r>
    </w:p>
    <w:p>
      <w:r>
        <w:rPr>
          <w:rFonts w:ascii="Calibri" w:hAnsi="Calibri" w:eastAsia="Microsoft YaHei"/>
        </w:rPr>
        <w:t>在 PowerShell 中取得入口文件的绝对路径：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(Resolve-Path .\src\index.ts).Path</w:t>
      </w:r>
    </w:p>
    <w:p>
      <w:r>
        <w:rPr>
          <w:rFonts w:ascii="Calibri" w:hAnsi="Calibri" w:eastAsia="Microsoft YaHei"/>
        </w:rPr>
        <w:t>把得到的路径填入 MCP 配置。下面使用一个示例路径，</w:t>
      </w:r>
      <w:r>
        <w:rPr>
          <w:rFonts w:ascii="Calibri" w:hAnsi="Calibri" w:eastAsia="Microsoft YaHei"/>
          <w:b/>
        </w:rPr>
        <w:t>请换成你自己的实际结果</w:t>
      </w:r>
      <w:r>
        <w:rPr>
          <w:rFonts w:ascii="Calibri" w:hAnsi="Calibri" w:eastAsia="Microsoft YaHei"/>
        </w:rPr>
        <w:t>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JSON</w:t>
        <w:br/>
      </w:r>
      <w:r>
        <w:rPr>
          <w:rFonts w:ascii="Consolas" w:hAnsi="Consolas" w:eastAsia="Microsoft YaHei"/>
          <w:color w:val="252A34"/>
          <w:sz w:val="16"/>
        </w:rPr>
        <w:t>{</w:t>
        <w:br/>
        <w:t xml:space="preserve">  "mcpServers": {</w:t>
        <w:br/>
        <w:t xml:space="preserve">    "my-first-mcp": {</w:t>
        <w:br/>
        <w:t xml:space="preserve">      "command": "npx",</w:t>
        <w:br/>
        <w:t xml:space="preserve">      "args": ["tsx", "C:\\你的路径\\my_mcp\\src\\index.ts"]</w:t>
        <w:br/>
        <w:t xml:space="preserve">    }</w:t>
        <w:br/>
        <w:t xml:space="preserve">  }</w:t>
        <w:br/>
        <w:t>}</w:t>
      </w:r>
    </w:p>
    <w:p>
      <w:r>
        <w:rPr>
          <w:rFonts w:ascii="Calibri" w:hAnsi="Calibri" w:eastAsia="Microsoft YaHei"/>
        </w:rPr>
        <w:t xml:space="preserve">Windows 的 JSON 路径要写双反斜杠，例如 </w:t>
      </w:r>
      <w:r>
        <w:rPr>
          <w:rFonts w:ascii="Consolas" w:hAnsi="Consolas" w:eastAsia="Microsoft YaHei"/>
          <w:color w:val="1F4D78"/>
          <w:sz w:val="18"/>
        </w:rPr>
        <w:t>C:\\Users\\...</w:t>
      </w:r>
      <w:r>
        <w:rPr>
          <w:rFonts w:ascii="Calibri" w:hAnsi="Calibri" w:eastAsia="Microsoft YaHei"/>
        </w:rPr>
        <w:t>。当然，这一步完全可以让 CodeBuddy 帮你做，和它说就行。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297459"/>
            <wp:docPr id="16" name="Picture 16" descr="也可以直接把配置任务交给 CodeBuddy：让它把刚写好的 index.ts 添加到 MCP Serve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-codebuddy-config-prompt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2974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也可以直接把配置任务交给 CodeBuddy：让它把刚写好的 index.ts 添加到 MCP Server</w:t>
      </w:r>
    </w:p>
    <w:p>
      <w:r>
        <w:rPr>
          <w:rFonts w:ascii="Calibri" w:hAnsi="Calibri" w:eastAsia="Microsoft YaHei"/>
        </w:rPr>
        <w:t xml:space="preserve">保存后重启或重新连接 MCP。CodeBuddy 的 MCP 列表里出现 </w:t>
      </w:r>
      <w:r>
        <w:rPr>
          <w:rFonts w:ascii="Consolas" w:hAnsi="Consolas" w:eastAsia="Microsoft YaHei"/>
          <w:color w:val="1F4D78"/>
          <w:sz w:val="18"/>
        </w:rPr>
        <w:t>my-first-mcp</w:t>
      </w:r>
      <w:r>
        <w:rPr>
          <w:rFonts w:ascii="Calibri" w:hAnsi="Calibri" w:eastAsia="Microsoft YaHei"/>
        </w:rPr>
        <w:t>，并且状态正常，就说明它已经启动了我们的 TypeScript 程序。</w:t>
      </w:r>
    </w:p>
    <w:p>
      <w:r>
        <w:rPr>
          <w:rFonts w:ascii="Calibri" w:hAnsi="Calibri" w:eastAsia="Microsoft YaHei"/>
        </w:rPr>
        <w:t xml:space="preserve">如果连接失败，先在同一个项目目录运行 </w:t>
      </w:r>
      <w:r>
        <w:rPr>
          <w:rFonts w:ascii="Consolas" w:hAnsi="Consolas" w:eastAsia="Microsoft YaHei"/>
          <w:color w:val="1F4D78"/>
          <w:sz w:val="18"/>
        </w:rPr>
        <w:t>npx tsx src/index.ts</w:t>
      </w:r>
      <w:r>
        <w:rPr>
          <w:rFonts w:ascii="Calibri" w:hAnsi="Calibri" w:eastAsia="Microsoft YaHei"/>
        </w:rPr>
        <w:t>。这条命令能启动时，再检查配置中的绝对路径；它本身也报错时，先修代码或依赖。</w:t>
      </w:r>
    </w:p>
    <w:p>
      <w:pPr>
        <w:pStyle w:val="Heading1"/>
      </w:pPr>
      <w:r>
        <w:rPr>
          <w:rFonts w:ascii="Calibri" w:hAnsi="Calibri" w:eastAsia="Microsoft YaHei"/>
        </w:rPr>
        <w:t>9. 让 AI 自己选择 Tool</w:t>
      </w:r>
    </w:p>
    <w:p>
      <w:r>
        <w:rPr>
          <w:rFonts w:ascii="Calibri" w:hAnsi="Calibri" w:eastAsia="Microsoft YaHei"/>
        </w:rPr>
        <w:t>现在给 CodeBuddy 一条普通的自然语言要求：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用我的 MCP 帮我算一下 56 + 78，</w:t>
        <w:br/>
        <w:t>再用我的 MCP 查看现在上海几点</w:t>
      </w:r>
    </w:p>
    <w:p>
      <w:r>
        <w:rPr>
          <w:rFonts w:ascii="Calibri" w:hAnsi="Calibri" w:eastAsia="Microsoft YaHei"/>
        </w:rPr>
        <w:t xml:space="preserve">这次不需要手动点 </w:t>
      </w:r>
      <w:r>
        <w:rPr>
          <w:rFonts w:ascii="Consolas" w:hAnsi="Consolas" w:eastAsia="Microsoft YaHei"/>
          <w:color w:val="1F4D78"/>
          <w:sz w:val="18"/>
        </w:rPr>
        <w:t>add</w:t>
      </w:r>
      <w:r>
        <w:rPr>
          <w:rFonts w:ascii="Calibri" w:hAnsi="Calibri" w:eastAsia="Microsoft YaHei"/>
        </w:rPr>
        <w:t xml:space="preserve"> 或 </w:t>
      </w:r>
      <w:r>
        <w:rPr>
          <w:rFonts w:ascii="Consolas" w:hAnsi="Consolas" w:eastAsia="Microsoft YaHei"/>
          <w:color w:val="1F4D78"/>
          <w:sz w:val="18"/>
        </w:rPr>
        <w:t>get_current_time</w:t>
      </w:r>
      <w:r>
        <w:rPr>
          <w:rFonts w:ascii="Calibri" w:hAnsi="Calibri" w:eastAsia="Microsoft YaHei"/>
        </w:rPr>
        <w:t>。CodeBuddy 读取 Tool 的名称、</w:t>
      </w:r>
      <w:r>
        <w:rPr>
          <w:rFonts w:ascii="Consolas" w:hAnsi="Consolas" w:eastAsia="Microsoft YaHei"/>
          <w:color w:val="1F4D78"/>
          <w:sz w:val="18"/>
        </w:rPr>
        <w:t>description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Microsoft YaHei"/>
          <w:color w:val="1F4D78"/>
          <w:sz w:val="18"/>
        </w:rPr>
        <w:t>inputSchema</w:t>
      </w:r>
      <w:r>
        <w:rPr>
          <w:rFonts w:ascii="Calibri" w:hAnsi="Calibri" w:eastAsia="Microsoft YaHei"/>
        </w:rPr>
        <w:t>，判断该用哪个 Tool，再填入参数发起调用。</w:t>
      </w:r>
    </w:p>
    <w:p>
      <w:r>
        <w:rPr>
          <w:rFonts w:ascii="Calibri" w:hAnsi="Calibri" w:eastAsia="Microsoft YaHei"/>
        </w:rPr>
        <w:t>实际结果如下：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685108" cy="3566159"/>
            <wp:docPr id="17" name="Picture 17" descr="CodeBuddy 自动调用 add 与 get_current_time，得到 134 和上海时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-codebuddy-final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85108" cy="35661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CodeBuddy 自动调用 add 与 get_current_time，得到 134 和上海时间</w:t>
      </w:r>
    </w:p>
    <w:p>
      <w:r>
        <w:rPr>
          <w:rFonts w:ascii="Calibri" w:hAnsi="Calibri" w:eastAsia="Microsoft YaHei"/>
        </w:rPr>
        <w:t xml:space="preserve">CodeBuddy 先调用 </w:t>
      </w:r>
      <w:r>
        <w:rPr>
          <w:rFonts w:ascii="Consolas" w:hAnsi="Consolas" w:eastAsia="Microsoft YaHei"/>
          <w:color w:val="1F4D78"/>
          <w:sz w:val="18"/>
        </w:rPr>
        <w:t>add</w:t>
      </w:r>
      <w:r>
        <w:rPr>
          <w:rFonts w:ascii="Calibri" w:hAnsi="Calibri" w:eastAsia="Microsoft YaHei"/>
        </w:rPr>
        <w:t xml:space="preserve">，传入 56 和 78，得到 134；随后调用 </w:t>
      </w:r>
      <w:r>
        <w:rPr>
          <w:rFonts w:ascii="Consolas" w:hAnsi="Consolas" w:eastAsia="Microsoft YaHei"/>
          <w:color w:val="1F4D78"/>
          <w:sz w:val="18"/>
        </w:rPr>
        <w:t>get_current_time</w:t>
      </w:r>
      <w:r>
        <w:rPr>
          <w:rFonts w:ascii="Calibri" w:hAnsi="Calibri" w:eastAsia="Microsoft YaHei"/>
        </w:rPr>
        <w:t xml:space="preserve">，传入 </w:t>
      </w:r>
      <w:r>
        <w:rPr>
          <w:rFonts w:ascii="Consolas" w:hAnsi="Consolas" w:eastAsia="Microsoft YaHei"/>
          <w:color w:val="1F4D78"/>
          <w:sz w:val="18"/>
        </w:rPr>
        <w:t>Asia/Shanghai</w:t>
      </w:r>
      <w:r>
        <w:rPr>
          <w:rFonts w:ascii="Calibri" w:hAnsi="Calibri" w:eastAsia="Microsoft YaHei"/>
        </w:rPr>
        <w:t>，再把两次返回内容整理成回答。</w:t>
      </w:r>
    </w:p>
    <w:p>
      <w:r>
        <w:rPr>
          <w:rFonts w:ascii="Calibri" w:hAnsi="Calibri" w:eastAsia="Microsoft YaHei"/>
        </w:rPr>
        <w:t xml:space="preserve">这也说明 </w:t>
      </w:r>
      <w:r>
        <w:rPr>
          <w:rFonts w:ascii="Consolas" w:hAnsi="Consolas" w:eastAsia="Microsoft YaHei"/>
          <w:color w:val="1F4D78"/>
          <w:sz w:val="18"/>
        </w:rPr>
        <w:t>description</w:t>
      </w:r>
      <w:r>
        <w:rPr>
          <w:rFonts w:ascii="Calibri" w:hAnsi="Calibri" w:eastAsia="Microsoft YaHei"/>
        </w:rPr>
        <w:t xml:space="preserve"> 不是写给人看的装饰。AI Client 正是根据它理解 Tool 的用途。名称和说明写得含糊，客户端就更容易选错。</w:t>
      </w:r>
    </w:p>
    <w:p>
      <w:pPr>
        <w:pStyle w:val="Heading1"/>
      </w:pPr>
      <w:r>
        <w:rPr>
          <w:rFonts w:ascii="Calibri" w:hAnsi="Calibri" w:eastAsia="Microsoft YaHei"/>
        </w:rPr>
        <w:t>10. 常见问题</w:t>
      </w:r>
    </w:p>
    <w:p>
      <w:pPr>
        <w:pStyle w:val="Heading2"/>
      </w:pPr>
      <w:r>
        <w:rPr>
          <w:rFonts w:ascii="Calibri" w:hAnsi="Calibri" w:eastAsia="Microsoft YaHei"/>
        </w:rPr>
        <w:t>npm start 后为什么一直不退出？</w:t>
      </w:r>
    </w:p>
    <w:p>
      <w:r>
        <w:rPr>
          <w:rFonts w:ascii="Calibri" w:hAnsi="Calibri" w:eastAsia="Microsoft YaHei"/>
        </w:rPr>
        <w:t xml:space="preserve">stdio Server 正在等待 Client 请求。看到启动日志且没有报错，就可以按 </w:t>
      </w:r>
      <w:r>
        <w:rPr>
          <w:rFonts w:ascii="Consolas" w:hAnsi="Consolas" w:eastAsia="Microsoft YaHei"/>
          <w:color w:val="1F4D78"/>
          <w:sz w:val="18"/>
        </w:rPr>
        <w:t>Ctrl+C</w:t>
      </w:r>
      <w:r>
        <w:rPr>
          <w:rFonts w:ascii="Calibri" w:hAnsi="Calibri" w:eastAsia="Microsoft YaHei"/>
        </w:rPr>
        <w:t xml:space="preserve"> 停止，再让 Inspector 或 CodeBuddy 启动它。</w:t>
      </w:r>
    </w:p>
    <w:p>
      <w:pPr>
        <w:pStyle w:val="Heading2"/>
      </w:pPr>
      <w:r>
        <w:rPr>
          <w:rFonts w:ascii="Calibri" w:hAnsi="Calibri" w:eastAsia="Microsoft YaHei"/>
        </w:rPr>
        <w:t>Inspector 为什么看不到新 Tool？</w:t>
      </w:r>
    </w:p>
    <w:p>
      <w:r>
        <w:rPr>
          <w:rFonts w:ascii="Calibri" w:hAnsi="Calibri" w:eastAsia="Microsoft YaHei"/>
        </w:rPr>
        <w:t xml:space="preserve">先保存 </w:t>
      </w:r>
      <w:r>
        <w:rPr>
          <w:rFonts w:ascii="Consolas" w:hAnsi="Consolas" w:eastAsia="Microsoft YaHei"/>
          <w:color w:val="1F4D78"/>
          <w:sz w:val="18"/>
        </w:rPr>
        <w:t>src/index.ts</w:t>
      </w:r>
      <w:r>
        <w:rPr>
          <w:rFonts w:ascii="Calibri" w:hAnsi="Calibri" w:eastAsia="Microsoft YaHei"/>
        </w:rPr>
        <w:t>，停止旧进程，再重新执行 Inspector 命令。Inspector 启动的是一个新进程，不会自动读取旧进程之外的修改。</w:t>
      </w:r>
    </w:p>
    <w:p>
      <w:pPr>
        <w:pStyle w:val="Heading2"/>
      </w:pPr>
      <w:r>
        <w:rPr>
          <w:rFonts w:ascii="Calibri" w:hAnsi="Calibri" w:eastAsia="Microsoft YaHei"/>
        </w:rPr>
        <w:t>为什么不能用 console.log？</w:t>
      </w:r>
    </w:p>
    <w:p>
      <w:r>
        <w:rPr>
          <w:rFonts w:ascii="Calibri" w:hAnsi="Calibri" w:eastAsia="Microsoft YaHei"/>
        </w:rPr>
        <w:t>stdout 是 stdio 的协议通道。</w:t>
      </w:r>
      <w:r>
        <w:rPr>
          <w:rFonts w:ascii="Consolas" w:hAnsi="Consolas" w:eastAsia="Microsoft YaHei"/>
          <w:color w:val="1F4D78"/>
          <w:sz w:val="18"/>
        </w:rPr>
        <w:t>console.log()</w:t>
      </w:r>
      <w:r>
        <w:rPr>
          <w:rFonts w:ascii="Calibri" w:hAnsi="Calibri" w:eastAsia="Microsoft YaHei"/>
        </w:rPr>
        <w:t xml:space="preserve"> 会把普通文字混进 JSON-RPC 消息，客户端可能因此解析失败。日志使用 </w:t>
      </w:r>
      <w:r>
        <w:rPr>
          <w:rFonts w:ascii="Consolas" w:hAnsi="Consolas" w:eastAsia="Microsoft YaHei"/>
          <w:color w:val="1F4D78"/>
          <w:sz w:val="18"/>
        </w:rPr>
        <w:t>console.error()</w:t>
      </w:r>
      <w:r>
        <w:rPr>
          <w:rFonts w:ascii="Calibri" w:hAnsi="Calibri" w:eastAsia="Microsoft YaHei"/>
        </w:rPr>
        <w:t>。</w:t>
      </w:r>
    </w:p>
    <w:p>
      <w:pPr>
        <w:pStyle w:val="Heading2"/>
      </w:pPr>
      <w:r>
        <w:rPr>
          <w:rFonts w:ascii="Calibri" w:hAnsi="Calibri" w:eastAsia="Microsoft YaHei"/>
        </w:rPr>
        <w:t>CodeBuddy 能连接，AI 却不调用 Tool？</w:t>
      </w:r>
    </w:p>
    <w:p>
      <w:r>
        <w:rPr>
          <w:rFonts w:ascii="Calibri" w:hAnsi="Calibri" w:eastAsia="Microsoft YaHei"/>
        </w:rPr>
        <w:t xml:space="preserve">先在 Inspector 里确认 Tool 能列出、参数能提交。然后检查 </w:t>
      </w:r>
      <w:r>
        <w:rPr>
          <w:rFonts w:ascii="Consolas" w:hAnsi="Consolas" w:eastAsia="Microsoft YaHei"/>
          <w:color w:val="1F4D78"/>
          <w:sz w:val="18"/>
        </w:rPr>
        <w:t>description</w:t>
      </w:r>
      <w:r>
        <w:rPr>
          <w:rFonts w:ascii="Calibri" w:hAnsi="Calibri" w:eastAsia="Microsoft YaHei"/>
        </w:rPr>
        <w:t xml:space="preserve"> 是否准确说明用途。连接成功只能证明 Server 已启动，AI 是否选择 Tool 还取决于任务、描述和当前客户端行为。</w:t>
      </w:r>
    </w:p>
    <w:p>
      <w:pPr>
        <w:pStyle w:val="Heading1"/>
      </w:pPr>
      <w:r>
        <w:rPr>
          <w:rFonts w:ascii="Calibri" w:hAnsi="Calibri" w:eastAsia="Microsoft YaHei"/>
        </w:rPr>
        <w:t>11. 做完以后，我们学会了什么？</w:t>
      </w:r>
    </w:p>
    <w:p>
      <w:r>
        <w:rPr>
          <w:rFonts w:ascii="Calibri" w:hAnsi="Calibri" w:eastAsia="Microsoft YaHei"/>
        </w:rPr>
        <w:t>这次完成了三件事：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创建一个通过 stdio 工作的 MCP Server；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注册并用 Inspector 调试三个 Tool；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把 Server 接入真实 AI Client，让 AI 根据要求选择 Tool。</w:t>
      </w:r>
    </w:p>
    <w:p>
      <w:r>
        <w:rPr>
          <w:rFonts w:ascii="Calibri" w:hAnsi="Calibri" w:eastAsia="Microsoft YaHei"/>
        </w:rPr>
        <w:t>现在回头看，MCP 的作用很具体：它给 AI Client 一套统一方式，用来发现外部能力、传入参数并取得结果。</w:t>
      </w:r>
    </w:p>
    <w:p>
      <w:r>
        <w:rPr>
          <w:rFonts w:ascii="Calibri" w:hAnsi="Calibri" w:eastAsia="Microsoft YaHei"/>
        </w:rPr>
        <w:t>今天的 handler 只做了问候、加法和时间查询。把其中的代码换成读取文件、调用 API 或查询数据库，MCP Server 的基本结构仍然一样。</w:t>
      </w:r>
    </w:p>
    <w:p>
      <w:r>
        <w:rPr>
          <w:rFonts w:ascii="Calibri" w:hAnsi="Calibri" w:eastAsia="Microsoft YaHei"/>
        </w:rPr>
        <w:t>下一步，可以试着写一个真正会读取本地文件的 Tool。</w:t>
      </w:r>
    </w:p>
    <w:p>
      <w:pPr>
        <w:pStyle w:val="Heading1"/>
      </w:pPr>
      <w:r>
        <w:rPr>
          <w:rFonts w:ascii="Calibri" w:hAnsi="Calibri" w:eastAsia="Microsoft YaHei"/>
        </w:rPr>
        <w:t>参考资料</w:t>
      </w:r>
    </w:p>
    <w:p>
      <w:pPr>
        <w:pStyle w:val="ListBullet"/>
      </w:pPr>
      <w:hyperlink r:id="rId29">
        <w:r>
          <w:rPr>
            <w:color w:val="2E74B5"/>
            <w:u w:val="single"/>
          </w:rPr>
          <w:t>MCP TypeScript SDK v2：Build your first server</w:t>
        </w:r>
      </w:hyperlink>
    </w:p>
    <w:p>
      <w:pPr>
        <w:pStyle w:val="ListBullet"/>
      </w:pPr>
      <w:hyperlink r:id="rId30">
        <w:r>
          <w:rPr>
            <w:color w:val="2E74B5"/>
            <w:u w:val="single"/>
          </w:rPr>
          <w:t>MCP TypeScript SDK v2：Serve over stdio</w:t>
        </w:r>
      </w:hyperlink>
    </w:p>
    <w:p>
      <w:pPr>
        <w:pStyle w:val="ListBullet"/>
      </w:pPr>
      <w:hyperlink r:id="rId31">
        <w:r>
          <w:rPr>
            <w:color w:val="2E74B5"/>
            <w:u w:val="single"/>
          </w:rPr>
          <w:t>MCP TypeScript SDK v2：Packages and subpath exports</w:t>
        </w:r>
      </w:hyperlink>
    </w:p>
    <w:p>
      <w:pPr>
        <w:pStyle w:val="ListBullet"/>
      </w:pPr>
      <w:hyperlink r:id="rId32">
        <w:r>
          <w:rPr>
            <w:color w:val="2E74B5"/>
            <w:u w:val="single"/>
          </w:rPr>
          <w:t>MCP Inspector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 w:eastAsia="Microsoft YaHei"/>
        <w:b/>
        <w:color w:val="667080"/>
        <w:sz w:val="17"/>
      </w:rPr>
      <w:t>AI 工具实战  ·  独立实战教程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color w:val="252A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60" w:after="160"/>
      <w:jc w:val="center"/>
    </w:pPr>
    <w:rPr>
      <w:rFonts w:ascii="Calibri" w:hAnsi="Calibri" w:eastAsia="Microsoft YaHei"/>
      <w:b/>
      <w:bCs/>
      <w:i w:val="0"/>
      <w:color w:val="66708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keepLines/>
      <w:spacing w:before="80" w:after="160" w:line="245" w:lineRule="auto"/>
      <w:ind w:left="202" w:right="202"/>
    </w:pPr>
    <w:rPr>
      <w:rFonts w:ascii="Consolas" w:hAnsi="Consolas" w:eastAsia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nodejs.org/" TargetMode="External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image" Target="media/image17.png"/><Relationship Id="rId29" Type="http://schemas.openxmlformats.org/officeDocument/2006/relationships/hyperlink" Target="https://github.com/modelcontextprotocol/typescript-sdk/blob/main/docs/get-started/first-server.md" TargetMode="External"/><Relationship Id="rId30" Type="http://schemas.openxmlformats.org/officeDocument/2006/relationships/hyperlink" Target="https://github.com/modelcontextprotocol/typescript-sdk/blob/main/docs/serving/stdio.md" TargetMode="External"/><Relationship Id="rId31" Type="http://schemas.openxmlformats.org/officeDocument/2006/relationships/hyperlink" Target="https://github.com/modelcontextprotocol/typescript-sdk/blob/main/docs/get-started/packages.md" TargetMode="External"/><Relationship Id="rId32" Type="http://schemas.openxmlformats.org/officeDocument/2006/relationships/hyperlink" Target="https://github.com/modelcontextprotocol/inspec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从 0 写一个简单 MCP</dc:title>
  <dc:subject>AI 工具实战</dc:subject>
  <dc:creator>独立实战教程</dc:creator>
  <cp:keywords>MCP, Model Context Protocol, MCP Server, MCP Inspector, TypeScript, CodeBuddy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