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40" w:after="240"/>
        <w:jc w:val="center"/>
      </w:pPr>
      <w:r>
        <w:rPr>
          <w:rFonts w:ascii="Calibri" w:hAnsi="Calibri" w:eastAsia="Microsoft YaHei"/>
          <w:b/>
          <w:color w:val="FF8B77"/>
          <w:sz w:val="20"/>
        </w:rPr>
        <w:t>算法与数据结构  ·  工程里的算法</w:t>
      </w:r>
    </w:p>
    <w:p>
      <w:pPr>
        <w:spacing w:after="180"/>
        <w:jc w:val="center"/>
      </w:pPr>
      <w:r>
        <w:rPr>
          <w:rFonts w:ascii="Calibri" w:hAnsi="Calibri" w:eastAsia="Microsoft YaHei"/>
          <w:b/>
          <w:color w:val="1F4D78"/>
          <w:sz w:val="50"/>
        </w:rPr>
        <w:t>扫描线算法：计算重叠矩形的并集面积</w:t>
      </w:r>
    </w:p>
    <w:p>
      <w:pPr>
        <w:spacing w:after="320"/>
        <w:jc w:val="center"/>
      </w:pPr>
      <w:r>
        <w:rPr>
          <w:rFonts w:ascii="Calibri" w:hAnsi="Calibri" w:eastAsia="Microsoft YaHei"/>
          <w:color w:val="667080"/>
          <w:sz w:val="24"/>
        </w:rPr>
        <w:t>从 X 轴切片和 Y 区间合并开始，算准每一块只应出现一次的面积</w:t>
      </w:r>
    </w:p>
    <w:p>
      <w:pPr>
        <w:spacing w:after="360"/>
        <w:jc w:val="center"/>
      </w:pPr>
      <w:r>
        <w:rPr>
          <w:rFonts w:ascii="Calibri" w:hAnsi="Calibri" w:eastAsia="Microsoft YaHei"/>
          <w:b/>
          <w:color w:val="667080"/>
          <w:sz w:val="19"/>
        </w:rPr>
        <w:t>扫描线  ·  矩形并集  ·  三语言实现</w:t>
      </w:r>
    </w:p>
    <w:p>
      <w:r>
        <w:rPr>
          <w:rFonts w:ascii="Calibri" w:hAnsi="Calibri" w:eastAsia="Microsoft YaHei"/>
        </w:rPr>
        <w:t>思考这样一个问题：我们如何判断两个文本框的可见内容到底重叠了多少？</w:t>
      </w:r>
    </w:p>
    <w:p>
      <w:r>
        <w:rPr>
          <w:rFonts w:ascii="Calibri" w:hAnsi="Calibri" w:eastAsia="Microsoft YaHei"/>
        </w:rPr>
        <w:t>文字渲染以后，可以拆成若干个可见片段。程序用矩形记录每个片段实际占据的位置，这些矩形可以叫作墨迹矩形。</w:t>
      </w:r>
    </w:p>
    <w:p>
      <w:pPr>
        <w:keepNext/>
      </w:pPr>
      <w:r>
        <w:rPr>
          <w:rFonts w:ascii="Calibri" w:hAnsi="Calibri" w:eastAsia="Microsoft YaHei"/>
        </w:rPr>
        <w:t>为了算出两个文本框的重叠比例，我们需要先求 A 的墨迹矩形并集、B 的墨迹矩形并集，以及两者交集矩形的并集。三个计算最后都落到同一个问题：</w:t>
      </w:r>
    </w:p>
    <w:p>
      <w:r>
        <w:rPr>
          <w:rFonts w:ascii="Calibri" w:hAnsi="Calibri" w:eastAsia="Microsoft YaHei"/>
          <w:b/>
        </w:rPr>
        <w:t>一组矩形可能互相重叠，如何计算它们的并集面积？</w:t>
      </w:r>
    </w:p>
    <w:p>
      <w:pPr>
        <w:keepNext/>
        <w:spacing w:before="100" w:after="0"/>
        <w:jc w:val="center"/>
      </w:pPr>
      <w:r>
        <w:drawing>
          <wp:inline xmlns:a="http://schemas.openxmlformats.org/drawingml/2006/main" xmlns:pic="http://schemas.openxmlformats.org/drawingml/2006/picture">
            <wp:extent cx="4064000" cy="3048000"/>
            <wp:docPr id="1" name="Picture 1" descr="文字墨迹矩形先求并集面积，再用于计算两个文本框的重叠比例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-ink-applicati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064000" cy="30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文字墨迹矩形先求并集面积，再用于计算两个文本框的重叠比例</w:t>
      </w:r>
    </w:p>
    <w:p>
      <w:pPr>
        <w:pStyle w:val="Heading1"/>
      </w:pPr>
      <w:r>
        <w:rPr>
          <w:rFonts w:ascii="Calibri" w:hAnsi="Calibri" w:eastAsia="Microsoft YaHei"/>
        </w:rPr>
        <w:t>1. 先算两个矩形</w:t>
      </w:r>
    </w:p>
    <w:p>
      <w:pPr>
        <w:keepNext/>
      </w:pPr>
      <w:r>
        <w:rPr>
          <w:rFonts w:ascii="Calibri" w:hAnsi="Calibri" w:eastAsia="Microsoft YaHei"/>
        </w:rPr>
        <w:t>先看两个矩形：</w:t>
      </w:r>
    </w:p>
    <w:p>
      <w:pPr>
        <w:pStyle w:val="ListBullet"/>
      </w:pPr>
      <w:r>
        <w:rPr>
          <w:rFonts w:ascii="Calibri" w:hAnsi="Calibri" w:eastAsia="Microsoft YaHei"/>
        </w:rPr>
        <w:t>A：X 为 0～100，Y 为 0～50，面积是 100 × 50 = 5000。</w:t>
      </w:r>
    </w:p>
    <w:p>
      <w:pPr>
        <w:pStyle w:val="ListBullet"/>
      </w:pPr>
      <w:r>
        <w:rPr>
          <w:rFonts w:ascii="Calibri" w:hAnsi="Calibri" w:eastAsia="Microsoft YaHei"/>
        </w:rPr>
        <w:t>B：X 为 60～150，Y 为 30～80，面积是 90 × 50 = 4500。</w:t>
      </w:r>
    </w:p>
    <w:p>
      <w:r>
        <w:rPr>
          <w:rFonts w:ascii="Calibri" w:hAnsi="Calibri" w:eastAsia="Microsoft YaHei"/>
        </w:rPr>
        <w:t>它们的交集在 X 方向宽 40，在 Y 方向高 20，交集面积是 40 × 20 = 800。如果直接计算 5000 + 4500，这 800 会出现两次。</w:t>
      </w:r>
    </w:p>
    <w:p>
      <w:pPr>
        <w:keepNext/>
        <w:spacing w:before="100" w:after="0"/>
        <w:jc w:val="center"/>
      </w:pPr>
      <w:r>
        <w:drawing>
          <wp:inline xmlns:a="http://schemas.openxmlformats.org/drawingml/2006/main" xmlns:pic="http://schemas.openxmlformats.org/drawingml/2006/picture">
            <wp:extent cx="4064000" cy="3048000"/>
            <wp:docPr id="2" name="Picture 2" descr="直接相加会把 40×20 的交集重复计算，矩形并集面积为 870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-double-count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064000" cy="30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直接相加会把 40×20 的交集重复计算，矩形并集面积为 8700</w:t>
      </w:r>
    </w:p>
    <w:p>
      <w:pPr>
        <w:keepNext/>
      </w:pPr>
      <w:r>
        <w:rPr>
          <w:rFonts w:ascii="Calibri" w:hAnsi="Calibri" w:eastAsia="Microsoft YaHei"/>
        </w:rPr>
        <w:t>并集面积应为：</w:t>
      </w:r>
    </w:p>
    <w:p>
      <w:pPr>
        <w:pStyle w:val="CodeBlock"/>
        <w:shd w:fill="F7F9FB"/>
        <w:pBdr>
          <w:left w:val="single" w:sz="10" w:space="10" w:color="1F4D78"/>
        </w:pBdr>
      </w:pPr>
      <w:r>
        <w:rPr>
          <w:rFonts w:ascii="Consolas" w:hAnsi="Consolas" w:eastAsia="Microsoft YaHei"/>
          <w:b/>
          <w:color w:val="667080"/>
          <w:sz w:val="15"/>
        </w:rPr>
        <w:t>TEXT</w:t>
        <w:br/>
      </w:r>
      <w:r>
        <w:rPr>
          <w:rFonts w:ascii="Consolas" w:hAnsi="Consolas" w:eastAsia="Microsoft YaHei"/>
          <w:color w:val="252A34"/>
          <w:sz w:val="16"/>
        </w:rPr>
        <w:t>5000 + 4500 - 800 = 8700</w:t>
      </w:r>
    </w:p>
    <w:p>
      <w:r>
        <w:rPr>
          <w:rFonts w:ascii="Calibri" w:hAnsi="Calibri" w:eastAsia="Microsoft YaHei"/>
        </w:rPr>
        <w:t>两个矩形时，减掉一次交集就够了。矩形一多，交集之间还可能继续重叠，逐项做容斥很快会失控。</w:t>
      </w:r>
    </w:p>
    <w:p>
      <w:pPr>
        <w:pStyle w:val="Heading1"/>
      </w:pPr>
      <w:r>
        <w:rPr>
          <w:rFonts w:ascii="Calibri" w:hAnsi="Calibri" w:eastAsia="Microsoft YaHei"/>
        </w:rPr>
        <w:t>2. 矩形一多，怎么办？</w:t>
      </w:r>
    </w:p>
    <w:p>
      <w:r>
        <w:rPr>
          <w:rFonts w:ascii="Calibri" w:hAnsi="Calibri" w:eastAsia="Microsoft YaHei"/>
        </w:rPr>
        <w:t>想象一条竖线从平面左边缓慢向右移动。只要它没有越过任何矩形的左边或右边，当前穿过的矩形集合就不会变化。</w:t>
      </w:r>
    </w:p>
    <w:p>
      <w:r>
        <w:rPr>
          <w:rFonts w:ascii="Calibri" w:hAnsi="Calibri" w:eastAsia="Microsoft YaHei"/>
        </w:rPr>
        <w:t>所以我们不用逐个检查平面上的点，只处理相邻 X 边界之间的竖条。每条竖条内部，问题会从二维面积变成一维长度：Y 轴上到底覆盖了多长？这就是本文使用的扫描线方法。</w:t>
      </w:r>
    </w:p>
    <w:p>
      <w:pPr>
        <w:keepNext/>
        <w:spacing w:before="100" w:after="0"/>
        <w:jc w:val="center"/>
      </w:pPr>
      <w:r>
        <w:drawing>
          <wp:inline xmlns:a="http://schemas.openxmlformats.org/drawingml/2006/main" xmlns:pic="http://schemas.openxmlformats.org/drawingml/2006/picture">
            <wp:extent cx="3937000" cy="2952750"/>
            <wp:docPr id="3" name="Picture 3" descr="扫描线沿 X 轴切片，并在每条竖条中合并 Y 区间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-cover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937000" cy="29527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扫描线沿 X 轴切片，并在每条竖条中合并 Y 区间</w:t>
      </w:r>
    </w:p>
    <w:p>
      <w:pPr>
        <w:keepNext/>
      </w:pPr>
      <w:r>
        <w:rPr>
          <w:rFonts w:ascii="Calibri" w:hAnsi="Calibri" w:eastAsia="Microsoft YaHei"/>
        </w:rPr>
        <w:t>接下来分四步计算：</w:t>
      </w:r>
    </w:p>
    <w:p>
      <w:pPr>
        <w:pStyle w:val="ListNumber"/>
        <w:numPr>
          <w:ilvl w:val="0"/>
          <w:numId w:val="10"/>
        </w:numPr>
      </w:pPr>
      <w:r>
        <w:rPr>
          <w:rFonts w:ascii="Calibri" w:hAnsi="Calibri" w:eastAsia="Microsoft YaHei"/>
        </w:rPr>
        <w:t>收集 X 边界并排序去重。</w:t>
      </w:r>
    </w:p>
    <w:p>
      <w:pPr>
        <w:pStyle w:val="ListNumber"/>
        <w:numPr>
          <w:ilvl w:val="0"/>
          <w:numId w:val="10"/>
        </w:numPr>
      </w:pPr>
      <w:r>
        <w:rPr>
          <w:rFonts w:ascii="Calibri" w:hAnsi="Calibri" w:eastAsia="Microsoft YaHei"/>
        </w:rPr>
        <w:t>把相邻 X 边界之间的区域切成竖条。</w:t>
      </w:r>
    </w:p>
    <w:p>
      <w:pPr>
        <w:pStyle w:val="ListNumber"/>
        <w:numPr>
          <w:ilvl w:val="0"/>
          <w:numId w:val="10"/>
        </w:numPr>
      </w:pPr>
      <w:r>
        <w:rPr>
          <w:rFonts w:ascii="Calibri" w:hAnsi="Calibri" w:eastAsia="Microsoft YaHei"/>
        </w:rPr>
        <w:t>找出覆盖当前竖条的矩形，合并它们的 Y 区间。</w:t>
      </w:r>
    </w:p>
    <w:p>
      <w:pPr>
        <w:pStyle w:val="ListNumber"/>
        <w:numPr>
          <w:ilvl w:val="0"/>
          <w:numId w:val="10"/>
        </w:numPr>
      </w:pPr>
      <w:r>
        <w:rPr>
          <w:rFonts w:ascii="Calibri" w:hAnsi="Calibri" w:eastAsia="Microsoft YaHei"/>
        </w:rPr>
        <w:t>用“竖条宽度 × Y 覆盖长度”得到面积，再累加。</w:t>
      </w:r>
    </w:p>
    <w:p>
      <w:r>
        <w:rPr>
          <w:rFonts w:ascii="Calibri" w:hAnsi="Calibri" w:eastAsia="Microsoft YaHei"/>
        </w:rPr>
        <w:t xml:space="preserve">这里的矩形都与坐标轴平行，用 </w:t>
      </w:r>
      <w:r>
        <w:rPr>
          <w:rFonts w:ascii="Consolas" w:hAnsi="Consolas" w:eastAsia="Microsoft YaHei"/>
          <w:color w:val="1F4D78"/>
          <w:sz w:val="18"/>
        </w:rPr>
        <w:t>left</w:t>
      </w:r>
      <w:r>
        <w:rPr>
          <w:rFonts w:ascii="Calibri" w:hAnsi="Calibri" w:eastAsia="Microsoft YaHei"/>
        </w:rPr>
        <w:t>、</w:t>
      </w:r>
      <w:r>
        <w:rPr>
          <w:rFonts w:ascii="Consolas" w:hAnsi="Consolas" w:eastAsia="Microsoft YaHei"/>
          <w:color w:val="1F4D78"/>
          <w:sz w:val="18"/>
        </w:rPr>
        <w:t>top</w:t>
      </w:r>
      <w:r>
        <w:rPr>
          <w:rFonts w:ascii="Calibri" w:hAnsi="Calibri" w:eastAsia="Microsoft YaHei"/>
        </w:rPr>
        <w:t>、</w:t>
      </w:r>
      <w:r>
        <w:rPr>
          <w:rFonts w:ascii="Consolas" w:hAnsi="Consolas" w:eastAsia="Microsoft YaHei"/>
          <w:color w:val="1F4D78"/>
          <w:sz w:val="18"/>
        </w:rPr>
        <w:t>width</w:t>
      </w:r>
      <w:r>
        <w:rPr>
          <w:rFonts w:ascii="Calibri" w:hAnsi="Calibri" w:eastAsia="Microsoft YaHei"/>
        </w:rPr>
        <w:t>、</w:t>
      </w:r>
      <w:r>
        <w:rPr>
          <w:rFonts w:ascii="Consolas" w:hAnsi="Consolas" w:eastAsia="Microsoft YaHei"/>
          <w:color w:val="1F4D78"/>
          <w:sz w:val="18"/>
        </w:rPr>
        <w:t>height</w:t>
      </w:r>
      <w:r>
        <w:rPr>
          <w:rFonts w:ascii="Calibri" w:hAnsi="Calibri" w:eastAsia="Microsoft YaHei"/>
        </w:rPr>
        <w:t xml:space="preserve"> 表示，对应区间 </w:t>
      </w:r>
      <w:r>
        <w:rPr>
          <w:rFonts w:ascii="Consolas" w:hAnsi="Consolas" w:eastAsia="Microsoft YaHei"/>
          <w:color w:val="1F4D78"/>
          <w:sz w:val="18"/>
        </w:rPr>
        <w:t>[left, left + width) × [top, top + height)</w:t>
      </w:r>
      <w:r>
        <w:rPr>
          <w:rFonts w:ascii="Calibri" w:hAnsi="Calibri" w:eastAsia="Microsoft YaHei"/>
        </w:rPr>
        <w:t>。Y 轴向上还是向下不影响长度计算；宽或高为 0 的矩形没有面积。</w:t>
      </w:r>
    </w:p>
    <w:p>
      <w:pPr>
        <w:pStyle w:val="Heading1"/>
      </w:pPr>
      <w:r>
        <w:rPr>
          <w:rFonts w:ascii="Calibri" w:hAnsi="Calibri" w:eastAsia="Microsoft YaHei"/>
        </w:rPr>
        <w:t>3. 第一步：收集所有 X 边界</w:t>
      </w:r>
    </w:p>
    <w:p>
      <w:pPr>
        <w:keepNext/>
      </w:pPr>
      <w:r>
        <w:rPr>
          <w:rFonts w:ascii="Calibri" w:hAnsi="Calibri" w:eastAsia="Microsoft YaHei"/>
        </w:rPr>
        <w:t>面积的覆盖情况只会在矩形的左边或右边改变。A 提供 0、100，B 提供 60、150，排序去重后得到：</w:t>
      </w:r>
    </w:p>
    <w:p>
      <w:pPr>
        <w:pStyle w:val="CodeBlock"/>
        <w:shd w:fill="F7F9FB"/>
        <w:pBdr>
          <w:left w:val="single" w:sz="10" w:space="10" w:color="1F4D78"/>
        </w:pBdr>
      </w:pPr>
      <w:r>
        <w:rPr>
          <w:rFonts w:ascii="Consolas" w:hAnsi="Consolas" w:eastAsia="Microsoft YaHei"/>
          <w:b/>
          <w:color w:val="667080"/>
          <w:sz w:val="15"/>
        </w:rPr>
        <w:t>TEXT</w:t>
        <w:br/>
      </w:r>
      <w:r>
        <w:rPr>
          <w:rFonts w:ascii="Consolas" w:hAnsi="Consolas" w:eastAsia="Microsoft YaHei"/>
          <w:color w:val="252A34"/>
          <w:sz w:val="16"/>
        </w:rPr>
        <w:t>0、60、100、150</w:t>
      </w:r>
    </w:p>
    <w:p>
      <w:r>
        <w:rPr>
          <w:rFonts w:ascii="Calibri" w:hAnsi="Calibri" w:eastAsia="Microsoft YaHei"/>
        </w:rPr>
        <w:t>相邻边界切出三条竖条：0～60、60～100、100～150，宽度分别是 60、40、50。</w:t>
      </w:r>
    </w:p>
    <w:p>
      <w:pPr>
        <w:keepNext/>
        <w:spacing w:before="100" w:after="0"/>
        <w:jc w:val="center"/>
      </w:pPr>
      <w:r>
        <w:drawing>
          <wp:inline xmlns:a="http://schemas.openxmlformats.org/drawingml/2006/main" xmlns:pic="http://schemas.openxmlformats.org/drawingml/2006/picture">
            <wp:extent cx="4064000" cy="3048000"/>
            <wp:docPr id="4" name="Picture 4" descr="X 边界 0、60、100、150 把平面切成宽度 60、40、50 的三条竖条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-x-slices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064000" cy="30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X 边界 0、60、100、150 把平面切成宽度 60、40、50 的三条竖条</w:t>
      </w:r>
    </w:p>
    <w:p>
      <w:r>
        <w:rPr>
          <w:rFonts w:ascii="Calibri" w:hAnsi="Calibri" w:eastAsia="Microsoft YaHei"/>
        </w:rPr>
        <w:t>这种只保留关键坐标、再处理相邻区间的做法叫坐标离散化。坐标可以很大，算法真正关心的仍然只有这些边界。</w:t>
      </w:r>
    </w:p>
    <w:p>
      <w:pPr>
        <w:pStyle w:val="Heading1"/>
      </w:pPr>
      <w:r>
        <w:rPr>
          <w:rFonts w:ascii="Calibri" w:hAnsi="Calibri" w:eastAsia="Microsoft YaHei"/>
        </w:rPr>
        <w:t>4. 第二步：逐条扫描 X 区间</w:t>
      </w:r>
    </w:p>
    <w:p>
      <w:r>
        <w:rPr>
          <w:rFonts w:ascii="Calibri" w:hAnsi="Calibri" w:eastAsia="Microsoft YaHei"/>
        </w:rPr>
        <w:t xml:space="preserve">现在依次查看三条竖条。一个矩形只有完整覆盖当前 </w:t>
      </w:r>
      <w:r>
        <w:rPr>
          <w:rFonts w:ascii="Consolas" w:hAnsi="Consolas" w:eastAsia="Microsoft YaHei"/>
          <w:color w:val="1F4D78"/>
          <w:sz w:val="18"/>
        </w:rPr>
        <w:t>[x1, x2)</w:t>
      </w:r>
      <w:r>
        <w:rPr>
          <w:rFonts w:ascii="Calibri" w:hAnsi="Calibri" w:eastAsia="Microsoft YaHei"/>
        </w:rPr>
        <w:t>，才会给这条竖条贡献 Y 区间。</w:t>
      </w:r>
    </w:p>
    <w:p>
      <w:pPr>
        <w:pStyle w:val="ListBullet"/>
      </w:pPr>
      <w:r>
        <w:rPr>
          <w:rFonts w:ascii="Calibri" w:hAnsi="Calibri" w:eastAsia="Microsoft YaHei"/>
        </w:rPr>
        <w:t>0～60：只有 A 覆盖，Y 区间是 0～50。</w:t>
      </w:r>
    </w:p>
    <w:p>
      <w:pPr>
        <w:pStyle w:val="ListBullet"/>
      </w:pPr>
      <w:r>
        <w:rPr>
          <w:rFonts w:ascii="Calibri" w:hAnsi="Calibri" w:eastAsia="Microsoft YaHei"/>
        </w:rPr>
        <w:t>60～100：A 和 B 都覆盖，Y 区间是 0～50 与 30～80。</w:t>
      </w:r>
    </w:p>
    <w:p>
      <w:pPr>
        <w:pStyle w:val="ListBullet"/>
      </w:pPr>
      <w:r>
        <w:rPr>
          <w:rFonts w:ascii="Calibri" w:hAnsi="Calibri" w:eastAsia="Microsoft YaHei"/>
        </w:rPr>
        <w:t>100～150：只有 B 覆盖，Y 区间是 30～80。</w:t>
      </w:r>
    </w:p>
    <w:p>
      <w:r>
        <w:rPr>
          <w:rFonts w:ascii="Calibri" w:hAnsi="Calibri" w:eastAsia="Microsoft YaHei"/>
        </w:rPr>
        <w:t>为什么检查“完整覆盖”就够了？因为竖条两端已经来自所有矩形的边界。任意矩形在一条竖条里要么全程存在，要么完全不存在，不会从中间突然开始。</w:t>
      </w:r>
    </w:p>
    <w:p>
      <w:pPr>
        <w:pStyle w:val="Heading1"/>
      </w:pPr>
      <w:r>
        <w:rPr>
          <w:rFonts w:ascii="Calibri" w:hAnsi="Calibri" w:eastAsia="Microsoft YaHei"/>
        </w:rPr>
        <w:t>5. 第三步：合并 Y 方向的区间</w:t>
      </w:r>
    </w:p>
    <w:p>
      <w:r>
        <w:rPr>
          <w:rFonts w:ascii="Calibri" w:hAnsi="Calibri" w:eastAsia="Microsoft YaHei"/>
        </w:rPr>
        <w:t>中间竖条 60～100 同时拿到 0～50 和 30～80。两段在 30～50 重叠，合并后是 0～80，覆盖长度为 80。</w:t>
      </w:r>
    </w:p>
    <w:p>
      <w:pPr>
        <w:keepNext/>
        <w:spacing w:before="100" w:after="0"/>
        <w:jc w:val="center"/>
      </w:pPr>
      <w:r>
        <w:drawing>
          <wp:inline xmlns:a="http://schemas.openxmlformats.org/drawingml/2006/main" xmlns:pic="http://schemas.openxmlformats.org/drawingml/2006/picture">
            <wp:extent cx="4064000" cy="3048000"/>
            <wp:docPr id="5" name="Picture 5" descr="Y 区间 0～50 与 30～80 合并为 0～80，覆盖长度为 8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-y-merge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064000" cy="30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Y 区间 0～50 与 30～80 合并为 0～80，覆盖长度为 80</w:t>
      </w:r>
    </w:p>
    <w:p>
      <w:pPr>
        <w:keepNext/>
      </w:pPr>
      <w:r>
        <w:rPr>
          <w:rFonts w:ascii="Calibri" w:hAnsi="Calibri" w:eastAsia="Microsoft YaHei"/>
        </w:rPr>
        <w:t>合并方法很直接：</w:t>
      </w:r>
    </w:p>
    <w:p>
      <w:pPr>
        <w:pStyle w:val="ListNumber"/>
        <w:numPr>
          <w:ilvl w:val="0"/>
          <w:numId w:val="11"/>
        </w:numPr>
      </w:pPr>
      <w:r>
        <w:rPr>
          <w:rFonts w:ascii="Calibri" w:hAnsi="Calibri" w:eastAsia="Microsoft YaHei"/>
        </w:rPr>
        <w:t>按区间起点从小到大排序。</w:t>
      </w:r>
    </w:p>
    <w:p>
      <w:pPr>
        <w:pStyle w:val="ListNumber"/>
        <w:numPr>
          <w:ilvl w:val="0"/>
          <w:numId w:val="11"/>
        </w:numPr>
      </w:pPr>
      <w:r>
        <w:rPr>
          <w:rFonts w:ascii="Calibri" w:hAnsi="Calibri" w:eastAsia="Microsoft YaHei"/>
        </w:rPr>
        <w:t xml:space="preserve">记录当前已经覆盖到的最远位置 </w:t>
      </w:r>
      <w:r>
        <w:rPr>
          <w:rFonts w:ascii="Consolas" w:hAnsi="Consolas" w:eastAsia="Microsoft YaHei"/>
          <w:color w:val="1F4D78"/>
          <w:sz w:val="18"/>
        </w:rPr>
        <w:t>spanEnd</w:t>
      </w:r>
      <w:r>
        <w:rPr>
          <w:rFonts w:ascii="Calibri" w:hAnsi="Calibri" w:eastAsia="Microsoft YaHei"/>
        </w:rPr>
        <w:t>。</w:t>
      </w:r>
    </w:p>
    <w:p>
      <w:pPr>
        <w:pStyle w:val="ListNumber"/>
        <w:numPr>
          <w:ilvl w:val="0"/>
          <w:numId w:val="11"/>
        </w:numPr>
      </w:pPr>
      <w:r>
        <w:rPr>
          <w:rFonts w:ascii="Calibri" w:hAnsi="Calibri" w:eastAsia="Microsoft YaHei"/>
        </w:rPr>
        <w:t xml:space="preserve">新区间完全落在 </w:t>
      </w:r>
      <w:r>
        <w:rPr>
          <w:rFonts w:ascii="Consolas" w:hAnsi="Consolas" w:eastAsia="Microsoft YaHei"/>
          <w:color w:val="1F4D78"/>
          <w:sz w:val="18"/>
        </w:rPr>
        <w:t>spanEnd</w:t>
      </w:r>
      <w:r>
        <w:rPr>
          <w:rFonts w:ascii="Calibri" w:hAnsi="Calibri" w:eastAsia="Microsoft YaHei"/>
        </w:rPr>
        <w:t xml:space="preserve"> 左侧时跳过；否则只增加尚未覆盖的那一段。</w:t>
      </w:r>
    </w:p>
    <w:p>
      <w:pPr>
        <w:keepNext/>
      </w:pPr>
      <w:r>
        <w:rPr>
          <w:rFonts w:ascii="Calibri" w:hAnsi="Calibri" w:eastAsia="Microsoft YaHei"/>
        </w:rPr>
        <w:t xml:space="preserve">对区间 </w:t>
      </w:r>
      <w:r>
        <w:rPr>
          <w:rFonts w:ascii="Consolas" w:hAnsi="Consolas" w:eastAsia="Microsoft YaHei"/>
          <w:color w:val="1F4D78"/>
          <w:sz w:val="18"/>
        </w:rPr>
        <w:t>[start, end)</w:t>
      </w:r>
      <w:r>
        <w:rPr>
          <w:rFonts w:ascii="Calibri" w:hAnsi="Calibri" w:eastAsia="Microsoft YaHei"/>
        </w:rPr>
        <w:t>，新增长度可以统一写成：</w:t>
      </w:r>
    </w:p>
    <w:p>
      <w:pPr>
        <w:pStyle w:val="CodeBlock"/>
        <w:shd w:fill="F7F9FB"/>
        <w:pBdr>
          <w:left w:val="single" w:sz="10" w:space="10" w:color="1F4D78"/>
        </w:pBdr>
      </w:pPr>
      <w:r>
        <w:rPr>
          <w:rFonts w:ascii="Consolas" w:hAnsi="Consolas" w:eastAsia="Microsoft YaHei"/>
          <w:b/>
          <w:color w:val="667080"/>
          <w:sz w:val="15"/>
        </w:rPr>
        <w:t>TEXT</w:t>
        <w:br/>
      </w:r>
      <w:r>
        <w:rPr>
          <w:rFonts w:ascii="Consolas" w:hAnsi="Consolas" w:eastAsia="Microsoft YaHei"/>
          <w:color w:val="252A34"/>
          <w:sz w:val="16"/>
        </w:rPr>
        <w:t>end - max(start, spanEnd)</w:t>
      </w:r>
    </w:p>
    <w:p>
      <w:r>
        <w:rPr>
          <w:rFonts w:ascii="Calibri" w:hAnsi="Calibri" w:eastAsia="Microsoft YaHei"/>
        </w:rPr>
        <w:t>如果两个区间分开，</w:t>
      </w:r>
      <w:r>
        <w:rPr>
          <w:rFonts w:ascii="Consolas" w:hAnsi="Consolas" w:eastAsia="Microsoft YaHei"/>
          <w:color w:val="1F4D78"/>
          <w:sz w:val="18"/>
        </w:rPr>
        <w:t>spanEnd</w:t>
      </w:r>
      <w:r>
        <w:rPr>
          <w:rFonts w:ascii="Calibri" w:hAnsi="Calibri" w:eastAsia="Microsoft YaHei"/>
        </w:rPr>
        <w:t xml:space="preserve"> 小于 </w:t>
      </w:r>
      <w:r>
        <w:rPr>
          <w:rFonts w:ascii="Consolas" w:hAnsi="Consolas" w:eastAsia="Microsoft YaHei"/>
          <w:color w:val="1F4D78"/>
          <w:sz w:val="18"/>
        </w:rPr>
        <w:t>start</w:t>
      </w:r>
      <w:r>
        <w:rPr>
          <w:rFonts w:ascii="Calibri" w:hAnsi="Calibri" w:eastAsia="Microsoft YaHei"/>
        </w:rPr>
        <w:t>，新增的是完整区间；如果它们重叠，新增的只有右侧露出来的部分。</w:t>
      </w:r>
    </w:p>
    <w:p>
      <w:pPr>
        <w:pStyle w:val="Heading1"/>
      </w:pPr>
      <w:r>
        <w:rPr>
          <w:rFonts w:ascii="Calibri" w:hAnsi="Calibri" w:eastAsia="Microsoft YaHei"/>
        </w:rPr>
        <w:t>6. 第四步：累加每条竖条的面积</w:t>
      </w:r>
    </w:p>
    <w:p>
      <w:pPr>
        <w:keepNext/>
      </w:pPr>
      <w:r>
        <w:rPr>
          <w:rFonts w:ascii="Calibri" w:hAnsi="Calibri" w:eastAsia="Microsoft YaHei"/>
        </w:rPr>
        <w:t>三条竖条现在都能独立计算：</w:t>
      </w:r>
    </w:p>
    <w:p>
      <w:pPr>
        <w:pStyle w:val="CodeBlock"/>
        <w:shd w:fill="F7F9FB"/>
        <w:pBdr>
          <w:left w:val="single" w:sz="10" w:space="10" w:color="1F4D78"/>
        </w:pBdr>
      </w:pPr>
      <w:r>
        <w:rPr>
          <w:rFonts w:ascii="Consolas" w:hAnsi="Consolas" w:eastAsia="Microsoft YaHei"/>
          <w:b/>
          <w:color w:val="667080"/>
          <w:sz w:val="15"/>
        </w:rPr>
        <w:t>TEXT</w:t>
        <w:br/>
      </w:r>
      <w:r>
        <w:rPr>
          <w:rFonts w:ascii="Consolas" w:hAnsi="Consolas" w:eastAsia="Microsoft YaHei"/>
          <w:color w:val="252A34"/>
          <w:sz w:val="16"/>
        </w:rPr>
        <w:t>0～60：宽 60，Y 覆盖 50，面积 60 × 50 = 3000</w:t>
        <w:br/>
        <w:t>60～100：宽 40，Y 覆盖 80，面积 40 × 80 = 3200</w:t>
        <w:br/>
        <w:t>100～150：宽 50，Y 覆盖 50，面积 50 × 50 = 2500</w:t>
      </w:r>
    </w:p>
    <w:p>
      <w:pPr>
        <w:keepNext/>
      </w:pPr>
      <w:r>
        <w:rPr>
          <w:rFonts w:ascii="Calibri" w:hAnsi="Calibri" w:eastAsia="Microsoft YaHei"/>
        </w:rPr>
        <w:t>最后相加：</w:t>
      </w:r>
    </w:p>
    <w:p>
      <w:pPr>
        <w:pStyle w:val="CodeBlock"/>
        <w:shd w:fill="F7F9FB"/>
        <w:pBdr>
          <w:left w:val="single" w:sz="10" w:space="10" w:color="1F4D78"/>
        </w:pBdr>
      </w:pPr>
      <w:r>
        <w:rPr>
          <w:rFonts w:ascii="Consolas" w:hAnsi="Consolas" w:eastAsia="Microsoft YaHei"/>
          <w:b/>
          <w:color w:val="667080"/>
          <w:sz w:val="15"/>
        </w:rPr>
        <w:t>TEXT</w:t>
        <w:br/>
      </w:r>
      <w:r>
        <w:rPr>
          <w:rFonts w:ascii="Consolas" w:hAnsi="Consolas" w:eastAsia="Microsoft YaHei"/>
          <w:color w:val="252A34"/>
          <w:sz w:val="16"/>
        </w:rPr>
        <w:t>3000 + 3200 + 2500 = 8700</w:t>
      </w:r>
    </w:p>
    <w:p>
      <w:r>
        <w:rPr>
          <w:rFonts w:ascii="Calibri" w:hAnsi="Calibri" w:eastAsia="Microsoft YaHei"/>
        </w:rPr>
        <w:t>每条竖条在 X 方向互不重叠，Y 方向也已经合并过，因此每一块面积只会进入结果一次。</w:t>
      </w:r>
    </w:p>
    <w:p>
      <w:pPr>
        <w:pStyle w:val="Heading1"/>
      </w:pPr>
      <w:r>
        <w:rPr>
          <w:rFonts w:ascii="Calibri" w:hAnsi="Calibri" w:eastAsia="Microsoft YaHei"/>
        </w:rPr>
        <w:t>7. 三种语言的完整实现</w:t>
      </w:r>
    </w:p>
    <w:p>
      <w:pPr>
        <w:pStyle w:val="Heading2"/>
      </w:pPr>
      <w:r>
        <w:rPr>
          <w:rFonts w:ascii="Calibri" w:hAnsi="Calibri" w:eastAsia="Microsoft YaHei"/>
        </w:rPr>
        <w:t>7.1 先把四步对上代码</w:t>
      </w:r>
    </w:p>
    <w:p>
      <w:pPr>
        <w:keepNext/>
      </w:pPr>
      <w:r>
        <w:rPr>
          <w:rFonts w:ascii="Calibri" w:hAnsi="Calibri" w:eastAsia="Microsoft YaHei"/>
        </w:rPr>
        <w:t>前面的图拆了四步，代码只是把它们连起来。读完整实现前，先认清这几个变量：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  <w:tblLayout w:type="fixed"/>
      </w:tblPr>
      <w:tblGrid>
        <w:gridCol w:w="1800"/>
        <w:gridCol w:w="3540"/>
        <w:gridCol w:w="4020"/>
      </w:tblGrid>
      <w:tr>
        <w:trPr>
          <w:tblHeader w:val="true"/>
        </w:trPr>
        <w:tc>
          <w:tcPr>
            <w:tcW w:type="dxa" w:w="18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E8EEF5"/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sz w:val="19"/>
              </w:rPr>
              <w:t>图里的动作</w:t>
            </w:r>
          </w:p>
        </w:tc>
        <w:tc>
          <w:tcPr>
            <w:tcW w:type="dxa" w:w="35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E8EEF5"/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sz w:val="19"/>
              </w:rPr>
              <w:t>代码里看哪里</w:t>
            </w:r>
          </w:p>
        </w:tc>
        <w:tc>
          <w:tcPr>
            <w:tcW w:type="dxa" w:w="40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E8EEF5"/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b/>
                <w:sz w:val="19"/>
              </w:rPr>
              <w:t>保存的内容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sz w:val="19"/>
              </w:rPr>
              <w:t>收集 X 边界</w:t>
            </w:r>
          </w:p>
        </w:tc>
        <w:tc>
          <w:tcPr>
            <w:tcW w:type="dxa" w:w="35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1F4D78"/>
                <w:sz w:val="19"/>
              </w:rPr>
              <w:t>xs</w:t>
            </w:r>
          </w:p>
        </w:tc>
        <w:tc>
          <w:tcPr>
            <w:tcW w:type="dxa" w:w="40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sz w:val="19"/>
              </w:rPr>
              <w:t>所有矩形的左、右边界，排序并去重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sz w:val="19"/>
              </w:rPr>
              <w:t>扫描当前竖条</w:t>
            </w:r>
          </w:p>
        </w:tc>
        <w:tc>
          <w:tcPr>
            <w:tcW w:type="dxa" w:w="35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1F4D78"/>
                <w:sz w:val="19"/>
              </w:rPr>
              <w:t>x1</w:t>
            </w:r>
            <w:r>
              <w:rPr>
                <w:rFonts w:ascii="Calibri" w:hAnsi="Calibri" w:eastAsia="Microsoft YaHei"/>
                <w:sz w:val="19"/>
              </w:rPr>
              <w:t>、</w:t>
            </w:r>
            <w:r>
              <w:rPr>
                <w:rFonts w:ascii="Calibri" w:hAnsi="Calibri" w:eastAsia="Microsoft YaHei"/>
                <w:color w:val="1F4D78"/>
                <w:sz w:val="19"/>
              </w:rPr>
              <w:t>x2</w:t>
            </w:r>
          </w:p>
        </w:tc>
        <w:tc>
          <w:tcPr>
            <w:tcW w:type="dxa" w:w="40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sz w:val="19"/>
              </w:rPr>
              <w:t>相邻两个 X 边界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sz w:val="19"/>
              </w:rPr>
              <w:t>合并 Y 区间</w:t>
            </w:r>
          </w:p>
        </w:tc>
        <w:tc>
          <w:tcPr>
            <w:tcW w:type="dxa" w:w="35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1F4D78"/>
                <w:sz w:val="19"/>
              </w:rPr>
              <w:t>spans</w:t>
            </w:r>
            <w:r>
              <w:rPr>
                <w:rFonts w:ascii="Calibri" w:hAnsi="Calibri" w:eastAsia="Microsoft YaHei"/>
                <w:sz w:val="19"/>
              </w:rPr>
              <w:t>、</w:t>
            </w:r>
            <w:r>
              <w:rPr>
                <w:rFonts w:ascii="Calibri" w:hAnsi="Calibri" w:eastAsia="Microsoft YaHei"/>
                <w:color w:val="1F4D78"/>
                <w:sz w:val="19"/>
              </w:rPr>
              <w:t>covered</w:t>
            </w:r>
            <w:r>
              <w:rPr>
                <w:rFonts w:ascii="Calibri" w:hAnsi="Calibri" w:eastAsia="Microsoft YaHei"/>
                <w:sz w:val="19"/>
              </w:rPr>
              <w:t>、</w:t>
            </w:r>
            <w:r>
              <w:rPr>
                <w:rFonts w:ascii="Calibri" w:hAnsi="Calibri" w:eastAsia="Microsoft YaHei"/>
                <w:color w:val="1F4D78"/>
                <w:sz w:val="19"/>
              </w:rPr>
              <w:t>spanEnd</w:t>
            </w:r>
          </w:p>
        </w:tc>
        <w:tc>
          <w:tcPr>
            <w:tcW w:type="dxa" w:w="40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sz w:val="19"/>
              </w:rPr>
              <w:t>当前竖条中的 Y 区间及其并集长度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sz w:val="19"/>
              </w:rPr>
              <w:t>累加面积</w:t>
            </w:r>
          </w:p>
        </w:tc>
        <w:tc>
          <w:tcPr>
            <w:tcW w:type="dxa" w:w="35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color w:val="1F4D78"/>
                <w:sz w:val="19"/>
              </w:rPr>
              <w:t>area</w:t>
            </w:r>
          </w:p>
        </w:tc>
        <w:tc>
          <w:tcPr>
            <w:tcW w:type="dxa" w:w="40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76" w:lineRule="auto"/>
            </w:pPr>
            <w:r>
              <w:rPr>
                <w:rFonts w:ascii="Calibri" w:hAnsi="Calibri" w:eastAsia="Microsoft YaHei"/>
                <w:sz w:val="19"/>
              </w:rPr>
              <w:t>每条竖条的面积之和</w:t>
            </w:r>
          </w:p>
        </w:tc>
      </w:tr>
    </w:tbl>
    <w:p>
      <w:pPr>
        <w:spacing w:after="40"/>
      </w:pPr>
    </w:p>
    <w:p>
      <w:r>
        <w:rPr>
          <w:rFonts w:ascii="Calibri" w:hAnsi="Calibri" w:eastAsia="Microsoft YaHei"/>
        </w:rPr>
        <w:t>外层循环每次处理一条竖条，内层循环合并这条竖条里的 Y 区间。抓住这两层，三种语言的结构就是一样的。</w:t>
      </w:r>
    </w:p>
    <w:p>
      <w:pPr>
        <w:pStyle w:val="Heading2"/>
      </w:pPr>
      <w:r>
        <w:rPr>
          <w:rFonts w:ascii="Calibri" w:hAnsi="Calibri" w:eastAsia="Microsoft YaHei"/>
        </w:rPr>
        <w:t>7.2 带注释的三种实现</w:t>
      </w:r>
    </w:p>
    <w:p>
      <w:r>
        <w:rPr>
          <w:rFonts w:ascii="Calibri" w:hAnsi="Calibri" w:eastAsia="Microsoft YaHei"/>
        </w:rPr>
        <w:t>输入是一组矩形，输出是并集面积。注释只标出算法发生变化的位置；语法细节可以直接对照自己常用的语言。</w:t>
      </w:r>
    </w:p>
    <w:p>
      <w:pPr>
        <w:pStyle w:val="Heading2"/>
      </w:pPr>
      <w:r>
        <w:rPr>
          <w:rFonts w:ascii="Calibri" w:hAnsi="Calibri" w:eastAsia="Microsoft YaHei"/>
        </w:rPr>
        <w:t>TypeScript</w:t>
      </w:r>
    </w:p>
    <w:p>
      <w:pPr>
        <w:pStyle w:val="CodeBlock"/>
        <w:keepLines w:val="0"/>
        <w:shd w:fill="F7F9FB"/>
        <w:pBdr>
          <w:left w:val="single" w:sz="10" w:space="10" w:color="1F4D78"/>
        </w:pBdr>
      </w:pPr>
      <w:r>
        <w:rPr>
          <w:rFonts w:ascii="Consolas" w:hAnsi="Consolas" w:eastAsia="Microsoft YaHei"/>
          <w:b/>
          <w:color w:val="667080"/>
          <w:sz w:val="15"/>
        </w:rPr>
        <w:t>TS</w:t>
        <w:br/>
      </w:r>
      <w:r>
        <w:rPr>
          <w:rFonts w:ascii="Consolas" w:hAnsi="Consolas" w:eastAsia="Microsoft YaHei"/>
          <w:color w:val="252A34"/>
          <w:sz w:val="16"/>
        </w:rPr>
        <w:t>type Rect = {</w:t>
        <w:br/>
        <w:t xml:space="preserve">  left: number;</w:t>
        <w:br/>
        <w:t xml:space="preserve">  top: number;</w:t>
        <w:br/>
        <w:t xml:space="preserve">  width: number;</w:t>
        <w:br/>
        <w:t xml:space="preserve">  height: number;</w:t>
        <w:br/>
        <w:t>};</w:t>
        <w:br/>
        <w:br/>
        <w:t>function rectUnionArea(rects: Rect[]): number {</w:t>
        <w:br/>
        <w:t xml:space="preserve">  // 1. 丢掉零宽或零高的矩形，它们不贡献面积。</w:t>
        <w:br/>
        <w:t xml:space="preserve">  const validRects = rects.filter(</w:t>
        <w:br/>
        <w:t xml:space="preserve">    (rect) =&gt; rect.width &gt; 0 &amp;&amp; rect.height &gt; 0,</w:t>
        <w:br/>
        <w:t xml:space="preserve">  );</w:t>
        <w:br/>
        <w:br/>
        <w:t xml:space="preserve">  // 2. 收集所有 X 边界，排序去重后得到竖条分界线。</w:t>
        <w:br/>
        <w:t xml:space="preserve">  const xs = [</w:t>
        <w:br/>
        <w:t xml:space="preserve">    ...new Set(</w:t>
        <w:br/>
        <w:t xml:space="preserve">      validRects.flatMap((rect) =&gt; [rect.left, rect.left + rect.width]),</w:t>
        <w:br/>
        <w:t xml:space="preserve">    ),</w:t>
        <w:br/>
        <w:t xml:space="preserve">  ].sort((a, b) =&gt; a - b);</w:t>
        <w:br/>
        <w:t xml:space="preserve">  let area = 0;</w:t>
        <w:br/>
        <w:br/>
        <w:t xml:space="preserve">  // 3. 每次处理相邻 X 边界形成的一条竖条。</w:t>
        <w:br/>
        <w:t xml:space="preserve">  for (let index = 0; index + 1 &lt; xs.length; index += 1) {</w:t>
        <w:br/>
        <w:t xml:space="preserve">    const x1 = xs[index];</w:t>
        <w:br/>
        <w:t xml:space="preserve">    const x2 = xs[index + 1];</w:t>
        <w:br/>
        <w:br/>
        <w:t xml:space="preserve">    // 找出完整覆盖当前竖条的矩形，并取出它们的 Y 区间。</w:t>
        <w:br/>
        <w:t xml:space="preserve">    const spans = validRects</w:t>
        <w:br/>
        <w:t xml:space="preserve">      .filter(</w:t>
        <w:br/>
        <w:t xml:space="preserve">        (rect) =&gt; rect.left &lt;= x1 &amp;&amp; rect.left + rect.width &gt;= x2,</w:t>
        <w:br/>
        <w:t xml:space="preserve">      )</w:t>
        <w:br/>
        <w:t xml:space="preserve">      .map(</w:t>
        <w:br/>
        <w:t xml:space="preserve">        (rect) =&gt; [rect.top, rect.top + rect.height] as [number, number],</w:t>
        <w:br/>
        <w:t xml:space="preserve">      )</w:t>
        <w:br/>
        <w:t xml:space="preserve">      .sort((a, b) =&gt; a[0] - b[0]);</w:t>
        <w:br/>
        <w:br/>
        <w:t xml:space="preserve">    // 4. 合并 Y 区间，covered 只记录真正覆盖的长度。</w:t>
        <w:br/>
        <w:t xml:space="preserve">    let covered = 0;</w:t>
        <w:br/>
        <w:t xml:space="preserve">    let spanEnd = -Infinity;</w:t>
        <w:br/>
        <w:t xml:space="preserve">    for (const [start, end] of spans) {</w:t>
        <w:br/>
        <w:t xml:space="preserve">      if (end &lt;= spanEnd) continue;</w:t>
        <w:br/>
        <w:t xml:space="preserve">      covered += end - Math.max(start, spanEnd);</w:t>
        <w:br/>
        <w:t xml:space="preserve">      spanEnd = end;</w:t>
        <w:br/>
        <w:t xml:space="preserve">    }</w:t>
        <w:br/>
        <w:br/>
        <w:t xml:space="preserve">    // 5. 竖条宽度 × Y 覆盖长度，就是这条竖条的面积。</w:t>
        <w:br/>
        <w:t xml:space="preserve">    area += (x2 - x1) * covered;</w:t>
        <w:br/>
        <w:t xml:space="preserve">  }</w:t>
        <w:br/>
        <w:br/>
        <w:t xml:space="preserve">  return area;</w:t>
        <w:br/>
        <w:t>}</w:t>
      </w:r>
    </w:p>
    <w:p>
      <w:pPr>
        <w:pStyle w:val="Heading2"/>
        <w:pageBreakBefore/>
      </w:pPr>
      <w:r>
        <w:rPr>
          <w:rFonts w:ascii="Calibri" w:hAnsi="Calibri" w:eastAsia="Microsoft YaHei"/>
        </w:rPr>
        <w:t>Python</w:t>
      </w:r>
    </w:p>
    <w:p>
      <w:pPr>
        <w:pStyle w:val="CodeBlock"/>
        <w:keepLines w:val="0"/>
        <w:shd w:fill="F7F9FB"/>
        <w:pBdr>
          <w:left w:val="single" w:sz="10" w:space="10" w:color="1F4D78"/>
        </w:pBdr>
      </w:pPr>
      <w:r>
        <w:rPr>
          <w:rFonts w:ascii="Consolas" w:hAnsi="Consolas" w:eastAsia="Microsoft YaHei"/>
          <w:b/>
          <w:color w:val="667080"/>
          <w:sz w:val="15"/>
        </w:rPr>
        <w:t>PYTHON</w:t>
        <w:br/>
      </w:r>
      <w:r>
        <w:rPr>
          <w:rFonts w:ascii="Consolas" w:hAnsi="Consolas" w:eastAsia="Microsoft YaHei"/>
          <w:color w:val="252A34"/>
          <w:sz w:val="16"/>
        </w:rPr>
        <w:t>from dataclasses import dataclass</w:t>
        <w:br/>
        <w:br/>
        <w:br/>
        <w:t>@dataclass(frozen=True)</w:t>
        <w:br/>
        <w:t>class Rect:</w:t>
        <w:br/>
        <w:t xml:space="preserve">    left: float</w:t>
        <w:br/>
        <w:t xml:space="preserve">    top: float</w:t>
        <w:br/>
        <w:t xml:space="preserve">    width: float</w:t>
        <w:br/>
        <w:t xml:space="preserve">    height: float</w:t>
        <w:br/>
        <w:br/>
        <w:br/>
        <w:t>def rectUnionArea(rects: list[Rect]) -&gt; float:</w:t>
        <w:br/>
        <w:t xml:space="preserve">    # 1. 丢掉零宽或零高的矩形，它们不贡献面积。</w:t>
        <w:br/>
        <w:t xml:space="preserve">    valid_rects = [</w:t>
        <w:br/>
        <w:t xml:space="preserve">        rect for rect in rects</w:t>
        <w:br/>
        <w:t xml:space="preserve">        if rect.width &gt; 0 and rect.height &gt; 0</w:t>
        <w:br/>
        <w:t xml:space="preserve">    ]</w:t>
        <w:br/>
        <w:br/>
        <w:t xml:space="preserve">    # 2. 收集所有 X 边界，排序去重后得到竖条分界线。</w:t>
        <w:br/>
        <w:t xml:space="preserve">    xs = sorted({</w:t>
        <w:br/>
        <w:t xml:space="preserve">        x</w:t>
        <w:br/>
        <w:t xml:space="preserve">        for rect in valid_rects</w:t>
        <w:br/>
        <w:t xml:space="preserve">        for x in (rect.left, rect.left + rect.width)</w:t>
        <w:br/>
        <w:t xml:space="preserve">    })</w:t>
        <w:br/>
        <w:t xml:space="preserve">    area = 0.0</w:t>
        <w:br/>
        <w:br/>
        <w:t xml:space="preserve">    # 3. 每次处理相邻 X 边界形成的一条竖条。</w:t>
        <w:br/>
        <w:t xml:space="preserve">    for x1, x2 in zip(xs, xs[1:]):</w:t>
        <w:br/>
        <w:t xml:space="preserve">        # 找出完整覆盖当前竖条的矩形，并取出它们的 Y 区间。</w:t>
        <w:br/>
        <w:t xml:space="preserve">        spans = sorted(</w:t>
        <w:br/>
        <w:t xml:space="preserve">            (rect.top, rect.top + rect.height)</w:t>
        <w:br/>
        <w:t xml:space="preserve">            for rect in valid_rects</w:t>
        <w:br/>
        <w:t xml:space="preserve">            if rect.left &lt;= x1 and rect.left + rect.width &gt;= x2</w:t>
        <w:br/>
        <w:t xml:space="preserve">        )</w:t>
        <w:br/>
        <w:br/>
        <w:t xml:space="preserve">        # 4. 合并 Y 区间，covered 只记录真正覆盖的长度。</w:t>
        <w:br/>
        <w:t xml:space="preserve">        covered = 0.0</w:t>
        <w:br/>
        <w:t xml:space="preserve">        span_end = float("-inf")</w:t>
        <w:br/>
        <w:t xml:space="preserve">        for start, end in spans:</w:t>
        <w:br/>
        <w:t xml:space="preserve">            if end &lt;= span_end:</w:t>
        <w:br/>
        <w:t xml:space="preserve">                continue</w:t>
        <w:br/>
        <w:t xml:space="preserve">            covered += end - max(start, span_end)</w:t>
        <w:br/>
        <w:t xml:space="preserve">            span_end = end</w:t>
        <w:br/>
        <w:br/>
        <w:t xml:space="preserve">        # 5. 竖条宽度 × Y 覆盖长度，就是这条竖条的面积。</w:t>
        <w:br/>
        <w:t xml:space="preserve">        area += (x2 - x1) * covered</w:t>
        <w:br/>
        <w:br/>
        <w:t xml:space="preserve">    return area</w:t>
      </w:r>
    </w:p>
    <w:p>
      <w:pPr>
        <w:pStyle w:val="Heading2"/>
        <w:pageBreakBefore/>
      </w:pPr>
      <w:r>
        <w:rPr>
          <w:rFonts w:ascii="Calibri" w:hAnsi="Calibri" w:eastAsia="Microsoft YaHei"/>
        </w:rPr>
        <w:t>C++</w:t>
      </w:r>
    </w:p>
    <w:p>
      <w:pPr>
        <w:pStyle w:val="CodeBlock"/>
        <w:keepLines w:val="0"/>
        <w:shd w:fill="F7F9FB"/>
        <w:pBdr>
          <w:left w:val="single" w:sz="10" w:space="10" w:color="1F4D78"/>
        </w:pBdr>
      </w:pPr>
      <w:r>
        <w:rPr>
          <w:rFonts w:ascii="Consolas" w:hAnsi="Consolas" w:eastAsia="Microsoft YaHei"/>
          <w:b/>
          <w:color w:val="667080"/>
          <w:sz w:val="15"/>
        </w:rPr>
        <w:t>CPP</w:t>
        <w:br/>
      </w:r>
      <w:r>
        <w:rPr>
          <w:rFonts w:ascii="Consolas" w:hAnsi="Consolas" w:eastAsia="Microsoft YaHei"/>
          <w:color w:val="252A34"/>
          <w:sz w:val="16"/>
        </w:rPr>
        <w:t>#include &lt;algorithm&gt;</w:t>
        <w:br/>
        <w:t>#include &lt;limits&gt;</w:t>
        <w:br/>
        <w:t>#include &lt;utility&gt;</w:t>
        <w:br/>
        <w:t>#include &lt;vector&gt;</w:t>
        <w:br/>
        <w:br/>
        <w:t>struct Rect {</w:t>
        <w:br/>
        <w:t xml:space="preserve">    double left;</w:t>
        <w:br/>
        <w:t xml:space="preserve">    double top;</w:t>
        <w:br/>
        <w:t xml:space="preserve">    double width;</w:t>
        <w:br/>
        <w:t xml:space="preserve">    double height;</w:t>
        <w:br/>
        <w:t>};</w:t>
        <w:br/>
        <w:br/>
        <w:t>double rectUnionArea(const std::vector&lt;Rect&gt;&amp; rects) {</w:t>
        <w:br/>
        <w:t xml:space="preserve">    std::vector&lt;Rect&gt; validRects;</w:t>
        <w:br/>
        <w:t xml:space="preserve">    std::vector&lt;double&gt; xs;</w:t>
        <w:br/>
        <w:br/>
        <w:t xml:space="preserve">    // 1. 丢掉零宽或零高的矩形，它们不贡献面积。</w:t>
        <w:br/>
        <w:t xml:space="preserve">    for (const Rect&amp; rect : rects) {</w:t>
        <w:br/>
        <w:t xml:space="preserve">        if (rect.width &lt;= 0 || rect.height &lt;= 0) {</w:t>
        <w:br/>
        <w:t xml:space="preserve">            continue;</w:t>
        <w:br/>
        <w:t xml:space="preserve">        }</w:t>
        <w:br/>
        <w:t xml:space="preserve">        validRects.push_back(rect);</w:t>
        <w:br/>
        <w:t xml:space="preserve">        xs.push_back(rect.left);</w:t>
        <w:br/>
        <w:t xml:space="preserve">        xs.push_back(rect.left + rect.width);</w:t>
        <w:br/>
        <w:t xml:space="preserve">    }</w:t>
        <w:br/>
        <w:br/>
        <w:t xml:space="preserve">    // 2. 收集到的 X 边界排序去重后，就是竖条分界线。</w:t>
        <w:br/>
        <w:t xml:space="preserve">    std::sort(xs.begin(), xs.end());</w:t>
        <w:br/>
        <w:t xml:space="preserve">    xs.erase(std::unique(xs.begin(), xs.end()), xs.end());</w:t>
        <w:br/>
        <w:t xml:space="preserve">    double area = 0.0;</w:t>
        <w:br/>
        <w:br/>
        <w:t xml:space="preserve">    // 3. 每次处理相邻 X 边界形成的一条竖条。</w:t>
        <w:br/>
        <w:t xml:space="preserve">    for (std::size_t index = 0; index + 1 &lt; xs.size(); ++index) {</w:t>
        <w:br/>
        <w:t xml:space="preserve">        const double x1 = xs[index];</w:t>
        <w:br/>
        <w:t xml:space="preserve">        const double x2 = xs[index + 1];</w:t>
        <w:br/>
        <w:t xml:space="preserve">        std::vector&lt;std::pair&lt;double, double&gt;&gt; spans;</w:t>
        <w:br/>
        <w:br/>
        <w:t xml:space="preserve">        // 找出完整覆盖当前竖条的矩形，并取出它们的 Y 区间。</w:t>
        <w:br/>
        <w:t xml:space="preserve">        for (const Rect&amp; rect : validRects) {</w:t>
        <w:br/>
        <w:t xml:space="preserve">            if (rect.left &lt;= x1 &amp;&amp; rect.left + rect.width &gt;= x2) {</w:t>
        <w:br/>
        <w:t xml:space="preserve">                spans.push_back({rect.top, rect.top + rect.height});</w:t>
        <w:br/>
        <w:t xml:space="preserve">            }</w:t>
        <w:br/>
        <w:t xml:space="preserve">        }</w:t>
        <w:br/>
        <w:t xml:space="preserve">        std::sort(spans.begin(), spans.end());</w:t>
        <w:br/>
        <w:br/>
        <w:t xml:space="preserve">        // 4. 合并 Y 区间，covered 只记录真正覆盖的长度。</w:t>
        <w:br/>
        <w:t xml:space="preserve">        double covered = 0.0;</w:t>
        <w:br/>
        <w:t xml:space="preserve">        double spanEnd = -std::numeric_limits&lt;double&gt;::infinity();</w:t>
        <w:br/>
        <w:t xml:space="preserve">        for (const auto&amp; [start, end] : spans) {</w:t>
        <w:br/>
        <w:t xml:space="preserve">            if (end &lt;= spanEnd) {</w:t>
        <w:br/>
        <w:t xml:space="preserve">                continue;</w:t>
        <w:br/>
        <w:t xml:space="preserve">            }</w:t>
        <w:br/>
        <w:t xml:space="preserve">            covered += end - std::max(start, spanEnd);</w:t>
        <w:br/>
        <w:t xml:space="preserve">            spanEnd = end;</w:t>
        <w:br/>
        <w:t xml:space="preserve">        }</w:t>
        <w:br/>
        <w:t xml:space="preserve">        // 5. 竖条宽度 × Y 覆盖长度，就是这条竖条的面积。</w:t>
        <w:br/>
        <w:t xml:space="preserve">        area += (x2 - x1) * covered;</w:t>
        <w:br/>
        <w:t xml:space="preserve">    }</w:t>
        <w:br/>
        <w:t xml:space="preserve">    return area;</w:t>
        <w:br/>
        <w:t>}</w:t>
      </w:r>
    </w:p>
    <w:p>
      <w:pPr>
        <w:pStyle w:val="Heading2"/>
      </w:pPr>
      <w:r>
        <w:rPr>
          <w:rFonts w:ascii="Calibri" w:hAnsi="Calibri" w:eastAsia="Microsoft YaHei"/>
        </w:rPr>
        <w:t>7.3 三处最容易写错</w:t>
      </w:r>
    </w:p>
    <w:p>
      <w:pPr>
        <w:pStyle w:val="Heading3"/>
      </w:pPr>
      <w:r>
        <w:rPr>
          <w:rFonts w:ascii="Calibri" w:hAnsi="Calibri" w:eastAsia="Microsoft YaHei"/>
        </w:rPr>
        <w:t>第一处：为什么要完整覆盖当前竖条？</w:t>
      </w:r>
    </w:p>
    <w:p>
      <w:pPr>
        <w:pStyle w:val="CodeBlock"/>
        <w:shd w:fill="F7F9FB"/>
        <w:pBdr>
          <w:left w:val="single" w:sz="10" w:space="10" w:color="1F4D78"/>
        </w:pBdr>
      </w:pPr>
      <w:r>
        <w:rPr>
          <w:rFonts w:ascii="Consolas" w:hAnsi="Consolas" w:eastAsia="Microsoft YaHei"/>
          <w:b/>
          <w:color w:val="667080"/>
          <w:sz w:val="15"/>
        </w:rPr>
        <w:t>TS</w:t>
        <w:br/>
      </w:r>
      <w:r>
        <w:rPr>
          <w:rFonts w:ascii="Consolas" w:hAnsi="Consolas" w:eastAsia="Microsoft YaHei"/>
          <w:color w:val="252A34"/>
          <w:sz w:val="16"/>
        </w:rPr>
        <w:t>rect.left &lt;= x1 &amp;&amp; rect.left + rect.width &gt;= x2</w:t>
      </w:r>
    </w:p>
    <w:p>
      <w:r>
        <w:rPr>
          <w:rFonts w:ascii="Consolas" w:hAnsi="Consolas" w:eastAsia="Microsoft YaHei"/>
          <w:color w:val="1F4D78"/>
          <w:sz w:val="18"/>
        </w:rPr>
        <w:t>x1</w:t>
      </w:r>
      <w:r>
        <w:rPr>
          <w:rFonts w:ascii="Calibri" w:hAnsi="Calibri" w:eastAsia="Microsoft YaHei"/>
        </w:rPr>
        <w:t xml:space="preserve"> 和 </w:t>
      </w:r>
      <w:r>
        <w:rPr>
          <w:rFonts w:ascii="Consolas" w:hAnsi="Consolas" w:eastAsia="Microsoft YaHei"/>
          <w:color w:val="1F4D78"/>
          <w:sz w:val="18"/>
        </w:rPr>
        <w:t>x2</w:t>
      </w:r>
      <w:r>
        <w:rPr>
          <w:rFonts w:ascii="Calibri" w:hAnsi="Calibri" w:eastAsia="Microsoft YaHei"/>
        </w:rPr>
        <w:t xml:space="preserve"> 已经是相邻的矩形边界，中间不会再出现另一条左边或右边。因此，一个矩形在这条竖条里只有两种状态：全程存在，或者完全不存在。这里检查的是“完整覆盖当前竖条”，不能改成只看某个端点是否落在矩形内。</w:t>
      </w:r>
    </w:p>
    <w:p>
      <w:pPr>
        <w:pStyle w:val="Heading3"/>
      </w:pPr>
      <w:r>
        <w:rPr>
          <w:rFonts w:ascii="Calibri" w:hAnsi="Calibri" w:eastAsia="Microsoft YaHei"/>
        </w:rPr>
        <w:t>第二处：</w:t>
      </w:r>
      <w:r>
        <w:rPr>
          <w:rFonts w:ascii="Consolas" w:hAnsi="Consolas" w:eastAsia="Microsoft YaHei"/>
          <w:color w:val="1F4D78"/>
          <w:sz w:val="18"/>
        </w:rPr>
        <w:t>spanEnd</w:t>
      </w:r>
      <w:r>
        <w:rPr>
          <w:rFonts w:ascii="Calibri" w:hAnsi="Calibri" w:eastAsia="Microsoft YaHei"/>
        </w:rPr>
        <w:t xml:space="preserve"> 怎样去掉重复长度？</w:t>
      </w:r>
    </w:p>
    <w:p>
      <w:pPr>
        <w:pStyle w:val="CodeBlock"/>
        <w:shd w:fill="F7F9FB"/>
        <w:pBdr>
          <w:left w:val="single" w:sz="10" w:space="10" w:color="1F4D78"/>
        </w:pBdr>
      </w:pPr>
      <w:r>
        <w:rPr>
          <w:rFonts w:ascii="Consolas" w:hAnsi="Consolas" w:eastAsia="Microsoft YaHei"/>
          <w:b/>
          <w:color w:val="667080"/>
          <w:sz w:val="15"/>
        </w:rPr>
        <w:t>TS</w:t>
        <w:br/>
      </w:r>
      <w:r>
        <w:rPr>
          <w:rFonts w:ascii="Consolas" w:hAnsi="Consolas" w:eastAsia="Microsoft YaHei"/>
          <w:color w:val="252A34"/>
          <w:sz w:val="16"/>
        </w:rPr>
        <w:t>if (end &lt;= spanEnd) continue;</w:t>
        <w:br/>
        <w:t>covered += end - Math.max(start, spanEnd);</w:t>
        <w:br/>
        <w:t>spanEnd = end;</w:t>
      </w:r>
    </w:p>
    <w:p>
      <w:r>
        <w:rPr>
          <w:rFonts w:ascii="Calibri" w:hAnsi="Calibri" w:eastAsia="Microsoft YaHei"/>
        </w:rPr>
        <w:t xml:space="preserve">Y 区间按起点排好序后，新区间可能被完全包含、与前面重叠，或者和前面分开。完全包含时跳过；其余情况从 </w:t>
      </w:r>
      <w:r>
        <w:rPr>
          <w:rFonts w:ascii="Consolas" w:hAnsi="Consolas" w:eastAsia="Microsoft YaHei"/>
          <w:color w:val="1F4D78"/>
          <w:sz w:val="18"/>
        </w:rPr>
        <w:t>start</w:t>
      </w:r>
      <w:r>
        <w:rPr>
          <w:rFonts w:ascii="Calibri" w:hAnsi="Calibri" w:eastAsia="Microsoft YaHei"/>
        </w:rPr>
        <w:t xml:space="preserve"> 和 </w:t>
      </w:r>
      <w:r>
        <w:rPr>
          <w:rFonts w:ascii="Consolas" w:hAnsi="Consolas" w:eastAsia="Microsoft YaHei"/>
          <w:color w:val="1F4D78"/>
          <w:sz w:val="18"/>
        </w:rPr>
        <w:t>spanEnd</w:t>
      </w:r>
      <w:r>
        <w:rPr>
          <w:rFonts w:ascii="Calibri" w:hAnsi="Calibri" w:eastAsia="Microsoft YaHei"/>
        </w:rPr>
        <w:t xml:space="preserve"> 中较大的位置开始增加。这样只会加上尚未覆盖的尾部。</w:t>
      </w:r>
    </w:p>
    <w:p>
      <w:pPr>
        <w:pStyle w:val="Heading3"/>
      </w:pPr>
      <w:r>
        <w:rPr>
          <w:rFonts w:ascii="Calibri" w:hAnsi="Calibri" w:eastAsia="Microsoft YaHei"/>
        </w:rPr>
        <w:t>第三处：面积为什么直接相乘？</w:t>
      </w:r>
    </w:p>
    <w:p>
      <w:pPr>
        <w:pStyle w:val="CodeBlock"/>
        <w:shd w:fill="F7F9FB"/>
        <w:pBdr>
          <w:left w:val="single" w:sz="10" w:space="10" w:color="1F4D78"/>
        </w:pBdr>
      </w:pPr>
      <w:r>
        <w:rPr>
          <w:rFonts w:ascii="Consolas" w:hAnsi="Consolas" w:eastAsia="Microsoft YaHei"/>
          <w:b/>
          <w:color w:val="667080"/>
          <w:sz w:val="15"/>
        </w:rPr>
        <w:t>TS</w:t>
        <w:br/>
      </w:r>
      <w:r>
        <w:rPr>
          <w:rFonts w:ascii="Consolas" w:hAnsi="Consolas" w:eastAsia="Microsoft YaHei"/>
          <w:color w:val="252A34"/>
          <w:sz w:val="16"/>
        </w:rPr>
        <w:t>area += (x2 - x1) * covered;</w:t>
      </w:r>
    </w:p>
    <w:p>
      <w:r>
        <w:rPr>
          <w:rFonts w:ascii="Consolas" w:hAnsi="Consolas" w:eastAsia="Microsoft YaHei"/>
          <w:color w:val="1F4D78"/>
          <w:sz w:val="18"/>
        </w:rPr>
        <w:t>x2 - x1</w:t>
      </w:r>
      <w:r>
        <w:rPr>
          <w:rFonts w:ascii="Calibri" w:hAnsi="Calibri" w:eastAsia="Microsoft YaHei"/>
        </w:rPr>
        <w:t xml:space="preserve"> 是竖条宽度，</w:t>
      </w:r>
      <w:r>
        <w:rPr>
          <w:rFonts w:ascii="Consolas" w:hAnsi="Consolas" w:eastAsia="Microsoft YaHei"/>
          <w:color w:val="1F4D78"/>
          <w:sz w:val="18"/>
        </w:rPr>
        <w:t>covered</w:t>
      </w:r>
      <w:r>
        <w:rPr>
          <w:rFonts w:ascii="Calibri" w:hAnsi="Calibri" w:eastAsia="Microsoft YaHei"/>
        </w:rPr>
        <w:t xml:space="preserve"> 是合并后的 Y 覆盖长度。相邻竖条在 X 方向互不重叠，Y 方向也已经去重，所以每一块面积只会进入结果一次。</w:t>
      </w:r>
    </w:p>
    <w:p>
      <w:pPr>
        <w:pStyle w:val="Heading1"/>
      </w:pPr>
      <w:r>
        <w:rPr>
          <w:rFonts w:ascii="Calibri" w:hAnsi="Calibri" w:eastAsia="Microsoft YaHei"/>
        </w:rPr>
        <w:t>8. 用五组情况验证代码</w:t>
      </w:r>
    </w:p>
    <w:p>
      <w:pPr>
        <w:keepNext/>
      </w:pPr>
      <w:r>
        <w:rPr>
          <w:rFonts w:ascii="Calibri" w:hAnsi="Calibri" w:eastAsia="Microsoft YaHei"/>
        </w:rPr>
        <w:t>不要只测两个部分重叠的矩形。至少把下面五种情况跑一遍：</w:t>
      </w:r>
    </w:p>
    <w:p>
      <w:pPr>
        <w:pStyle w:val="ListBullet"/>
      </w:pPr>
      <w:r>
        <w:rPr>
          <w:rFonts w:ascii="Calibri" w:hAnsi="Calibri" w:eastAsia="Microsoft YaHei"/>
        </w:rPr>
        <w:t>空数组：没有矩形，结果是 0。</w:t>
      </w:r>
    </w:p>
    <w:p>
      <w:pPr>
        <w:pStyle w:val="ListBullet"/>
      </w:pPr>
      <w:r>
        <w:rPr>
          <w:rFonts w:ascii="Calibri" w:hAnsi="Calibri" w:eastAsia="Microsoft YaHei"/>
        </w:rPr>
        <w:t>部分重叠：本文示例，结果是 8700。</w:t>
      </w:r>
    </w:p>
    <w:p>
      <w:pPr>
        <w:pStyle w:val="ListBullet"/>
      </w:pPr>
      <w:r>
        <w:rPr>
          <w:rFonts w:ascii="Calibri" w:hAnsi="Calibri" w:eastAsia="Microsoft YaHei"/>
        </w:rPr>
        <w:t>完全包含：小矩形在大矩形内部，只计算外层面积。</w:t>
      </w:r>
    </w:p>
    <w:p>
      <w:pPr>
        <w:pStyle w:val="ListBullet"/>
      </w:pPr>
      <w:r>
        <w:rPr>
          <w:rFonts w:ascii="Calibri" w:hAnsi="Calibri" w:eastAsia="Microsoft YaHei"/>
        </w:rPr>
        <w:t>边界相接：两个矩形只贴边，没有交集面积。</w:t>
      </w:r>
    </w:p>
    <w:p>
      <w:pPr>
        <w:pStyle w:val="ListBullet"/>
      </w:pPr>
      <w:r>
        <w:rPr>
          <w:rFonts w:ascii="Calibri" w:hAnsi="Calibri" w:eastAsia="Microsoft YaHei"/>
        </w:rPr>
        <w:t>零面积矩形：宽或高为 0，不增加结果。</w:t>
      </w:r>
    </w:p>
    <w:p>
      <w:r>
        <w:rPr>
          <w:rFonts w:ascii="Calibri" w:hAnsi="Calibri" w:eastAsia="Microsoft YaHei"/>
        </w:rPr>
        <w:t>本文的三种实现会使用同一份测试数据运行。五组输入都在三种语言中得到相同结果，才算通过验证。</w:t>
      </w:r>
    </w:p>
    <w:p>
      <w:pPr>
        <w:pStyle w:val="Heading1"/>
      </w:pPr>
      <w:r>
        <w:rPr>
          <w:rFonts w:ascii="Calibri" w:hAnsi="Calibri" w:eastAsia="Microsoft YaHei"/>
        </w:rPr>
        <w:t>9. 复杂度与适用范围</w:t>
      </w:r>
    </w:p>
    <w:p>
      <w:r>
        <w:rPr>
          <w:rFonts w:ascii="Calibri" w:hAnsi="Calibri" w:eastAsia="Microsoft YaHei"/>
        </w:rPr>
        <w:t>设矩形数量为 n。X 边界最多有 2n 个，因此最多扫描 2n - 1 条竖条。每条竖条会检查 n 个矩形，并对最多 n 个 Y 区间排序。</w:t>
      </w:r>
    </w:p>
    <w:p>
      <w:r>
        <w:rPr>
          <w:rFonts w:ascii="Calibri" w:hAnsi="Calibri" w:eastAsia="Microsoft YaHei"/>
        </w:rPr>
        <w:t>本文实现的时间复杂度是 O(n² log n)，额外空间是 O(n)。它适合中小规模输入，也很适合第一次把扫描线写清楚。</w:t>
      </w:r>
    </w:p>
    <w:p>
      <w:r>
        <w:rPr>
          <w:rFonts w:ascii="Calibri" w:hAnsi="Calibri" w:eastAsia="Microsoft YaHei"/>
        </w:rPr>
        <w:t>如果矩形达到数万甚至更多，常见做法是把矩形左右边变成事件，扫描到事件时用线段树维护 Y 方向覆盖长度。那一版通常可以做到 O(n log n)，数据结构和边界处理也明显更复杂。本文没有实现线段树版本。</w:t>
      </w:r>
    </w:p>
    <w:p>
      <w:pPr>
        <w:pStyle w:val="Heading1"/>
      </w:pPr>
      <w:r>
        <w:rPr>
          <w:rFonts w:ascii="Calibri" w:hAnsi="Calibri" w:eastAsia="Microsoft YaHei"/>
        </w:rPr>
        <w:t>10. 回到开头：怎样计算文字重叠比例？</w:t>
      </w:r>
    </w:p>
    <w:p>
      <w:pPr>
        <w:keepNext/>
      </w:pPr>
      <w:r>
        <w:rPr>
          <w:rFonts w:ascii="Calibri" w:hAnsi="Calibri" w:eastAsia="Microsoft YaHei"/>
        </w:rPr>
        <w:t>现在，</w:t>
      </w:r>
      <w:r>
        <w:rPr>
          <w:rFonts w:ascii="Consolas" w:hAnsi="Consolas" w:eastAsia="Microsoft YaHei"/>
          <w:color w:val="1F4D78"/>
          <w:sz w:val="18"/>
        </w:rPr>
        <w:t>rectUnionArea</w:t>
      </w:r>
      <w:r>
        <w:rPr>
          <w:rFonts w:ascii="Calibri" w:hAnsi="Calibri" w:eastAsia="Microsoft YaHei"/>
        </w:rPr>
        <w:t xml:space="preserve"> 已经能算出一组矩形真正覆盖的面积。把它放回开头的文字重叠问题：</w:t>
      </w:r>
    </w:p>
    <w:p>
      <w:pPr>
        <w:pStyle w:val="ListNumber"/>
        <w:numPr>
          <w:ilvl w:val="0"/>
          <w:numId w:val="12"/>
        </w:numPr>
      </w:pPr>
      <w:r>
        <w:rPr>
          <w:rFonts w:ascii="Calibri" w:hAnsi="Calibri" w:eastAsia="Microsoft YaHei"/>
        </w:rPr>
        <w:t xml:space="preserve">把 A 的墨迹矩形交给 </w:t>
      </w:r>
      <w:r>
        <w:rPr>
          <w:rFonts w:ascii="Consolas" w:hAnsi="Consolas" w:eastAsia="Microsoft YaHei"/>
          <w:color w:val="1F4D78"/>
          <w:sz w:val="18"/>
        </w:rPr>
        <w:t>rectUnionArea</w:t>
      </w:r>
      <w:r>
        <w:rPr>
          <w:rFonts w:ascii="Calibri" w:hAnsi="Calibri" w:eastAsia="Microsoft YaHei"/>
        </w:rPr>
        <w:t xml:space="preserve">，得到 </w:t>
      </w:r>
      <w:r>
        <w:rPr>
          <w:rFonts w:ascii="Consolas" w:hAnsi="Consolas" w:eastAsia="Microsoft YaHei"/>
          <w:color w:val="1F4D78"/>
          <w:sz w:val="18"/>
        </w:rPr>
        <w:t>areaA</w:t>
      </w:r>
      <w:r>
        <w:rPr>
          <w:rFonts w:ascii="Calibri" w:hAnsi="Calibri" w:eastAsia="Microsoft YaHei"/>
        </w:rPr>
        <w:t>。</w:t>
      </w:r>
    </w:p>
    <w:p>
      <w:pPr>
        <w:pStyle w:val="ListNumber"/>
        <w:numPr>
          <w:ilvl w:val="0"/>
          <w:numId w:val="12"/>
        </w:numPr>
      </w:pPr>
      <w:r>
        <w:rPr>
          <w:rFonts w:ascii="Calibri" w:hAnsi="Calibri" w:eastAsia="Microsoft YaHei"/>
        </w:rPr>
        <w:t xml:space="preserve">把 B 的墨迹矩形交给同一个函数，得到 </w:t>
      </w:r>
      <w:r>
        <w:rPr>
          <w:rFonts w:ascii="Consolas" w:hAnsi="Consolas" w:eastAsia="Microsoft YaHei"/>
          <w:color w:val="1F4D78"/>
          <w:sz w:val="18"/>
        </w:rPr>
        <w:t>areaB</w:t>
      </w:r>
      <w:r>
        <w:rPr>
          <w:rFonts w:ascii="Calibri" w:hAnsi="Calibri" w:eastAsia="Microsoft YaHei"/>
        </w:rPr>
        <w:t>。</w:t>
      </w:r>
    </w:p>
    <w:p>
      <w:pPr>
        <w:pStyle w:val="ListNumber"/>
        <w:numPr>
          <w:ilvl w:val="0"/>
          <w:numId w:val="12"/>
        </w:numPr>
      </w:pPr>
      <w:r>
        <w:rPr>
          <w:rFonts w:ascii="Calibri" w:hAnsi="Calibri" w:eastAsia="Microsoft YaHei"/>
        </w:rPr>
        <w:t xml:space="preserve">两两求 A、B 墨迹矩形的交集，把所有有效交集再次求并集，得到 </w:t>
      </w:r>
      <w:r>
        <w:rPr>
          <w:rFonts w:ascii="Consolas" w:hAnsi="Consolas" w:eastAsia="Microsoft YaHei"/>
          <w:color w:val="1F4D78"/>
          <w:sz w:val="18"/>
        </w:rPr>
        <w:t>intersectionArea</w:t>
      </w:r>
      <w:r>
        <w:rPr>
          <w:rFonts w:ascii="Calibri" w:hAnsi="Calibri" w:eastAsia="Microsoft YaHei"/>
        </w:rPr>
        <w:t>。</w:t>
      </w:r>
    </w:p>
    <w:p>
      <w:pPr>
        <w:pStyle w:val="ListNumber"/>
        <w:numPr>
          <w:ilvl w:val="0"/>
          <w:numId w:val="12"/>
        </w:numPr>
      </w:pPr>
      <w:r>
        <w:rPr>
          <w:rFonts w:ascii="Calibri" w:hAnsi="Calibri" w:eastAsia="Microsoft YaHei"/>
        </w:rPr>
        <w:t xml:space="preserve">按业务需要计算比例，例如 </w:t>
      </w:r>
      <w:r>
        <w:rPr>
          <w:rFonts w:ascii="Consolas" w:hAnsi="Consolas" w:eastAsia="Microsoft YaHei"/>
          <w:color w:val="1F4D78"/>
          <w:sz w:val="18"/>
        </w:rPr>
        <w:t>intersectionArea / min(areaA, areaB)</w:t>
      </w:r>
      <w:r>
        <w:rPr>
          <w:rFonts w:ascii="Calibri" w:hAnsi="Calibri" w:eastAsia="Microsoft YaHei"/>
        </w:rPr>
        <w:t>。</w:t>
      </w:r>
    </w:p>
    <w:p>
      <w:r>
        <w:rPr>
          <w:rFonts w:ascii="Calibri" w:hAnsi="Calibri" w:eastAsia="Microsoft YaHei"/>
        </w:rPr>
        <w:t>第三步仍要“再次求并集”。同一块重叠墨迹可能由多对矩形产生；如果把所有交集面积直接相加，重复计数会回来。</w:t>
      </w:r>
    </w:p>
    <w:p>
      <w:pPr>
        <w:pStyle w:val="Heading1"/>
      </w:pPr>
      <w:r>
        <w:rPr>
          <w:rFonts w:ascii="Calibri" w:hAnsi="Calibri" w:eastAsia="Microsoft YaHei"/>
        </w:rPr>
        <w:t>11. 留一道可以自己完成的练习</w:t>
      </w:r>
    </w:p>
    <w:p>
      <w:r>
        <w:rPr>
          <w:rFonts w:ascii="Calibri" w:hAnsi="Calibri" w:eastAsia="Microsoft YaHei"/>
        </w:rPr>
        <w:t>给定 n 个轴对齐矩形，请计算它们覆盖的总面积。所有输入都是整数，答案也保证在安全整数范围内。</w:t>
      </w:r>
    </w:p>
    <w:p>
      <w:r>
        <w:rPr>
          <w:rFonts w:ascii="Calibri" w:hAnsi="Calibri" w:eastAsia="Microsoft YaHei"/>
          <w:b/>
        </w:rPr>
        <w:t>输入</w:t>
      </w:r>
    </w:p>
    <w:p>
      <w:r>
        <w:rPr>
          <w:rFonts w:ascii="Calibri" w:hAnsi="Calibri" w:eastAsia="Microsoft YaHei"/>
        </w:rPr>
        <w:t xml:space="preserve">第一行是整数 n，满足 0 ≤ n ≤ 300。接下来 n 行，每行四个整数 </w:t>
      </w:r>
      <w:r>
        <w:rPr>
          <w:rFonts w:ascii="Consolas" w:hAnsi="Consolas" w:eastAsia="Microsoft YaHei"/>
          <w:color w:val="1F4D78"/>
          <w:sz w:val="18"/>
        </w:rPr>
        <w:t>left top width height</w:t>
      </w:r>
      <w:r>
        <w:rPr>
          <w:rFonts w:ascii="Calibri" w:hAnsi="Calibri" w:eastAsia="Microsoft YaHei"/>
        </w:rPr>
        <w:t>。</w:t>
      </w:r>
      <w:r>
        <w:rPr>
          <w:rFonts w:ascii="Consolas" w:hAnsi="Consolas" w:eastAsia="Microsoft YaHei"/>
          <w:color w:val="1F4D78"/>
          <w:sz w:val="18"/>
        </w:rPr>
        <w:t>width</w:t>
      </w:r>
      <w:r>
        <w:rPr>
          <w:rFonts w:ascii="Calibri" w:hAnsi="Calibri" w:eastAsia="Microsoft YaHei"/>
        </w:rPr>
        <w:t xml:space="preserve"> 和 </w:t>
      </w:r>
      <w:r>
        <w:rPr>
          <w:rFonts w:ascii="Consolas" w:hAnsi="Consolas" w:eastAsia="Microsoft YaHei"/>
          <w:color w:val="1F4D78"/>
          <w:sz w:val="18"/>
        </w:rPr>
        <w:t>height</w:t>
      </w:r>
      <w:r>
        <w:rPr>
          <w:rFonts w:ascii="Calibri" w:hAnsi="Calibri" w:eastAsia="Microsoft YaHei"/>
        </w:rPr>
        <w:t xml:space="preserve"> 可能为 0。</w:t>
      </w:r>
    </w:p>
    <w:p>
      <w:r>
        <w:rPr>
          <w:rFonts w:ascii="Calibri" w:hAnsi="Calibri" w:eastAsia="Microsoft YaHei"/>
          <w:b/>
        </w:rPr>
        <w:t>输出</w:t>
      </w:r>
    </w:p>
    <w:p>
      <w:r>
        <w:rPr>
          <w:rFonts w:ascii="Calibri" w:hAnsi="Calibri" w:eastAsia="Microsoft YaHei"/>
        </w:rPr>
        <w:t>输出一个整数，表示所有矩形的并集面积。</w:t>
      </w:r>
    </w:p>
    <w:p>
      <w:r>
        <w:rPr>
          <w:rFonts w:ascii="Calibri" w:hAnsi="Calibri" w:eastAsia="Microsoft YaHei"/>
          <w:b/>
        </w:rPr>
        <w:t>示例输入</w:t>
      </w:r>
    </w:p>
    <w:p>
      <w:pPr>
        <w:pStyle w:val="CodeBlock"/>
        <w:shd w:fill="F7F9FB"/>
        <w:pBdr>
          <w:left w:val="single" w:sz="10" w:space="10" w:color="1F4D78"/>
        </w:pBdr>
      </w:pPr>
      <w:r>
        <w:rPr>
          <w:rFonts w:ascii="Consolas" w:hAnsi="Consolas" w:eastAsia="Microsoft YaHei"/>
          <w:b/>
          <w:color w:val="667080"/>
          <w:sz w:val="15"/>
        </w:rPr>
        <w:t>TEXT</w:t>
        <w:br/>
      </w:r>
      <w:r>
        <w:rPr>
          <w:rFonts w:ascii="Consolas" w:hAnsi="Consolas" w:eastAsia="Microsoft YaHei"/>
          <w:color w:val="252A34"/>
          <w:sz w:val="16"/>
        </w:rPr>
        <w:t>2</w:t>
        <w:br/>
        <w:t>0 0 100 50</w:t>
        <w:br/>
        <w:t>60 30 90 50</w:t>
      </w:r>
    </w:p>
    <w:p>
      <w:r>
        <w:rPr>
          <w:rFonts w:ascii="Calibri" w:hAnsi="Calibri" w:eastAsia="Microsoft YaHei"/>
          <w:b/>
        </w:rPr>
        <w:t>示例输出</w:t>
      </w:r>
    </w:p>
    <w:p>
      <w:pPr>
        <w:pStyle w:val="CodeBlock"/>
        <w:shd w:fill="F7F9FB"/>
        <w:pBdr>
          <w:left w:val="single" w:sz="10" w:space="10" w:color="1F4D78"/>
        </w:pBdr>
      </w:pPr>
      <w:r>
        <w:rPr>
          <w:rFonts w:ascii="Consolas" w:hAnsi="Consolas" w:eastAsia="Microsoft YaHei"/>
          <w:b/>
          <w:color w:val="667080"/>
          <w:sz w:val="15"/>
        </w:rPr>
        <w:t>TEXT</w:t>
        <w:br/>
      </w:r>
      <w:r>
        <w:rPr>
          <w:rFonts w:ascii="Consolas" w:hAnsi="Consolas" w:eastAsia="Microsoft YaHei"/>
          <w:color w:val="252A34"/>
          <w:sz w:val="16"/>
        </w:rPr>
        <w:t>8700</w:t>
      </w:r>
    </w:p>
    <w:p>
      <w:r>
        <w:rPr>
          <w:rFonts w:ascii="Calibri" w:hAnsi="Calibri" w:eastAsia="Microsoft YaHei"/>
        </w:rPr>
        <w:t>可以直接复用本文的四步：收集 X 边界，扫描相邻竖条，合并 Y 区间，累加面积。再补上输入解析和结果输出，这道题就完整了。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Calibri" w:hAnsi="Calibri" w:eastAsia="Microsoft YaHei"/>
        <w:b/>
        <w:color w:val="667080"/>
        <w:sz w:val="17"/>
      </w:rPr>
      <w:t>算法与数据结构  ·  工程里的算法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7"/>
    <w:lvlOverride w:ilvl="0">
      <w:startOverride w:val="1"/>
    </w:lvlOverride>
  </w:num>
  <w:num w:numId="11">
    <w:abstractNumId w:val="7"/>
    <w:lvlOverride w:ilvl="0">
      <w:startOverride w:val="1"/>
    </w:lvlOverride>
  </w:num>
  <w:num w:numId="12">
    <w:abstractNumId w:val="7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00" w:lineRule="auto"/>
    </w:pPr>
    <w:rPr>
      <w:rFonts w:ascii="Calibri" w:hAnsi="Calibri" w:eastAsia="Microsoft YaHei"/>
      <w:color w:val="252A34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 w:eastAsia="Microsoft YaHei"/>
      <w:b/>
      <w:bCs/>
      <w:color w:val="2E74B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 w:eastAsia="Microsoft YaHei"/>
      <w:b/>
      <w:bCs/>
      <w:color w:val="2E74B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 w:eastAsia="Microsoft YaHei"/>
      <w:b/>
      <w:bCs/>
      <w:color w:val="1F4D78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 w:line="300" w:lineRule="auto"/>
      <w:ind w:left="540" w:hanging="271"/>
      <w:contextualSpacing/>
    </w:pPr>
    <w:rPr>
      <w:rFonts w:ascii="Calibri" w:hAnsi="Calibri" w:eastAsia="Microsoft YaHei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80" w:line="300" w:lineRule="auto"/>
      <w:ind w:left="540" w:hanging="271"/>
      <w:contextualSpacing/>
    </w:pPr>
    <w:rPr>
      <w:rFonts w:ascii="Calibri" w:hAnsi="Calibri" w:eastAsia="Microsoft YaHei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 w:before="60" w:after="160"/>
      <w:jc w:val="center"/>
    </w:pPr>
    <w:rPr>
      <w:rFonts w:ascii="Calibri" w:hAnsi="Calibri" w:eastAsia="Microsoft YaHei"/>
      <w:b/>
      <w:bCs/>
      <w:i w:val="0"/>
      <w:color w:val="66708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odeBlock">
    <w:name w:val="Code Block"/>
    <w:pPr>
      <w:keepLines/>
      <w:spacing w:before="80" w:after="160" w:line="245" w:lineRule="auto"/>
      <w:ind w:left="202" w:right="202"/>
    </w:pPr>
    <w:rPr>
      <w:rFonts w:ascii="Consolas" w:hAnsi="Consolas" w:eastAsia="Consolas"/>
      <w:sz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扫描线算法：计算重叠矩形的并集面积</dc:title>
  <dc:subject>算法与数据结构</dc:subject>
  <dc:creator>独立实战教程</dc:creator>
  <cp:keywords>扫描线算法, 矩形并集面积, 坐标离散化, 区间合并, 计算几何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